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7F72" w14:textId="77777777" w:rsidR="004B4EAF" w:rsidRDefault="00000000">
      <w:pPr>
        <w:pStyle w:val="Heading1"/>
      </w:pPr>
      <w:r>
        <w:t>S1 Appendix. Full Search Strategy and Results</w:t>
      </w:r>
    </w:p>
    <w:p w14:paraId="2FB60C2F" w14:textId="77777777" w:rsidR="004B4EAF" w:rsidRDefault="00000000">
      <w:r>
        <w:t>This appendix provides the detailed database-specific search strategies and retrieved records. Each section is organized by database and presented in a structured table.</w:t>
      </w:r>
    </w:p>
    <w:p w14:paraId="75FE43C2" w14:textId="77777777" w:rsidR="004B4EAF" w:rsidRDefault="00000000">
      <w:pPr>
        <w:pStyle w:val="Heading2"/>
      </w:pPr>
      <w:r>
        <w:t>Database: Global health NTDs</w:t>
      </w:r>
    </w:p>
    <w:p w14:paraId="367A5DC4" w14:textId="77777777" w:rsidR="004B4EAF" w:rsidRDefault="00000000">
      <w:r>
        <w:t>Total records retrieved: 20</w:t>
      </w:r>
    </w:p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446"/>
        <w:gridCol w:w="954"/>
        <w:gridCol w:w="922"/>
        <w:gridCol w:w="817"/>
        <w:gridCol w:w="3669"/>
        <w:gridCol w:w="6885"/>
      </w:tblGrid>
      <w:tr w:rsidR="005440C3" w14:paraId="27FD5100" w14:textId="77777777" w:rsidTr="005440C3">
        <w:tc>
          <w:tcPr>
            <w:tcW w:w="450" w:type="dxa"/>
          </w:tcPr>
          <w:p w14:paraId="0F6BFE73" w14:textId="77777777" w:rsidR="005440C3" w:rsidRDefault="005440C3">
            <w:r>
              <w:t>Year</w:t>
            </w:r>
          </w:p>
        </w:tc>
        <w:tc>
          <w:tcPr>
            <w:tcW w:w="967" w:type="dxa"/>
          </w:tcPr>
          <w:p w14:paraId="3D0D37E0" w14:textId="77777777" w:rsidR="005440C3" w:rsidRDefault="005440C3">
            <w:r>
              <w:t>Title</w:t>
            </w:r>
          </w:p>
        </w:tc>
        <w:tc>
          <w:tcPr>
            <w:tcW w:w="935" w:type="dxa"/>
          </w:tcPr>
          <w:p w14:paraId="3F256BC2" w14:textId="77777777" w:rsidR="005440C3" w:rsidRDefault="005440C3">
            <w:r>
              <w:t>Journal</w:t>
            </w:r>
          </w:p>
        </w:tc>
        <w:tc>
          <w:tcPr>
            <w:tcW w:w="1334" w:type="dxa"/>
          </w:tcPr>
          <w:p w14:paraId="3D0C04F8" w14:textId="77777777" w:rsidR="005440C3" w:rsidRDefault="005440C3">
            <w:r>
              <w:t>Keywords</w:t>
            </w:r>
          </w:p>
        </w:tc>
        <w:tc>
          <w:tcPr>
            <w:tcW w:w="3226" w:type="dxa"/>
          </w:tcPr>
          <w:p w14:paraId="112761AF" w14:textId="77777777" w:rsidR="005440C3" w:rsidRDefault="005440C3">
            <w:r>
              <w:t>DOI</w:t>
            </w:r>
          </w:p>
        </w:tc>
        <w:tc>
          <w:tcPr>
            <w:tcW w:w="7007" w:type="dxa"/>
          </w:tcPr>
          <w:p w14:paraId="2EDB23E8" w14:textId="77777777" w:rsidR="005440C3" w:rsidRDefault="005440C3">
            <w:r>
              <w:t>URL</w:t>
            </w:r>
          </w:p>
        </w:tc>
      </w:tr>
      <w:tr w:rsidR="005440C3" w14:paraId="7101160A" w14:textId="77777777" w:rsidTr="005440C3">
        <w:tc>
          <w:tcPr>
            <w:tcW w:w="450" w:type="dxa"/>
          </w:tcPr>
          <w:p w14:paraId="3C193F0C" w14:textId="77777777" w:rsidR="005440C3" w:rsidRDefault="005440C3">
            <w:r>
              <w:t>1980</w:t>
            </w:r>
          </w:p>
        </w:tc>
        <w:tc>
          <w:tcPr>
            <w:tcW w:w="967" w:type="dxa"/>
          </w:tcPr>
          <w:p w14:paraId="2F94853B" w14:textId="77777777" w:rsidR="005440C3" w:rsidRDefault="005440C3">
            <w:r>
              <w:t>The tropical diseases</w:t>
            </w:r>
          </w:p>
        </w:tc>
        <w:tc>
          <w:tcPr>
            <w:tcW w:w="935" w:type="dxa"/>
          </w:tcPr>
          <w:p w14:paraId="6FC7E20D" w14:textId="77777777" w:rsidR="005440C3" w:rsidRDefault="005440C3">
            <w:r>
              <w:t>Somali Range Bulletin</w:t>
            </w:r>
          </w:p>
        </w:tc>
        <w:tc>
          <w:tcPr>
            <w:tcW w:w="1334" w:type="dxa"/>
          </w:tcPr>
          <w:p w14:paraId="198026DA" w14:textId="77777777" w:rsidR="005440C3" w:rsidRDefault="005440C3">
            <w:r>
              <w:t>bilharzia</w:t>
            </w:r>
          </w:p>
        </w:tc>
        <w:tc>
          <w:tcPr>
            <w:tcW w:w="3226" w:type="dxa"/>
          </w:tcPr>
          <w:p w14:paraId="645F3FC7" w14:textId="77777777" w:rsidR="005440C3" w:rsidRDefault="005440C3"/>
        </w:tc>
        <w:tc>
          <w:tcPr>
            <w:tcW w:w="7007" w:type="dxa"/>
          </w:tcPr>
          <w:p w14:paraId="351E932E" w14:textId="77777777" w:rsidR="005440C3" w:rsidRDefault="005440C3">
            <w:r>
              <w:t>https://lstmed.idm.oclc.org/login?url=https://search.ebscohost.com/login.aspx?direct=true&amp;AuthType=sso&amp;db=lhh&amp;AN=19802604192&amp;site=ehost-live&amp;scope=site</w:t>
            </w:r>
          </w:p>
        </w:tc>
      </w:tr>
      <w:tr w:rsidR="005440C3" w14:paraId="54F2785A" w14:textId="77777777" w:rsidTr="005440C3">
        <w:tc>
          <w:tcPr>
            <w:tcW w:w="450" w:type="dxa"/>
          </w:tcPr>
          <w:p w14:paraId="51B75EAA" w14:textId="77777777" w:rsidR="005440C3" w:rsidRDefault="005440C3">
            <w:r>
              <w:t>2003</w:t>
            </w:r>
          </w:p>
        </w:tc>
        <w:tc>
          <w:tcPr>
            <w:tcW w:w="967" w:type="dxa"/>
          </w:tcPr>
          <w:p w14:paraId="02B7824B" w14:textId="77777777" w:rsidR="005440C3" w:rsidRDefault="005440C3">
            <w:r>
              <w:t>Special issue on Tropical Diseases Research</w:t>
            </w:r>
          </w:p>
        </w:tc>
        <w:tc>
          <w:tcPr>
            <w:tcW w:w="935" w:type="dxa"/>
          </w:tcPr>
          <w:p w14:paraId="550E2540" w14:textId="77777777" w:rsidR="005440C3" w:rsidRDefault="005440C3">
            <w:r>
              <w:t>Eastern Mediterranean Health Journal</w:t>
            </w:r>
          </w:p>
        </w:tc>
        <w:tc>
          <w:tcPr>
            <w:tcW w:w="1334" w:type="dxa"/>
          </w:tcPr>
          <w:p w14:paraId="1E71921D" w14:textId="77777777" w:rsidR="005440C3" w:rsidRDefault="005440C3">
            <w:r>
              <w:t>animal-parasitic nematodes</w:t>
            </w:r>
          </w:p>
        </w:tc>
        <w:tc>
          <w:tcPr>
            <w:tcW w:w="3226" w:type="dxa"/>
          </w:tcPr>
          <w:p w14:paraId="05FF32B6" w14:textId="77777777" w:rsidR="005440C3" w:rsidRDefault="005440C3"/>
        </w:tc>
        <w:tc>
          <w:tcPr>
            <w:tcW w:w="7007" w:type="dxa"/>
          </w:tcPr>
          <w:p w14:paraId="2A49313B" w14:textId="77777777" w:rsidR="005440C3" w:rsidRDefault="005440C3">
            <w:r>
              <w:t>https://lstmed.idm.oclc.org/login?url=https://search.ebscohost.com/login.aspx?direct=true&amp;AuthType=sso&amp;db=lhh&amp;AN=20053064500&amp;site=ehost-live&amp;scope=site</w:t>
            </w:r>
          </w:p>
        </w:tc>
      </w:tr>
      <w:tr w:rsidR="005440C3" w14:paraId="3F08BE4F" w14:textId="77777777" w:rsidTr="005440C3">
        <w:tc>
          <w:tcPr>
            <w:tcW w:w="450" w:type="dxa"/>
          </w:tcPr>
          <w:p w14:paraId="74FFFF51" w14:textId="77777777" w:rsidR="005440C3" w:rsidRDefault="005440C3">
            <w:r>
              <w:t>2015</w:t>
            </w:r>
          </w:p>
        </w:tc>
        <w:tc>
          <w:tcPr>
            <w:tcW w:w="967" w:type="dxa"/>
          </w:tcPr>
          <w:p w14:paraId="1BF2B27A" w14:textId="77777777" w:rsidR="005440C3" w:rsidRDefault="005440C3">
            <w:r>
              <w:t>Visceral leishmaniasis: control strategies and epidemiologica</w:t>
            </w:r>
            <w:r>
              <w:lastRenderedPageBreak/>
              <w:t>l situation update in East Africa: report of a WHO bi-regional consultation Addis Ababa, Ethiopia, 9-11 March 2015</w:t>
            </w:r>
          </w:p>
        </w:tc>
        <w:tc>
          <w:tcPr>
            <w:tcW w:w="935" w:type="dxa"/>
          </w:tcPr>
          <w:p w14:paraId="48B5A2F3" w14:textId="77777777" w:rsidR="005440C3" w:rsidRDefault="005440C3">
            <w:r>
              <w:lastRenderedPageBreak/>
              <w:t>Visceral leishmaniasis: control strategies and epidem</w:t>
            </w:r>
            <w:r>
              <w:lastRenderedPageBreak/>
              <w:t>iological situation update in East Africa: report of a WHO bi-regional consultation Addis Ababa, Ethiopia, 9-11 March 2015</w:t>
            </w:r>
          </w:p>
        </w:tc>
        <w:tc>
          <w:tcPr>
            <w:tcW w:w="1334" w:type="dxa"/>
          </w:tcPr>
          <w:p w14:paraId="589B9E33" w14:textId="77777777" w:rsidR="005440C3" w:rsidRDefault="005440C3">
            <w:r>
              <w:lastRenderedPageBreak/>
              <w:t>health programs</w:t>
            </w:r>
          </w:p>
        </w:tc>
        <w:tc>
          <w:tcPr>
            <w:tcW w:w="3226" w:type="dxa"/>
          </w:tcPr>
          <w:p w14:paraId="6510F0F4" w14:textId="77777777" w:rsidR="005440C3" w:rsidRDefault="005440C3">
            <w:r>
              <w:t>https://apps.who.int/iris/handle/10665/190168</w:t>
            </w:r>
          </w:p>
        </w:tc>
        <w:tc>
          <w:tcPr>
            <w:tcW w:w="7007" w:type="dxa"/>
          </w:tcPr>
          <w:p w14:paraId="55F8A618" w14:textId="77777777" w:rsidR="005440C3" w:rsidRDefault="005440C3">
            <w:r>
              <w:t>https://lstmed.idm.oclc.org/login?url=https://search.ebscohost.com/login.aspx?direct=true&amp;AuthType=sso&amp;db=lhh&amp;AN=20163391986&amp;site=ehost-live&amp;scope=site</w:t>
            </w:r>
          </w:p>
        </w:tc>
      </w:tr>
      <w:tr w:rsidR="005440C3" w14:paraId="6024E8A0" w14:textId="77777777" w:rsidTr="005440C3">
        <w:tc>
          <w:tcPr>
            <w:tcW w:w="450" w:type="dxa"/>
          </w:tcPr>
          <w:p w14:paraId="4D79C380" w14:textId="77777777" w:rsidR="005440C3" w:rsidRDefault="005440C3">
            <w:r>
              <w:t>2016</w:t>
            </w:r>
          </w:p>
        </w:tc>
        <w:tc>
          <w:tcPr>
            <w:tcW w:w="967" w:type="dxa"/>
          </w:tcPr>
          <w:p w14:paraId="534DE76E" w14:textId="77777777" w:rsidR="005440C3" w:rsidRDefault="005440C3">
            <w:r>
              <w:t xml:space="preserve">Global, regional, and national incidence, prevalence, and years lived </w:t>
            </w:r>
            <w:r>
              <w:lastRenderedPageBreak/>
              <w:t>with disability for 310 diseases and injuries, 1990-2015: a systematic analysis for the Global Burden of Disease Study 2015</w:t>
            </w:r>
          </w:p>
        </w:tc>
        <w:tc>
          <w:tcPr>
            <w:tcW w:w="935" w:type="dxa"/>
          </w:tcPr>
          <w:p w14:paraId="6EB4504F" w14:textId="77777777" w:rsidR="005440C3" w:rsidRDefault="005440C3">
            <w:r>
              <w:lastRenderedPageBreak/>
              <w:t>Lancet (British edition)</w:t>
            </w:r>
          </w:p>
        </w:tc>
        <w:tc>
          <w:tcPr>
            <w:tcW w:w="1334" w:type="dxa"/>
          </w:tcPr>
          <w:p w14:paraId="5A156646" w14:textId="77777777" w:rsidR="005440C3" w:rsidRDefault="005440C3">
            <w:r>
              <w:t>animal-parasitic nematodes</w:t>
            </w:r>
          </w:p>
        </w:tc>
        <w:tc>
          <w:tcPr>
            <w:tcW w:w="3226" w:type="dxa"/>
          </w:tcPr>
          <w:p w14:paraId="02016174" w14:textId="77777777" w:rsidR="005440C3" w:rsidRDefault="005440C3">
            <w:r>
              <w:t>https://www.sciencedirect.com/science/article/pii/S0140673616316786</w:t>
            </w:r>
          </w:p>
        </w:tc>
        <w:tc>
          <w:tcPr>
            <w:tcW w:w="7007" w:type="dxa"/>
          </w:tcPr>
          <w:p w14:paraId="0A044056" w14:textId="77777777" w:rsidR="005440C3" w:rsidRDefault="005440C3">
            <w:r>
              <w:t>https://lstmed.idm.oclc.org/login?url=https://search.ebscohost.com/login.aspx?direct=true&amp;AuthType=sso&amp;db=lhh&amp;AN=20163397734&amp;site=ehost-live&amp;scope=site</w:t>
            </w:r>
          </w:p>
        </w:tc>
      </w:tr>
      <w:tr w:rsidR="005440C3" w14:paraId="36387FD3" w14:textId="77777777" w:rsidTr="005440C3">
        <w:tc>
          <w:tcPr>
            <w:tcW w:w="450" w:type="dxa"/>
          </w:tcPr>
          <w:p w14:paraId="02FD3A9B" w14:textId="77777777" w:rsidR="005440C3" w:rsidRDefault="005440C3">
            <w:r>
              <w:t>2023</w:t>
            </w:r>
          </w:p>
        </w:tc>
        <w:tc>
          <w:tcPr>
            <w:tcW w:w="967" w:type="dxa"/>
          </w:tcPr>
          <w:p w14:paraId="47BDF37F" w14:textId="77777777" w:rsidR="005440C3" w:rsidRDefault="005440C3">
            <w:r>
              <w:t xml:space="preserve">Improved leprosy elimination efforts in Somalia, 2015-2021: achievements in a </w:t>
            </w:r>
            <w:r>
              <w:lastRenderedPageBreak/>
              <w:t>challenging environment and the way forward</w:t>
            </w:r>
          </w:p>
        </w:tc>
        <w:tc>
          <w:tcPr>
            <w:tcW w:w="935" w:type="dxa"/>
          </w:tcPr>
          <w:p w14:paraId="5D3328E7" w14:textId="77777777" w:rsidR="005440C3" w:rsidRDefault="005440C3">
            <w:r>
              <w:lastRenderedPageBreak/>
              <w:t>Leprosy Review</w:t>
            </w:r>
          </w:p>
        </w:tc>
        <w:tc>
          <w:tcPr>
            <w:tcW w:w="1334" w:type="dxa"/>
          </w:tcPr>
          <w:p w14:paraId="51F25992" w14:textId="77777777" w:rsidR="005440C3" w:rsidRDefault="005440C3">
            <w:proofErr w:type="spellStart"/>
            <w:r>
              <w:t>subsaharan</w:t>
            </w:r>
            <w:proofErr w:type="spellEnd"/>
            <w:r>
              <w:t xml:space="preserve"> Africa</w:t>
            </w:r>
          </w:p>
        </w:tc>
        <w:tc>
          <w:tcPr>
            <w:tcW w:w="3226" w:type="dxa"/>
          </w:tcPr>
          <w:p w14:paraId="596304B6" w14:textId="77777777" w:rsidR="005440C3" w:rsidRDefault="005440C3">
            <w:r>
              <w:t>10.47276/lr.94.2.98</w:t>
            </w:r>
          </w:p>
        </w:tc>
        <w:tc>
          <w:tcPr>
            <w:tcW w:w="7007" w:type="dxa"/>
          </w:tcPr>
          <w:p w14:paraId="46B8AFAE" w14:textId="77777777" w:rsidR="005440C3" w:rsidRDefault="005440C3">
            <w:r>
              <w:t>https://lstmed.idm.oclc.org/login?url=https://search.ebscohost.com/login.aspx?direct=true&amp;AuthType=sso&amp;db=lhh&amp;AN=20230265616&amp;site=ehost-live&amp;scope=site</w:t>
            </w:r>
          </w:p>
        </w:tc>
      </w:tr>
      <w:tr w:rsidR="005440C3" w14:paraId="020C9336" w14:textId="77777777" w:rsidTr="005440C3">
        <w:tc>
          <w:tcPr>
            <w:tcW w:w="450" w:type="dxa"/>
          </w:tcPr>
          <w:p w14:paraId="308CA4C9" w14:textId="77777777" w:rsidR="005440C3" w:rsidRDefault="005440C3">
            <w:r>
              <w:t>2024</w:t>
            </w:r>
          </w:p>
        </w:tc>
        <w:tc>
          <w:tcPr>
            <w:tcW w:w="967" w:type="dxa"/>
          </w:tcPr>
          <w:p w14:paraId="1E9A7269" w14:textId="77777777" w:rsidR="005440C3" w:rsidRDefault="005440C3">
            <w:r>
              <w:t xml:space="preserve">Epidemiology of Echinococcus </w:t>
            </w:r>
            <w:proofErr w:type="spellStart"/>
            <w:r>
              <w:t>granulosus</w:t>
            </w:r>
            <w:proofErr w:type="spellEnd"/>
            <w:r>
              <w:t xml:space="preserve"> sensu lato in the greater Horn of Africa: a systematic review</w:t>
            </w:r>
          </w:p>
        </w:tc>
        <w:tc>
          <w:tcPr>
            <w:tcW w:w="935" w:type="dxa"/>
          </w:tcPr>
          <w:p w14:paraId="2623F33F" w14:textId="77777777" w:rsidR="005440C3" w:rsidRDefault="005440C3">
            <w:proofErr w:type="spellStart"/>
            <w:r>
              <w:t>PLoS</w:t>
            </w:r>
            <w:proofErr w:type="spellEnd"/>
            <w:r>
              <w:t xml:space="preserve"> Neglected Tropical Diseases</w:t>
            </w:r>
          </w:p>
        </w:tc>
        <w:tc>
          <w:tcPr>
            <w:tcW w:w="1334" w:type="dxa"/>
          </w:tcPr>
          <w:p w14:paraId="0A574453" w14:textId="77777777" w:rsidR="005440C3" w:rsidRDefault="005440C3">
            <w:r>
              <w:t>Echinococcus canadensis</w:t>
            </w:r>
          </w:p>
        </w:tc>
        <w:tc>
          <w:tcPr>
            <w:tcW w:w="3226" w:type="dxa"/>
          </w:tcPr>
          <w:p w14:paraId="50E4D90D" w14:textId="77777777" w:rsidR="005440C3" w:rsidRDefault="005440C3">
            <w:r>
              <w:t>10.1371/journal.pntd.0011894</w:t>
            </w:r>
          </w:p>
        </w:tc>
        <w:tc>
          <w:tcPr>
            <w:tcW w:w="7007" w:type="dxa"/>
          </w:tcPr>
          <w:p w14:paraId="7667AAB3" w14:textId="77777777" w:rsidR="005440C3" w:rsidRDefault="005440C3">
            <w:r>
              <w:t>https://lstmed.idm.oclc.org/login?url=https://search.ebscohost.com/login.aspx?direct=true&amp;AuthType=sso&amp;db=lhh&amp;AN=20240049332&amp;site=ehost-live&amp;scope=site</w:t>
            </w:r>
          </w:p>
        </w:tc>
      </w:tr>
      <w:tr w:rsidR="005440C3" w14:paraId="1D376645" w14:textId="77777777" w:rsidTr="005440C3">
        <w:tc>
          <w:tcPr>
            <w:tcW w:w="450" w:type="dxa"/>
          </w:tcPr>
          <w:p w14:paraId="37782D99" w14:textId="77777777" w:rsidR="005440C3" w:rsidRDefault="005440C3">
            <w:r>
              <w:t>2016</w:t>
            </w:r>
          </w:p>
        </w:tc>
        <w:tc>
          <w:tcPr>
            <w:tcW w:w="967" w:type="dxa"/>
          </w:tcPr>
          <w:p w14:paraId="187A1C28" w14:textId="77777777" w:rsidR="005440C3" w:rsidRDefault="005440C3">
            <w:r>
              <w:t>Leishmaniasis</w:t>
            </w:r>
          </w:p>
        </w:tc>
        <w:tc>
          <w:tcPr>
            <w:tcW w:w="935" w:type="dxa"/>
          </w:tcPr>
          <w:p w14:paraId="1F96DF48" w14:textId="77777777" w:rsidR="005440C3" w:rsidRDefault="005440C3">
            <w:r>
              <w:t xml:space="preserve">Neglected tropical diseases - Sub-Saharan </w:t>
            </w:r>
            <w:r>
              <w:lastRenderedPageBreak/>
              <w:t>Africa</w:t>
            </w:r>
          </w:p>
        </w:tc>
        <w:tc>
          <w:tcPr>
            <w:tcW w:w="1334" w:type="dxa"/>
          </w:tcPr>
          <w:p w14:paraId="055B5E97" w14:textId="77777777" w:rsidR="005440C3" w:rsidRDefault="005440C3">
            <w:r>
              <w:lastRenderedPageBreak/>
              <w:t>parasitosis</w:t>
            </w:r>
          </w:p>
        </w:tc>
        <w:tc>
          <w:tcPr>
            <w:tcW w:w="3226" w:type="dxa"/>
          </w:tcPr>
          <w:p w14:paraId="1D487517" w14:textId="77777777" w:rsidR="005440C3" w:rsidRDefault="005440C3">
            <w:r>
              <w:t>https://link.springer.com/chapter/10.1007/978-3-319-25471-5_5</w:t>
            </w:r>
          </w:p>
        </w:tc>
        <w:tc>
          <w:tcPr>
            <w:tcW w:w="7007" w:type="dxa"/>
          </w:tcPr>
          <w:p w14:paraId="7FC0A99A" w14:textId="77777777" w:rsidR="005440C3" w:rsidRDefault="005440C3">
            <w:r>
              <w:t>https://lstmed.idm.oclc.org/login?url=https://search.ebscohost.com/login.aspx?direct=true&amp;AuthType=sso&amp;db=lhh&amp;AN=20183261358&amp;site=ehost-live&amp;scope=site</w:t>
            </w:r>
          </w:p>
        </w:tc>
      </w:tr>
      <w:tr w:rsidR="005440C3" w14:paraId="23F97D45" w14:textId="77777777" w:rsidTr="005440C3">
        <w:tc>
          <w:tcPr>
            <w:tcW w:w="450" w:type="dxa"/>
          </w:tcPr>
          <w:p w14:paraId="715B1924" w14:textId="77777777" w:rsidR="005440C3" w:rsidRDefault="005440C3">
            <w:r>
              <w:t>2008</w:t>
            </w:r>
          </w:p>
        </w:tc>
        <w:tc>
          <w:tcPr>
            <w:tcW w:w="967" w:type="dxa"/>
          </w:tcPr>
          <w:p w14:paraId="4EE05D22" w14:textId="77777777" w:rsidR="005440C3" w:rsidRDefault="005440C3">
            <w:r>
              <w:t>Complexities of assessing the disease burden attributable to leishmaniasis</w:t>
            </w:r>
          </w:p>
        </w:tc>
        <w:tc>
          <w:tcPr>
            <w:tcW w:w="935" w:type="dxa"/>
          </w:tcPr>
          <w:p w14:paraId="1061C024" w14:textId="77777777" w:rsidR="005440C3" w:rsidRDefault="005440C3">
            <w:r>
              <w:t>PLoS Neglected Tropical Diseases</w:t>
            </w:r>
          </w:p>
        </w:tc>
        <w:tc>
          <w:tcPr>
            <w:tcW w:w="1334" w:type="dxa"/>
          </w:tcPr>
          <w:p w14:paraId="667A0021" w14:textId="77777777" w:rsidR="005440C3" w:rsidRDefault="005440C3">
            <w:r>
              <w:t>animal-parasitic nematodes</w:t>
            </w:r>
          </w:p>
        </w:tc>
        <w:tc>
          <w:tcPr>
            <w:tcW w:w="3226" w:type="dxa"/>
          </w:tcPr>
          <w:p w14:paraId="7163D8F0" w14:textId="77777777" w:rsidR="005440C3" w:rsidRDefault="005440C3">
            <w:r>
              <w:t>10.1371/journal.pntd.0000313</w:t>
            </w:r>
          </w:p>
        </w:tc>
        <w:tc>
          <w:tcPr>
            <w:tcW w:w="7007" w:type="dxa"/>
          </w:tcPr>
          <w:p w14:paraId="1E865F0F" w14:textId="77777777" w:rsidR="005440C3" w:rsidRDefault="005440C3">
            <w:r>
              <w:t>https://lstmed.idm.oclc.org/login?url=https://search.ebscohost.com/login.aspx?direct=true&amp;AuthType=sso&amp;db=lhh&amp;AN=20093042828&amp;site=ehost-live&amp;scope=site</w:t>
            </w:r>
          </w:p>
        </w:tc>
      </w:tr>
      <w:tr w:rsidR="005440C3" w14:paraId="12AF2EDE" w14:textId="77777777" w:rsidTr="005440C3">
        <w:tc>
          <w:tcPr>
            <w:tcW w:w="450" w:type="dxa"/>
          </w:tcPr>
          <w:p w14:paraId="35478A19" w14:textId="77777777" w:rsidR="005440C3" w:rsidRDefault="005440C3">
            <w:r>
              <w:t>2020</w:t>
            </w:r>
          </w:p>
        </w:tc>
        <w:tc>
          <w:tcPr>
            <w:tcW w:w="967" w:type="dxa"/>
          </w:tcPr>
          <w:p w14:paraId="1489A63E" w14:textId="77777777" w:rsidR="005440C3" w:rsidRDefault="005440C3">
            <w:r>
              <w:t>Clinical characteristics and treatment of actinomycetoma in northeast Mexico: a case series</w:t>
            </w:r>
          </w:p>
        </w:tc>
        <w:tc>
          <w:tcPr>
            <w:tcW w:w="935" w:type="dxa"/>
          </w:tcPr>
          <w:p w14:paraId="7FBB6519" w14:textId="77777777" w:rsidR="005440C3" w:rsidRDefault="005440C3">
            <w:r>
              <w:t>PLoS Neglected Tropical Diseases</w:t>
            </w:r>
          </w:p>
        </w:tc>
        <w:tc>
          <w:tcPr>
            <w:tcW w:w="1334" w:type="dxa"/>
          </w:tcPr>
          <w:p w14:paraId="6923CA52" w14:textId="77777777" w:rsidR="005440C3" w:rsidRDefault="005440C3">
            <w:r>
              <w:t>etiology</w:t>
            </w:r>
          </w:p>
        </w:tc>
        <w:tc>
          <w:tcPr>
            <w:tcW w:w="3226" w:type="dxa"/>
          </w:tcPr>
          <w:p w14:paraId="1D158B66" w14:textId="77777777" w:rsidR="005440C3" w:rsidRDefault="005440C3">
            <w:r>
              <w:t>10.1371/journal.pntd.0008123</w:t>
            </w:r>
          </w:p>
        </w:tc>
        <w:tc>
          <w:tcPr>
            <w:tcW w:w="7007" w:type="dxa"/>
          </w:tcPr>
          <w:p w14:paraId="5E919933" w14:textId="77777777" w:rsidR="005440C3" w:rsidRDefault="005440C3">
            <w:r>
              <w:t>https://lstmed.idm.oclc.org/login?url=https://search.ebscohost.com/login.aspx?direct=true&amp;AuthType=sso&amp;db=lhh&amp;AN=20203149536&amp;site=ehost-live&amp;scope=site</w:t>
            </w:r>
          </w:p>
        </w:tc>
      </w:tr>
      <w:tr w:rsidR="005440C3" w14:paraId="7158B258" w14:textId="77777777" w:rsidTr="005440C3">
        <w:tc>
          <w:tcPr>
            <w:tcW w:w="450" w:type="dxa"/>
          </w:tcPr>
          <w:p w14:paraId="65A5BF5B" w14:textId="77777777" w:rsidR="005440C3" w:rsidRDefault="005440C3">
            <w:r>
              <w:t>2018</w:t>
            </w:r>
          </w:p>
        </w:tc>
        <w:tc>
          <w:tcPr>
            <w:tcW w:w="967" w:type="dxa"/>
          </w:tcPr>
          <w:p w14:paraId="22AAF58E" w14:textId="77777777" w:rsidR="005440C3" w:rsidRDefault="005440C3">
            <w:r>
              <w:t xml:space="preserve">Visceral leishmaniasis in selected communities </w:t>
            </w:r>
            <w:r>
              <w:lastRenderedPageBreak/>
              <w:t>of Hamar and Banna-Tsamai districts in Lower Omo valley, South West Ethiopia: sero-epidemological and Leishmanin Skin Test surveys</w:t>
            </w:r>
          </w:p>
        </w:tc>
        <w:tc>
          <w:tcPr>
            <w:tcW w:w="935" w:type="dxa"/>
          </w:tcPr>
          <w:p w14:paraId="139B06DB" w14:textId="77777777" w:rsidR="005440C3" w:rsidRDefault="005440C3">
            <w:r>
              <w:lastRenderedPageBreak/>
              <w:t>PLoS ONE</w:t>
            </w:r>
          </w:p>
        </w:tc>
        <w:tc>
          <w:tcPr>
            <w:tcW w:w="1334" w:type="dxa"/>
          </w:tcPr>
          <w:p w14:paraId="0E27D5B2" w14:textId="77777777" w:rsidR="005440C3" w:rsidRDefault="005440C3">
            <w:r>
              <w:t>direct agglutination</w:t>
            </w:r>
          </w:p>
        </w:tc>
        <w:tc>
          <w:tcPr>
            <w:tcW w:w="3226" w:type="dxa"/>
          </w:tcPr>
          <w:p w14:paraId="293DC51D" w14:textId="77777777" w:rsidR="005440C3" w:rsidRDefault="005440C3">
            <w:r>
              <w:t>10.1371/journal.pone.0197430</w:t>
            </w:r>
          </w:p>
        </w:tc>
        <w:tc>
          <w:tcPr>
            <w:tcW w:w="7007" w:type="dxa"/>
          </w:tcPr>
          <w:p w14:paraId="41BFACE5" w14:textId="77777777" w:rsidR="005440C3" w:rsidRDefault="005440C3">
            <w:r>
              <w:t>https://lstmed.idm.oclc.org/login?url=https://search.ebscohost.com/login.aspx?direct=true&amp;AuthType=sso&amp;db=lhh&amp;AN=20183233081&amp;site=ehost-live&amp;scope=site</w:t>
            </w:r>
          </w:p>
        </w:tc>
      </w:tr>
      <w:tr w:rsidR="005440C3" w14:paraId="2FC91EFD" w14:textId="77777777" w:rsidTr="005440C3">
        <w:tc>
          <w:tcPr>
            <w:tcW w:w="450" w:type="dxa"/>
          </w:tcPr>
          <w:p w14:paraId="72BEBC0C" w14:textId="77777777" w:rsidR="005440C3" w:rsidRDefault="005440C3">
            <w:r>
              <w:t>2003</w:t>
            </w:r>
          </w:p>
        </w:tc>
        <w:tc>
          <w:tcPr>
            <w:tcW w:w="967" w:type="dxa"/>
          </w:tcPr>
          <w:p w14:paraId="1A410FB9" w14:textId="77777777" w:rsidR="005440C3" w:rsidRDefault="005440C3">
            <w:r>
              <w:t>Imported dengue in French University Hospitals: a 6-year survey</w:t>
            </w:r>
          </w:p>
        </w:tc>
        <w:tc>
          <w:tcPr>
            <w:tcW w:w="935" w:type="dxa"/>
          </w:tcPr>
          <w:p w14:paraId="4D04ED52" w14:textId="77777777" w:rsidR="005440C3" w:rsidRDefault="005440C3">
            <w:r>
              <w:t>Journal of Travel Medicine</w:t>
            </w:r>
          </w:p>
        </w:tc>
        <w:tc>
          <w:tcPr>
            <w:tcW w:w="1334" w:type="dxa"/>
          </w:tcPr>
          <w:p w14:paraId="1C6CA861" w14:textId="77777777" w:rsidR="005440C3" w:rsidRDefault="005440C3">
            <w:r>
              <w:t>arthropod-borne viruses</w:t>
            </w:r>
          </w:p>
        </w:tc>
        <w:tc>
          <w:tcPr>
            <w:tcW w:w="3226" w:type="dxa"/>
          </w:tcPr>
          <w:p w14:paraId="0F8456ED" w14:textId="77777777" w:rsidR="005440C3" w:rsidRDefault="005440C3"/>
        </w:tc>
        <w:tc>
          <w:tcPr>
            <w:tcW w:w="7007" w:type="dxa"/>
          </w:tcPr>
          <w:p w14:paraId="630772B9" w14:textId="77777777" w:rsidR="005440C3" w:rsidRDefault="005440C3">
            <w:r>
              <w:t>https://lstmed.idm.oclc.org/login?url=https://search.ebscohost.com/login.aspx?direct=true&amp;AuthType=sso&amp;db=lhh&amp;AN=20033178190&amp;site=ehost-live&amp;scope=site</w:t>
            </w:r>
          </w:p>
        </w:tc>
      </w:tr>
      <w:tr w:rsidR="005440C3" w14:paraId="1A82AB77" w14:textId="77777777" w:rsidTr="005440C3">
        <w:tc>
          <w:tcPr>
            <w:tcW w:w="450" w:type="dxa"/>
          </w:tcPr>
          <w:p w14:paraId="51B6AC72" w14:textId="77777777" w:rsidR="005440C3" w:rsidRDefault="005440C3">
            <w:r>
              <w:lastRenderedPageBreak/>
              <w:t>2021</w:t>
            </w:r>
          </w:p>
        </w:tc>
        <w:tc>
          <w:tcPr>
            <w:tcW w:w="967" w:type="dxa"/>
          </w:tcPr>
          <w:p w14:paraId="680277C4" w14:textId="77777777" w:rsidR="005440C3" w:rsidRDefault="005440C3">
            <w:r>
              <w:t>Another dengue fever outbreak in eastern Ethiopia - an emerging public health threat</w:t>
            </w:r>
          </w:p>
        </w:tc>
        <w:tc>
          <w:tcPr>
            <w:tcW w:w="935" w:type="dxa"/>
          </w:tcPr>
          <w:p w14:paraId="41B978B0" w14:textId="77777777" w:rsidR="005440C3" w:rsidRDefault="005440C3">
            <w:r>
              <w:t>PLoS Neglected Tropical Diseases</w:t>
            </w:r>
          </w:p>
        </w:tc>
        <w:tc>
          <w:tcPr>
            <w:tcW w:w="1334" w:type="dxa"/>
          </w:tcPr>
          <w:p w14:paraId="5B5F6DBB" w14:textId="77777777" w:rsidR="005440C3" w:rsidRDefault="005440C3">
            <w:r>
              <w:t>hemorrhage</w:t>
            </w:r>
          </w:p>
        </w:tc>
        <w:tc>
          <w:tcPr>
            <w:tcW w:w="3226" w:type="dxa"/>
          </w:tcPr>
          <w:p w14:paraId="77018462" w14:textId="77777777" w:rsidR="005440C3" w:rsidRDefault="005440C3">
            <w:r>
              <w:t>10.1371/journal.pntd.0008992</w:t>
            </w:r>
          </w:p>
        </w:tc>
        <w:tc>
          <w:tcPr>
            <w:tcW w:w="7007" w:type="dxa"/>
          </w:tcPr>
          <w:p w14:paraId="1040A18F" w14:textId="77777777" w:rsidR="005440C3" w:rsidRDefault="005440C3">
            <w:r>
              <w:t>https://lstmed.idm.oclc.org/login?url=https://search.ebscohost.com/login.aspx?direct=true&amp;AuthType=sso&amp;db=lhh&amp;AN=20210044438&amp;site=ehost-live&amp;scope=site</w:t>
            </w:r>
          </w:p>
        </w:tc>
      </w:tr>
      <w:tr w:rsidR="005440C3" w14:paraId="25E58FCD" w14:textId="77777777" w:rsidTr="005440C3">
        <w:tc>
          <w:tcPr>
            <w:tcW w:w="450" w:type="dxa"/>
          </w:tcPr>
          <w:p w14:paraId="21F8B6C5" w14:textId="77777777" w:rsidR="005440C3" w:rsidRDefault="005440C3">
            <w:r>
              <w:t>2017</w:t>
            </w:r>
          </w:p>
        </w:tc>
        <w:tc>
          <w:tcPr>
            <w:tcW w:w="967" w:type="dxa"/>
          </w:tcPr>
          <w:p w14:paraId="5D88626E" w14:textId="77777777" w:rsidR="005440C3" w:rsidRDefault="005440C3">
            <w:r>
              <w:t>Urban Chikungunya in the Middle East and North Africa: a systematic review</w:t>
            </w:r>
          </w:p>
        </w:tc>
        <w:tc>
          <w:tcPr>
            <w:tcW w:w="935" w:type="dxa"/>
          </w:tcPr>
          <w:p w14:paraId="5434FF02" w14:textId="77777777" w:rsidR="005440C3" w:rsidRDefault="005440C3">
            <w:r>
              <w:t>PLoS Neglected Tropical Diseases</w:t>
            </w:r>
          </w:p>
        </w:tc>
        <w:tc>
          <w:tcPr>
            <w:tcW w:w="1334" w:type="dxa"/>
          </w:tcPr>
          <w:p w14:paraId="653825A2" w14:textId="77777777" w:rsidR="005440C3" w:rsidRDefault="005440C3">
            <w:r>
              <w:t>Misr</w:t>
            </w:r>
          </w:p>
        </w:tc>
        <w:tc>
          <w:tcPr>
            <w:tcW w:w="3226" w:type="dxa"/>
          </w:tcPr>
          <w:p w14:paraId="3608ABC4" w14:textId="77777777" w:rsidR="005440C3" w:rsidRDefault="005440C3">
            <w:r>
              <w:t>https://journals.plos.org/plosntds/article?id=10.1371/journal.pntd.0005707</w:t>
            </w:r>
          </w:p>
        </w:tc>
        <w:tc>
          <w:tcPr>
            <w:tcW w:w="7007" w:type="dxa"/>
          </w:tcPr>
          <w:p w14:paraId="05B257F9" w14:textId="77777777" w:rsidR="005440C3" w:rsidRDefault="005440C3">
            <w:r>
              <w:t>https://lstmed.idm.oclc.org/login?url=https://search.ebscohost.com/login.aspx?direct=true&amp;AuthType=sso&amp;db=lhh&amp;AN=20173329054&amp;site=ehost-live&amp;scope=site</w:t>
            </w:r>
          </w:p>
        </w:tc>
      </w:tr>
      <w:tr w:rsidR="005440C3" w14:paraId="3103BA5F" w14:textId="77777777" w:rsidTr="005440C3">
        <w:tc>
          <w:tcPr>
            <w:tcW w:w="450" w:type="dxa"/>
          </w:tcPr>
          <w:p w14:paraId="72CA629E" w14:textId="77777777" w:rsidR="005440C3" w:rsidRDefault="005440C3">
            <w:r>
              <w:t>2018</w:t>
            </w:r>
          </w:p>
        </w:tc>
        <w:tc>
          <w:tcPr>
            <w:tcW w:w="967" w:type="dxa"/>
          </w:tcPr>
          <w:p w14:paraId="59363B9C" w14:textId="77777777" w:rsidR="005440C3" w:rsidRDefault="005440C3">
            <w:r>
              <w:t>Neglected tropical diseases, neglect</w:t>
            </w:r>
            <w:r>
              <w:lastRenderedPageBreak/>
              <w:t>ed communities, and conflict: how do we leave no one behind?</w:t>
            </w:r>
          </w:p>
        </w:tc>
        <w:tc>
          <w:tcPr>
            <w:tcW w:w="935" w:type="dxa"/>
          </w:tcPr>
          <w:p w14:paraId="1099C563" w14:textId="77777777" w:rsidR="005440C3" w:rsidRDefault="005440C3">
            <w:r>
              <w:lastRenderedPageBreak/>
              <w:t>Trends in Parasitology</w:t>
            </w:r>
          </w:p>
        </w:tc>
        <w:tc>
          <w:tcPr>
            <w:tcW w:w="1334" w:type="dxa"/>
          </w:tcPr>
          <w:p w14:paraId="16AF3B0F" w14:textId="77777777" w:rsidR="005440C3" w:rsidRDefault="005440C3">
            <w:r>
              <w:t>animal-parasitic nematodes</w:t>
            </w:r>
          </w:p>
        </w:tc>
        <w:tc>
          <w:tcPr>
            <w:tcW w:w="3226" w:type="dxa"/>
          </w:tcPr>
          <w:p w14:paraId="5B796EA9" w14:textId="77777777" w:rsidR="005440C3" w:rsidRDefault="005440C3">
            <w:r>
              <w:t>10.1016/j.pt.2017.10.013</w:t>
            </w:r>
          </w:p>
        </w:tc>
        <w:tc>
          <w:tcPr>
            <w:tcW w:w="7007" w:type="dxa"/>
          </w:tcPr>
          <w:p w14:paraId="5C973CC8" w14:textId="77777777" w:rsidR="005440C3" w:rsidRDefault="005440C3">
            <w:r>
              <w:t>https://lstmed.idm.oclc.org/login?url=https://search.ebscohost.com/login.aspx?direct=true&amp;AuthType=sso&amp;db=lhh&amp;AN=20183102951&amp;site=ehost-live&amp;scope=site</w:t>
            </w:r>
          </w:p>
        </w:tc>
      </w:tr>
      <w:tr w:rsidR="005440C3" w14:paraId="1F71368C" w14:textId="77777777" w:rsidTr="005440C3">
        <w:tc>
          <w:tcPr>
            <w:tcW w:w="450" w:type="dxa"/>
          </w:tcPr>
          <w:p w14:paraId="77118FB2" w14:textId="77777777" w:rsidR="005440C3" w:rsidRDefault="005440C3">
            <w:r>
              <w:t>2021</w:t>
            </w:r>
          </w:p>
        </w:tc>
        <w:tc>
          <w:tcPr>
            <w:tcW w:w="967" w:type="dxa"/>
          </w:tcPr>
          <w:p w14:paraId="77C2A0EA" w14:textId="77777777" w:rsidR="005440C3" w:rsidRDefault="005440C3">
            <w:r>
              <w:t>Leishmaniasis beyond East Africa</w:t>
            </w:r>
          </w:p>
        </w:tc>
        <w:tc>
          <w:tcPr>
            <w:tcW w:w="935" w:type="dxa"/>
          </w:tcPr>
          <w:p w14:paraId="00A41797" w14:textId="77777777" w:rsidR="005440C3" w:rsidRDefault="005440C3">
            <w:r>
              <w:t>Frontiers in Veterinary Science</w:t>
            </w:r>
          </w:p>
        </w:tc>
        <w:tc>
          <w:tcPr>
            <w:tcW w:w="1334" w:type="dxa"/>
          </w:tcPr>
          <w:p w14:paraId="024F778B" w14:textId="77777777" w:rsidR="005440C3" w:rsidRDefault="005440C3">
            <w:r>
              <w:t>parasitosis</w:t>
            </w:r>
          </w:p>
        </w:tc>
        <w:tc>
          <w:tcPr>
            <w:tcW w:w="3226" w:type="dxa"/>
          </w:tcPr>
          <w:p w14:paraId="3DA9B1B4" w14:textId="77777777" w:rsidR="005440C3" w:rsidRDefault="005440C3">
            <w:r>
              <w:t>10.3389/fvets.2021.618766</w:t>
            </w:r>
          </w:p>
        </w:tc>
        <w:tc>
          <w:tcPr>
            <w:tcW w:w="7007" w:type="dxa"/>
          </w:tcPr>
          <w:p w14:paraId="321309F1" w14:textId="77777777" w:rsidR="005440C3" w:rsidRDefault="005440C3">
            <w:r>
              <w:t>https://lstmed.idm.oclc.org/login?url=https://search.ebscohost.com/login.aspx?direct=true&amp;AuthType=sso&amp;db=lhh&amp;AN=20210493634&amp;site=ehost-live&amp;scope=site</w:t>
            </w:r>
          </w:p>
        </w:tc>
      </w:tr>
      <w:tr w:rsidR="005440C3" w14:paraId="6DAC3216" w14:textId="77777777" w:rsidTr="005440C3">
        <w:tc>
          <w:tcPr>
            <w:tcW w:w="450" w:type="dxa"/>
          </w:tcPr>
          <w:p w14:paraId="55466416" w14:textId="77777777" w:rsidR="005440C3" w:rsidRDefault="005440C3">
            <w:r>
              <w:t>2015</w:t>
            </w:r>
          </w:p>
        </w:tc>
        <w:tc>
          <w:tcPr>
            <w:tcW w:w="967" w:type="dxa"/>
          </w:tcPr>
          <w:p w14:paraId="087A87EC" w14:textId="77777777" w:rsidR="005440C3" w:rsidRDefault="005440C3">
            <w:r>
              <w:t>Mapping and modelling the geographical distribution and environmental limits of podoconiosis in Ethiopia</w:t>
            </w:r>
          </w:p>
        </w:tc>
        <w:tc>
          <w:tcPr>
            <w:tcW w:w="935" w:type="dxa"/>
          </w:tcPr>
          <w:p w14:paraId="5FBD19BC" w14:textId="77777777" w:rsidR="005440C3" w:rsidRDefault="005440C3">
            <w:r>
              <w:t>PLoS Neglected Tropical Diseases</w:t>
            </w:r>
          </w:p>
        </w:tc>
        <w:tc>
          <w:tcPr>
            <w:tcW w:w="1334" w:type="dxa"/>
          </w:tcPr>
          <w:p w14:paraId="0259EAE2" w14:textId="77777777" w:rsidR="005440C3" w:rsidRDefault="005440C3">
            <w:r>
              <w:t>animal-parasitic nematodes</w:t>
            </w:r>
          </w:p>
        </w:tc>
        <w:tc>
          <w:tcPr>
            <w:tcW w:w="3226" w:type="dxa"/>
          </w:tcPr>
          <w:p w14:paraId="4E94A1F7" w14:textId="77777777" w:rsidR="005440C3" w:rsidRDefault="005440C3">
            <w:r>
              <w:t>https://journals.plos.org/plosntds/article?id=10.1371/journal.pntd.0003946</w:t>
            </w:r>
          </w:p>
        </w:tc>
        <w:tc>
          <w:tcPr>
            <w:tcW w:w="7007" w:type="dxa"/>
          </w:tcPr>
          <w:p w14:paraId="37164D9C" w14:textId="77777777" w:rsidR="005440C3" w:rsidRDefault="005440C3">
            <w:r>
              <w:t>https://lstmed.idm.oclc.org/login?url=https://search.ebscohost.com/login.aspx?direct=true&amp;AuthType=sso&amp;db=lhh&amp;AN=20153287031&amp;site=ehost-live&amp;scope=site</w:t>
            </w:r>
          </w:p>
        </w:tc>
      </w:tr>
      <w:tr w:rsidR="005440C3" w14:paraId="176AAA17" w14:textId="77777777" w:rsidTr="005440C3">
        <w:tc>
          <w:tcPr>
            <w:tcW w:w="450" w:type="dxa"/>
          </w:tcPr>
          <w:p w14:paraId="020A5CB9" w14:textId="77777777" w:rsidR="005440C3" w:rsidRDefault="005440C3">
            <w:r>
              <w:lastRenderedPageBreak/>
              <w:t>2008</w:t>
            </w:r>
          </w:p>
        </w:tc>
        <w:tc>
          <w:tcPr>
            <w:tcW w:w="967" w:type="dxa"/>
          </w:tcPr>
          <w:p w14:paraId="6293D9E1" w14:textId="77777777" w:rsidR="005440C3" w:rsidRDefault="005440C3">
            <w:r>
              <w:t>Risk factors of visceral leishmaniasis in East Africa: a case-control study in Pokot territory of Kenya and Uganda</w:t>
            </w:r>
          </w:p>
        </w:tc>
        <w:tc>
          <w:tcPr>
            <w:tcW w:w="935" w:type="dxa"/>
          </w:tcPr>
          <w:p w14:paraId="5D1A812E" w14:textId="77777777" w:rsidR="005440C3" w:rsidRDefault="005440C3">
            <w:r>
              <w:t>International Journal of Epidemiology</w:t>
            </w:r>
          </w:p>
        </w:tc>
        <w:tc>
          <w:tcPr>
            <w:tcW w:w="1334" w:type="dxa"/>
          </w:tcPr>
          <w:p w14:paraId="48CDAA8F" w14:textId="77777777" w:rsidR="005440C3" w:rsidRDefault="005440C3">
            <w:r>
              <w:t>parasitosis</w:t>
            </w:r>
          </w:p>
        </w:tc>
        <w:tc>
          <w:tcPr>
            <w:tcW w:w="3226" w:type="dxa"/>
          </w:tcPr>
          <w:p w14:paraId="151510E9" w14:textId="77777777" w:rsidR="005440C3" w:rsidRDefault="005440C3">
            <w:r>
              <w:t>10.1093/ije/dym275</w:t>
            </w:r>
          </w:p>
        </w:tc>
        <w:tc>
          <w:tcPr>
            <w:tcW w:w="7007" w:type="dxa"/>
          </w:tcPr>
          <w:p w14:paraId="64366FC4" w14:textId="77777777" w:rsidR="005440C3" w:rsidRDefault="005440C3">
            <w:r>
              <w:t>https://lstmed.idm.oclc.org/login?url=https://search.ebscohost.com/login.aspx?direct=true&amp;AuthType=sso&amp;db=lhh&amp;AN=20083137624&amp;site=ehost-live&amp;scope=site</w:t>
            </w:r>
          </w:p>
        </w:tc>
      </w:tr>
      <w:tr w:rsidR="005440C3" w14:paraId="3C8D1446" w14:textId="77777777" w:rsidTr="005440C3">
        <w:tc>
          <w:tcPr>
            <w:tcW w:w="450" w:type="dxa"/>
          </w:tcPr>
          <w:p w14:paraId="720BFFCE" w14:textId="77777777" w:rsidR="005440C3" w:rsidRDefault="005440C3">
            <w:r>
              <w:t>2007</w:t>
            </w:r>
          </w:p>
        </w:tc>
        <w:tc>
          <w:tcPr>
            <w:tcW w:w="967" w:type="dxa"/>
          </w:tcPr>
          <w:p w14:paraId="51617EAA" w14:textId="77777777" w:rsidR="005440C3" w:rsidRDefault="005440C3">
            <w:r>
              <w:t xml:space="preserve">Epidemiology and clinical features of patients with visceral leishmaniasis treated by an MSF clinic in </w:t>
            </w:r>
            <w:r>
              <w:lastRenderedPageBreak/>
              <w:t>Bakool region, Somalia, 2004-2006</w:t>
            </w:r>
          </w:p>
        </w:tc>
        <w:tc>
          <w:tcPr>
            <w:tcW w:w="935" w:type="dxa"/>
          </w:tcPr>
          <w:p w14:paraId="24453120" w14:textId="77777777" w:rsidR="005440C3" w:rsidRDefault="005440C3">
            <w:r>
              <w:lastRenderedPageBreak/>
              <w:t>PLoS Neglected Tropical Diseases</w:t>
            </w:r>
          </w:p>
        </w:tc>
        <w:tc>
          <w:tcPr>
            <w:tcW w:w="1334" w:type="dxa"/>
          </w:tcPr>
          <w:p w14:paraId="2C807CAC" w14:textId="77777777" w:rsidR="005440C3" w:rsidRDefault="005440C3">
            <w:r>
              <w:t>parasitosis</w:t>
            </w:r>
          </w:p>
        </w:tc>
        <w:tc>
          <w:tcPr>
            <w:tcW w:w="3226" w:type="dxa"/>
          </w:tcPr>
          <w:p w14:paraId="583BA342" w14:textId="77777777" w:rsidR="005440C3" w:rsidRDefault="005440C3">
            <w:r>
              <w:t>10.1371/journal.pntd.0000085</w:t>
            </w:r>
          </w:p>
        </w:tc>
        <w:tc>
          <w:tcPr>
            <w:tcW w:w="7007" w:type="dxa"/>
          </w:tcPr>
          <w:p w14:paraId="02F2ED7A" w14:textId="77777777" w:rsidR="005440C3" w:rsidRDefault="005440C3">
            <w:r>
              <w:t>https://lstmed.idm.oclc.org/login?url=https://search.ebscohost.com/login.aspx?direct=true&amp;AuthType=sso&amp;db=lhh&amp;AN=20083057017&amp;site=ehost-live&amp;scope=site</w:t>
            </w:r>
          </w:p>
        </w:tc>
      </w:tr>
      <w:tr w:rsidR="005440C3" w14:paraId="6E0797D9" w14:textId="77777777" w:rsidTr="005440C3">
        <w:tc>
          <w:tcPr>
            <w:tcW w:w="450" w:type="dxa"/>
          </w:tcPr>
          <w:p w14:paraId="0B4F88B1" w14:textId="77777777" w:rsidR="005440C3" w:rsidRDefault="005440C3">
            <w:r>
              <w:t>2013</w:t>
            </w:r>
          </w:p>
        </w:tc>
        <w:tc>
          <w:tcPr>
            <w:tcW w:w="967" w:type="dxa"/>
          </w:tcPr>
          <w:p w14:paraId="053BAED1" w14:textId="77777777" w:rsidR="005440C3" w:rsidRDefault="005440C3">
            <w:r>
              <w:t>Spatially explicit Schistosoma infection risk in eastern Africa using Bayesian geostatistical modelling</w:t>
            </w:r>
          </w:p>
        </w:tc>
        <w:tc>
          <w:tcPr>
            <w:tcW w:w="935" w:type="dxa"/>
          </w:tcPr>
          <w:p w14:paraId="5DAE4A76" w14:textId="77777777" w:rsidR="005440C3" w:rsidRDefault="005440C3">
            <w:r>
              <w:t>Acta Tropica</w:t>
            </w:r>
          </w:p>
        </w:tc>
        <w:tc>
          <w:tcPr>
            <w:tcW w:w="1334" w:type="dxa"/>
          </w:tcPr>
          <w:p w14:paraId="6F9E5FC4" w14:textId="77777777" w:rsidR="005440C3" w:rsidRDefault="005440C3">
            <w:r>
              <w:t>bilharzia</w:t>
            </w:r>
          </w:p>
        </w:tc>
        <w:tc>
          <w:tcPr>
            <w:tcW w:w="3226" w:type="dxa"/>
          </w:tcPr>
          <w:p w14:paraId="29CCD55F" w14:textId="77777777" w:rsidR="005440C3" w:rsidRDefault="005440C3">
            <w:r>
              <w:t>10.1016/j.actatropica.2011.10.006</w:t>
            </w:r>
          </w:p>
        </w:tc>
        <w:tc>
          <w:tcPr>
            <w:tcW w:w="7007" w:type="dxa"/>
          </w:tcPr>
          <w:p w14:paraId="32226EF6" w14:textId="77777777" w:rsidR="005440C3" w:rsidRDefault="005440C3">
            <w:r>
              <w:t>https://lstmed.idm.oclc.org/login?url=https://search.ebscohost.com/login.aspx?direct=true&amp;AuthType=sso&amp;db=lhh&amp;AN=20133399131&amp;site=ehost-live&amp;scope=site</w:t>
            </w:r>
          </w:p>
        </w:tc>
      </w:tr>
      <w:tr w:rsidR="005440C3" w14:paraId="191C3667" w14:textId="77777777" w:rsidTr="005440C3">
        <w:tc>
          <w:tcPr>
            <w:tcW w:w="450" w:type="dxa"/>
          </w:tcPr>
          <w:p w14:paraId="345960C9" w14:textId="77777777" w:rsidR="005440C3" w:rsidRDefault="005440C3">
            <w:r>
              <w:t>2017</w:t>
            </w:r>
          </w:p>
        </w:tc>
        <w:tc>
          <w:tcPr>
            <w:tcW w:w="967" w:type="dxa"/>
          </w:tcPr>
          <w:p w14:paraId="63E2C9B9" w14:textId="77777777" w:rsidR="005440C3" w:rsidRDefault="005440C3">
            <w:r>
              <w:t xml:space="preserve">Visceral leishmaniasis in Somalia: a review of epidemiology and </w:t>
            </w:r>
            <w:r>
              <w:lastRenderedPageBreak/>
              <w:t>access to care</w:t>
            </w:r>
          </w:p>
        </w:tc>
        <w:tc>
          <w:tcPr>
            <w:tcW w:w="935" w:type="dxa"/>
          </w:tcPr>
          <w:p w14:paraId="0E619BB9" w14:textId="77777777" w:rsidR="005440C3" w:rsidRDefault="005440C3">
            <w:r>
              <w:lastRenderedPageBreak/>
              <w:t>PLoS Neglected Tropical Diseases</w:t>
            </w:r>
          </w:p>
        </w:tc>
        <w:tc>
          <w:tcPr>
            <w:tcW w:w="1334" w:type="dxa"/>
          </w:tcPr>
          <w:p w14:paraId="76240EEF" w14:textId="77777777" w:rsidR="005440C3" w:rsidRDefault="005440C3">
            <w:r>
              <w:t>control programs</w:t>
            </w:r>
          </w:p>
        </w:tc>
        <w:tc>
          <w:tcPr>
            <w:tcW w:w="3226" w:type="dxa"/>
          </w:tcPr>
          <w:p w14:paraId="605DEDC5" w14:textId="77777777" w:rsidR="005440C3" w:rsidRDefault="005440C3">
            <w:r>
              <w:t>10.1371/journal.pntd.0005231</w:t>
            </w:r>
          </w:p>
        </w:tc>
        <w:tc>
          <w:tcPr>
            <w:tcW w:w="7007" w:type="dxa"/>
          </w:tcPr>
          <w:p w14:paraId="0E777DA7" w14:textId="77777777" w:rsidR="005440C3" w:rsidRDefault="005440C3">
            <w:r>
              <w:t>https://lstmed.idm.oclc.org/login?url=https://search.ebscohost.com/login.aspx?direct=true&amp;AuthType=sso&amp;db=lhh&amp;AN=20173245738&amp;site=ehost-live&amp;scope=site</w:t>
            </w:r>
          </w:p>
        </w:tc>
      </w:tr>
    </w:tbl>
    <w:p w14:paraId="6A5FD2E0" w14:textId="77777777" w:rsidR="004B4EAF" w:rsidRDefault="004B4EAF"/>
    <w:p w14:paraId="7929C3D2" w14:textId="77777777" w:rsidR="004B4EAF" w:rsidRDefault="00000000">
      <w:pPr>
        <w:pStyle w:val="Heading2"/>
      </w:pPr>
      <w:r>
        <w:t>Database: GREY LIT NTDS</w:t>
      </w:r>
    </w:p>
    <w:p w14:paraId="524A576F" w14:textId="77777777" w:rsidR="004B4EAF" w:rsidRDefault="00000000">
      <w:r>
        <w:t>Total records retrieved: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0"/>
        <w:gridCol w:w="2909"/>
        <w:gridCol w:w="973"/>
        <w:gridCol w:w="7858"/>
      </w:tblGrid>
      <w:tr w:rsidR="005440C3" w14:paraId="1674500E" w14:textId="77777777" w:rsidTr="005440C3">
        <w:tc>
          <w:tcPr>
            <w:tcW w:w="1234" w:type="dxa"/>
          </w:tcPr>
          <w:p w14:paraId="090918D1" w14:textId="77777777" w:rsidR="005440C3" w:rsidRDefault="005440C3">
            <w:r>
              <w:t>Year</w:t>
            </w:r>
          </w:p>
        </w:tc>
        <w:tc>
          <w:tcPr>
            <w:tcW w:w="2985" w:type="dxa"/>
          </w:tcPr>
          <w:p w14:paraId="3D09B516" w14:textId="77777777" w:rsidR="005440C3" w:rsidRDefault="005440C3">
            <w:r>
              <w:t>Title</w:t>
            </w:r>
          </w:p>
        </w:tc>
        <w:tc>
          <w:tcPr>
            <w:tcW w:w="264" w:type="dxa"/>
          </w:tcPr>
          <w:p w14:paraId="75A063E1" w14:textId="77777777" w:rsidR="005440C3" w:rsidRDefault="005440C3">
            <w:r>
              <w:t>Authors</w:t>
            </w:r>
          </w:p>
        </w:tc>
        <w:tc>
          <w:tcPr>
            <w:tcW w:w="7978" w:type="dxa"/>
          </w:tcPr>
          <w:p w14:paraId="0525CE9F" w14:textId="77777777" w:rsidR="005440C3" w:rsidRDefault="005440C3">
            <w:r>
              <w:t>URL</w:t>
            </w:r>
          </w:p>
        </w:tc>
      </w:tr>
      <w:tr w:rsidR="005440C3" w14:paraId="493BE35F" w14:textId="77777777" w:rsidTr="005440C3">
        <w:tc>
          <w:tcPr>
            <w:tcW w:w="1234" w:type="dxa"/>
          </w:tcPr>
          <w:p w14:paraId="072FD599" w14:textId="77777777" w:rsidR="005440C3" w:rsidRDefault="005440C3">
            <w:r>
              <w:t>2022</w:t>
            </w:r>
          </w:p>
        </w:tc>
        <w:tc>
          <w:tcPr>
            <w:tcW w:w="2985" w:type="dxa"/>
          </w:tcPr>
          <w:p w14:paraId="5121FE03" w14:textId="77777777" w:rsidR="005440C3" w:rsidRDefault="005440C3">
            <w:r>
              <w:t>Ending the neglect: eliminating worm infections as a public health problem in Somalia</w:t>
            </w:r>
          </w:p>
        </w:tc>
        <w:tc>
          <w:tcPr>
            <w:tcW w:w="264" w:type="dxa"/>
          </w:tcPr>
          <w:p w14:paraId="3663E78E" w14:textId="77777777" w:rsidR="005440C3" w:rsidRDefault="005440C3">
            <w:r>
              <w:t>WHO</w:t>
            </w:r>
          </w:p>
        </w:tc>
        <w:tc>
          <w:tcPr>
            <w:tcW w:w="7978" w:type="dxa"/>
          </w:tcPr>
          <w:p w14:paraId="62FAC3F1" w14:textId="77777777" w:rsidR="005440C3" w:rsidRDefault="005440C3">
            <w:r>
              <w:t>https://reliefweb.int/report/somalia/ending-neglect-eliminating-worm-infections-public-health-problem-somalia</w:t>
            </w:r>
          </w:p>
        </w:tc>
      </w:tr>
      <w:tr w:rsidR="005440C3" w14:paraId="752E28A6" w14:textId="77777777" w:rsidTr="005440C3">
        <w:tc>
          <w:tcPr>
            <w:tcW w:w="1234" w:type="dxa"/>
          </w:tcPr>
          <w:p w14:paraId="198E7FCB" w14:textId="77777777" w:rsidR="005440C3" w:rsidRDefault="005440C3">
            <w:r>
              <w:t>2022</w:t>
            </w:r>
          </w:p>
        </w:tc>
        <w:tc>
          <w:tcPr>
            <w:tcW w:w="2985" w:type="dxa"/>
          </w:tcPr>
          <w:p w14:paraId="0AC93EC7" w14:textId="77777777" w:rsidR="005440C3" w:rsidRDefault="005440C3">
            <w:r>
              <w:t>Forgotten diseases: Achieving health equity to end the neglect of poverty-related diseases in Somalia</w:t>
            </w:r>
          </w:p>
        </w:tc>
        <w:tc>
          <w:tcPr>
            <w:tcW w:w="264" w:type="dxa"/>
          </w:tcPr>
          <w:p w14:paraId="189D99A9" w14:textId="77777777" w:rsidR="005440C3" w:rsidRDefault="005440C3">
            <w:r>
              <w:t>WHO</w:t>
            </w:r>
          </w:p>
        </w:tc>
        <w:tc>
          <w:tcPr>
            <w:tcW w:w="7978" w:type="dxa"/>
          </w:tcPr>
          <w:p w14:paraId="1FAE1A28" w14:textId="77777777" w:rsidR="005440C3" w:rsidRDefault="005440C3">
            <w:r>
              <w:t>https://www.emro.who.int/somalia/news/forgotten-diseases-achieving-health-equity-to-end-the-neglect-of-poverty-related-diseases-in-somalia.html</w:t>
            </w:r>
          </w:p>
        </w:tc>
      </w:tr>
    </w:tbl>
    <w:p w14:paraId="06DA6A62" w14:textId="77777777" w:rsidR="004B4EAF" w:rsidRDefault="004B4EAF"/>
    <w:p w14:paraId="042FF1AB" w14:textId="77777777" w:rsidR="004B4EAF" w:rsidRDefault="00000000">
      <w:pPr>
        <w:pStyle w:val="Heading2"/>
      </w:pPr>
      <w:r>
        <w:t>Database: medline complete NTDS</w:t>
      </w:r>
    </w:p>
    <w:p w14:paraId="3E56EC36" w14:textId="77777777" w:rsidR="004B4EAF" w:rsidRDefault="00000000">
      <w:r>
        <w:t>Total records retrieved: 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3"/>
        <w:gridCol w:w="942"/>
        <w:gridCol w:w="810"/>
        <w:gridCol w:w="852"/>
        <w:gridCol w:w="1491"/>
        <w:gridCol w:w="1761"/>
        <w:gridCol w:w="6651"/>
      </w:tblGrid>
      <w:tr w:rsidR="004B4EAF" w14:paraId="4C9F3F63" w14:textId="77777777" w:rsidTr="005440C3">
        <w:tc>
          <w:tcPr>
            <w:tcW w:w="1101" w:type="dxa"/>
          </w:tcPr>
          <w:p w14:paraId="27B0AB36" w14:textId="77777777" w:rsidR="004B4EAF" w:rsidRDefault="00000000">
            <w:r>
              <w:t>Year</w:t>
            </w:r>
          </w:p>
        </w:tc>
        <w:tc>
          <w:tcPr>
            <w:tcW w:w="302" w:type="dxa"/>
          </w:tcPr>
          <w:p w14:paraId="3FA4F70E" w14:textId="77777777" w:rsidR="004B4EAF" w:rsidRDefault="00000000">
            <w:r>
              <w:t>Title</w:t>
            </w:r>
          </w:p>
        </w:tc>
        <w:tc>
          <w:tcPr>
            <w:tcW w:w="822" w:type="dxa"/>
          </w:tcPr>
          <w:p w14:paraId="36A6B605" w14:textId="77777777" w:rsidR="004B4EAF" w:rsidRDefault="00000000">
            <w:r>
              <w:t>Journal</w:t>
            </w:r>
          </w:p>
        </w:tc>
        <w:tc>
          <w:tcPr>
            <w:tcW w:w="865" w:type="dxa"/>
          </w:tcPr>
          <w:p w14:paraId="34A1A0CE" w14:textId="77777777" w:rsidR="004B4EAF" w:rsidRDefault="00000000">
            <w:r>
              <w:t>Authors</w:t>
            </w:r>
          </w:p>
        </w:tc>
        <w:tc>
          <w:tcPr>
            <w:tcW w:w="1516" w:type="dxa"/>
          </w:tcPr>
          <w:p w14:paraId="37A2C126" w14:textId="77777777" w:rsidR="004B4EAF" w:rsidRDefault="00000000">
            <w:r>
              <w:t>Keywords</w:t>
            </w:r>
          </w:p>
        </w:tc>
        <w:tc>
          <w:tcPr>
            <w:tcW w:w="1792" w:type="dxa"/>
          </w:tcPr>
          <w:p w14:paraId="79D89F20" w14:textId="77777777" w:rsidR="004B4EAF" w:rsidRDefault="00000000">
            <w:r>
              <w:t>DOI</w:t>
            </w:r>
          </w:p>
        </w:tc>
        <w:tc>
          <w:tcPr>
            <w:tcW w:w="6778" w:type="dxa"/>
          </w:tcPr>
          <w:p w14:paraId="065D840B" w14:textId="77777777" w:rsidR="004B4EAF" w:rsidRDefault="00000000">
            <w:r>
              <w:t>URL</w:t>
            </w:r>
          </w:p>
        </w:tc>
      </w:tr>
      <w:tr w:rsidR="004B4EAF" w14:paraId="3973B367" w14:textId="77777777" w:rsidTr="005440C3">
        <w:tc>
          <w:tcPr>
            <w:tcW w:w="1101" w:type="dxa"/>
          </w:tcPr>
          <w:p w14:paraId="144F84F2" w14:textId="77777777" w:rsidR="004B4EAF" w:rsidRDefault="00000000">
            <w:r>
              <w:t>2024</w:t>
            </w:r>
          </w:p>
        </w:tc>
        <w:tc>
          <w:tcPr>
            <w:tcW w:w="302" w:type="dxa"/>
          </w:tcPr>
          <w:p w14:paraId="49ABF26F" w14:textId="77777777" w:rsidR="004B4EAF" w:rsidRDefault="00000000">
            <w:r>
              <w:t xml:space="preserve">A Case Study on Unreported First Probable </w:t>
            </w:r>
            <w:r>
              <w:lastRenderedPageBreak/>
              <w:t>Human Rabies Following Honey Badger in Somalia</w:t>
            </w:r>
          </w:p>
        </w:tc>
        <w:tc>
          <w:tcPr>
            <w:tcW w:w="822" w:type="dxa"/>
          </w:tcPr>
          <w:p w14:paraId="648060D7" w14:textId="77777777" w:rsidR="004B4EAF" w:rsidRDefault="00000000">
            <w:r>
              <w:lastRenderedPageBreak/>
              <w:t>Open access emergency medicine : OAEM</w:t>
            </w:r>
          </w:p>
        </w:tc>
        <w:tc>
          <w:tcPr>
            <w:tcW w:w="865" w:type="dxa"/>
          </w:tcPr>
          <w:p w14:paraId="2C10141D" w14:textId="77777777" w:rsidR="004B4EAF" w:rsidRDefault="00000000">
            <w:r>
              <w:t xml:space="preserve">Ali Osman, Ubah Mumin; Turfan, </w:t>
            </w:r>
            <w:r>
              <w:lastRenderedPageBreak/>
              <w:t>Selim; Farah Yusuf Mohamud, Mohamed</w:t>
            </w:r>
          </w:p>
        </w:tc>
        <w:tc>
          <w:tcPr>
            <w:tcW w:w="1516" w:type="dxa"/>
          </w:tcPr>
          <w:p w14:paraId="7FE0679C" w14:textId="77777777" w:rsidR="004B4EAF" w:rsidRDefault="00000000">
            <w:r>
              <w:lastRenderedPageBreak/>
              <w:t>Somalia</w:t>
            </w:r>
          </w:p>
        </w:tc>
        <w:tc>
          <w:tcPr>
            <w:tcW w:w="1792" w:type="dxa"/>
          </w:tcPr>
          <w:p w14:paraId="5EF3CC06" w14:textId="77777777" w:rsidR="004B4EAF" w:rsidRDefault="00000000">
            <w:r>
              <w:t>10.2147/OAEM.S439996</w:t>
            </w:r>
          </w:p>
        </w:tc>
        <w:tc>
          <w:tcPr>
            <w:tcW w:w="6778" w:type="dxa"/>
          </w:tcPr>
          <w:p w14:paraId="49E6E1DD" w14:textId="77777777" w:rsidR="004B4EAF" w:rsidRDefault="00000000">
            <w:r>
              <w:t>https://lstmed.idm.oclc.org/login?url=https://search.ebscohost.com/login.aspx?direct=true&amp;AuthType=sso&amp;db=mdc&amp;AN=38314068&amp;site=ehost-live&amp;scope=site</w:t>
            </w:r>
          </w:p>
        </w:tc>
      </w:tr>
      <w:tr w:rsidR="004B4EAF" w14:paraId="586A0833" w14:textId="77777777" w:rsidTr="005440C3">
        <w:tc>
          <w:tcPr>
            <w:tcW w:w="1101" w:type="dxa"/>
          </w:tcPr>
          <w:p w14:paraId="26B64146" w14:textId="77777777" w:rsidR="004B4EAF" w:rsidRDefault="00000000">
            <w:r>
              <w:t>2024</w:t>
            </w:r>
          </w:p>
        </w:tc>
        <w:tc>
          <w:tcPr>
            <w:tcW w:w="302" w:type="dxa"/>
          </w:tcPr>
          <w:p w14:paraId="38F2DF84" w14:textId="77777777" w:rsidR="004B4EAF" w:rsidRDefault="00000000">
            <w:r>
              <w:t>Epidemiology of Echinococcus granulosus sensu lato in the Greater Horn of Africa: A systematic review</w:t>
            </w:r>
          </w:p>
        </w:tc>
        <w:tc>
          <w:tcPr>
            <w:tcW w:w="822" w:type="dxa"/>
          </w:tcPr>
          <w:p w14:paraId="5875908F" w14:textId="77777777" w:rsidR="004B4EAF" w:rsidRDefault="00000000">
            <w:r>
              <w:t>PLoS neglected tropical diseases</w:t>
            </w:r>
          </w:p>
        </w:tc>
        <w:tc>
          <w:tcPr>
            <w:tcW w:w="865" w:type="dxa"/>
          </w:tcPr>
          <w:p w14:paraId="3137B456" w14:textId="77777777" w:rsidR="004B4EAF" w:rsidRDefault="00000000">
            <w:r>
              <w:t>Aregawi, W. G.; Levecke, B.; Ashenafi, H.; Byaruhanga, C.; Kebede, N.; Mulinge, E.; Wassermann, M.; Romig, T.; Dorny, P.; Dermauw, V.</w:t>
            </w:r>
          </w:p>
        </w:tc>
        <w:tc>
          <w:tcPr>
            <w:tcW w:w="1516" w:type="dxa"/>
          </w:tcPr>
          <w:p w14:paraId="410E20C8" w14:textId="77777777" w:rsidR="004B4EAF" w:rsidRDefault="00000000">
            <w:r>
              <w:t>Echinococcus granulosus*</w:t>
            </w:r>
          </w:p>
        </w:tc>
        <w:tc>
          <w:tcPr>
            <w:tcW w:w="1792" w:type="dxa"/>
          </w:tcPr>
          <w:p w14:paraId="560C74D1" w14:textId="77777777" w:rsidR="004B4EAF" w:rsidRDefault="00000000">
            <w:r>
              <w:t>10.1371/journal.pntd.0011894</w:t>
            </w:r>
          </w:p>
        </w:tc>
        <w:tc>
          <w:tcPr>
            <w:tcW w:w="6778" w:type="dxa"/>
          </w:tcPr>
          <w:p w14:paraId="36EA5FCD" w14:textId="77777777" w:rsidR="004B4EAF" w:rsidRDefault="00000000">
            <w:r>
              <w:t>https://lstmed.idm.oclc.org/login?url=https://search.ebscohost.com/login.aspx?direct=true&amp;AuthType=sso&amp;db=mdc&amp;AN=38271288&amp;site=ehost-live&amp;scope=site</w:t>
            </w:r>
          </w:p>
        </w:tc>
      </w:tr>
      <w:tr w:rsidR="004B4EAF" w14:paraId="6424BE42" w14:textId="77777777" w:rsidTr="005440C3">
        <w:tc>
          <w:tcPr>
            <w:tcW w:w="1101" w:type="dxa"/>
          </w:tcPr>
          <w:p w14:paraId="76C9665D" w14:textId="77777777" w:rsidR="004B4EAF" w:rsidRDefault="00000000">
            <w:r>
              <w:t>2</w:t>
            </w:r>
            <w:r>
              <w:lastRenderedPageBreak/>
              <w:t>018</w:t>
            </w:r>
          </w:p>
        </w:tc>
        <w:tc>
          <w:tcPr>
            <w:tcW w:w="302" w:type="dxa"/>
          </w:tcPr>
          <w:p w14:paraId="2768F5D2" w14:textId="77777777" w:rsidR="004B4EAF" w:rsidRDefault="00000000">
            <w:r>
              <w:lastRenderedPageBreak/>
              <w:t>Viscera</w:t>
            </w:r>
            <w:r>
              <w:lastRenderedPageBreak/>
              <w:t>l leishmaniasis in selected communities of Hamar and Banna-Tsamai districts in Lower Omo Valley, South West Ethiopia: Sero-epidemological and Leishmanin Skin Test Surveys</w:t>
            </w:r>
          </w:p>
        </w:tc>
        <w:tc>
          <w:tcPr>
            <w:tcW w:w="822" w:type="dxa"/>
          </w:tcPr>
          <w:p w14:paraId="00AB52AF" w14:textId="77777777" w:rsidR="004B4EAF" w:rsidRDefault="00000000">
            <w:r>
              <w:lastRenderedPageBreak/>
              <w:t xml:space="preserve">PloS </w:t>
            </w:r>
            <w:r>
              <w:lastRenderedPageBreak/>
              <w:t>one</w:t>
            </w:r>
          </w:p>
        </w:tc>
        <w:tc>
          <w:tcPr>
            <w:tcW w:w="865" w:type="dxa"/>
          </w:tcPr>
          <w:p w14:paraId="478FAB70" w14:textId="77777777" w:rsidR="004B4EAF" w:rsidRDefault="00000000">
            <w:r>
              <w:lastRenderedPageBreak/>
              <w:t>Bekele</w:t>
            </w:r>
            <w:r>
              <w:lastRenderedPageBreak/>
              <w:t>, F.; Belay, T.; Zeynudin, A.; Hailu, A.</w:t>
            </w:r>
          </w:p>
        </w:tc>
        <w:tc>
          <w:tcPr>
            <w:tcW w:w="1516" w:type="dxa"/>
          </w:tcPr>
          <w:p w14:paraId="6DB0B370" w14:textId="77777777" w:rsidR="004B4EAF" w:rsidRDefault="00000000">
            <w:r>
              <w:lastRenderedPageBreak/>
              <w:t xml:space="preserve">Residence </w:t>
            </w:r>
            <w:r>
              <w:lastRenderedPageBreak/>
              <w:t>Characteristics*</w:t>
            </w:r>
          </w:p>
        </w:tc>
        <w:tc>
          <w:tcPr>
            <w:tcW w:w="1792" w:type="dxa"/>
          </w:tcPr>
          <w:p w14:paraId="2EE0CD7E" w14:textId="77777777" w:rsidR="004B4EAF" w:rsidRDefault="00000000">
            <w:r>
              <w:lastRenderedPageBreak/>
              <w:t>10.1371/journal</w:t>
            </w:r>
            <w:r>
              <w:lastRenderedPageBreak/>
              <w:t>.pone.0197430</w:t>
            </w:r>
          </w:p>
        </w:tc>
        <w:tc>
          <w:tcPr>
            <w:tcW w:w="6778" w:type="dxa"/>
          </w:tcPr>
          <w:p w14:paraId="013833B8" w14:textId="77777777" w:rsidR="004B4EAF" w:rsidRDefault="00000000">
            <w:r>
              <w:lastRenderedPageBreak/>
              <w:t>https://lstmed.idm.oclc.org/login?url=https://search.ebscohost.com</w:t>
            </w:r>
            <w:r>
              <w:lastRenderedPageBreak/>
              <w:t>/login.aspx?direct=true&amp;AuthType=sso&amp;db=mdc&amp;AN=29795589&amp;site=ehost-live&amp;scope=site</w:t>
            </w:r>
          </w:p>
        </w:tc>
      </w:tr>
      <w:tr w:rsidR="004B4EAF" w14:paraId="7CCBC22B" w14:textId="77777777" w:rsidTr="005440C3">
        <w:tc>
          <w:tcPr>
            <w:tcW w:w="1101" w:type="dxa"/>
          </w:tcPr>
          <w:p w14:paraId="70A3CE74" w14:textId="77777777" w:rsidR="004B4EAF" w:rsidRDefault="00000000">
            <w:r>
              <w:lastRenderedPageBreak/>
              <w:t>20</w:t>
            </w:r>
            <w:r>
              <w:lastRenderedPageBreak/>
              <w:t>20</w:t>
            </w:r>
          </w:p>
        </w:tc>
        <w:tc>
          <w:tcPr>
            <w:tcW w:w="302" w:type="dxa"/>
          </w:tcPr>
          <w:p w14:paraId="573433B2" w14:textId="77777777" w:rsidR="004B4EAF" w:rsidRDefault="00000000">
            <w:r>
              <w:lastRenderedPageBreak/>
              <w:t>Clinical charact</w:t>
            </w:r>
            <w:r>
              <w:lastRenderedPageBreak/>
              <w:t>eristics and treatment of actinomycetoma in northeast Mexico: A case series</w:t>
            </w:r>
          </w:p>
        </w:tc>
        <w:tc>
          <w:tcPr>
            <w:tcW w:w="822" w:type="dxa"/>
          </w:tcPr>
          <w:p w14:paraId="08B021BD" w14:textId="77777777" w:rsidR="004B4EAF" w:rsidRDefault="00000000">
            <w:r>
              <w:lastRenderedPageBreak/>
              <w:t>PLoS neglec</w:t>
            </w:r>
            <w:r>
              <w:lastRenderedPageBreak/>
              <w:t>ted tropical diseases</w:t>
            </w:r>
          </w:p>
        </w:tc>
        <w:tc>
          <w:tcPr>
            <w:tcW w:w="865" w:type="dxa"/>
          </w:tcPr>
          <w:p w14:paraId="680AFC9D" w14:textId="77777777" w:rsidR="004B4EAF" w:rsidRDefault="00000000">
            <w:r>
              <w:lastRenderedPageBreak/>
              <w:t xml:space="preserve">Cárdenas-de </w:t>
            </w:r>
            <w:r>
              <w:lastRenderedPageBreak/>
              <w:t>la Garza, J. A.; Welsh, O.; Cuéllar-Barboza, A.; Suarez-Sánchez, K. P.; De la Cruz-Valadez, E.; Cruz-Gómez, L. G.; Gallardo-Rocha, A.; Ocampo-Candiani, J.; Vera-Cabrera, L.</w:t>
            </w:r>
          </w:p>
        </w:tc>
        <w:tc>
          <w:tcPr>
            <w:tcW w:w="1516" w:type="dxa"/>
          </w:tcPr>
          <w:p w14:paraId="088A12A4" w14:textId="77777777" w:rsidR="004B4EAF" w:rsidRDefault="00000000">
            <w:r>
              <w:lastRenderedPageBreak/>
              <w:t xml:space="preserve">Anti-Bacterial </w:t>
            </w:r>
            <w:r>
              <w:lastRenderedPageBreak/>
              <w:t>Agents/*therapeutic use</w:t>
            </w:r>
          </w:p>
        </w:tc>
        <w:tc>
          <w:tcPr>
            <w:tcW w:w="1792" w:type="dxa"/>
          </w:tcPr>
          <w:p w14:paraId="33F9DDDE" w14:textId="77777777" w:rsidR="004B4EAF" w:rsidRDefault="00000000">
            <w:r>
              <w:lastRenderedPageBreak/>
              <w:t>10.1371/journal.pntd.0008123</w:t>
            </w:r>
          </w:p>
        </w:tc>
        <w:tc>
          <w:tcPr>
            <w:tcW w:w="6778" w:type="dxa"/>
          </w:tcPr>
          <w:p w14:paraId="13C161A5" w14:textId="77777777" w:rsidR="004B4EAF" w:rsidRDefault="00000000">
            <w:r>
              <w:t>https://lstmed.idm.oclc.org/login?url=https://search.ebscohost.com/login.aspx?direct=true&amp;AuthType=sso&amp;db=mdc&amp;AN=32097417&amp;sit</w:t>
            </w:r>
            <w:r>
              <w:lastRenderedPageBreak/>
              <w:t>e=ehost-live&amp;scope=site</w:t>
            </w:r>
          </w:p>
        </w:tc>
      </w:tr>
      <w:tr w:rsidR="004B4EAF" w14:paraId="1F87D7FD" w14:textId="77777777" w:rsidTr="005440C3">
        <w:tc>
          <w:tcPr>
            <w:tcW w:w="1101" w:type="dxa"/>
          </w:tcPr>
          <w:p w14:paraId="2FE4D38C" w14:textId="77777777" w:rsidR="004B4EAF" w:rsidRDefault="00000000">
            <w:r>
              <w:lastRenderedPageBreak/>
              <w:t>2</w:t>
            </w:r>
            <w:r>
              <w:lastRenderedPageBreak/>
              <w:t>015</w:t>
            </w:r>
          </w:p>
        </w:tc>
        <w:tc>
          <w:tcPr>
            <w:tcW w:w="302" w:type="dxa"/>
          </w:tcPr>
          <w:p w14:paraId="7894794C" w14:textId="77777777" w:rsidR="004B4EAF" w:rsidRDefault="00000000">
            <w:r>
              <w:lastRenderedPageBreak/>
              <w:t>Mappin</w:t>
            </w:r>
            <w:r>
              <w:lastRenderedPageBreak/>
              <w:t>g and Modelling the Geographical Distribution and Environmental Limits of Podoconiosis in Ethiopia</w:t>
            </w:r>
          </w:p>
        </w:tc>
        <w:tc>
          <w:tcPr>
            <w:tcW w:w="822" w:type="dxa"/>
          </w:tcPr>
          <w:p w14:paraId="72FE57D6" w14:textId="77777777" w:rsidR="004B4EAF" w:rsidRDefault="00000000">
            <w:r>
              <w:lastRenderedPageBreak/>
              <w:t xml:space="preserve">PLoS </w:t>
            </w:r>
            <w:r>
              <w:lastRenderedPageBreak/>
              <w:t>neglected tropical diseases</w:t>
            </w:r>
          </w:p>
        </w:tc>
        <w:tc>
          <w:tcPr>
            <w:tcW w:w="865" w:type="dxa"/>
          </w:tcPr>
          <w:p w14:paraId="227C96EB" w14:textId="77777777" w:rsidR="004B4EAF" w:rsidRDefault="00000000">
            <w:r>
              <w:lastRenderedPageBreak/>
              <w:t>Deribe</w:t>
            </w:r>
            <w:r>
              <w:lastRenderedPageBreak/>
              <w:t xml:space="preserve">, K.; Cano, J.; Newport, M. J.; Golding, N.; Pullan, R. L.; Sime, H.; Gebretsadik, A.; Assefa, A.; Kebede, A.; Hailu, A.; Rebollo, M. P.; Shafi, O.; Bockarie, M. J.; Aseffa, A.; Hay, S. I.; </w:t>
            </w:r>
            <w:r>
              <w:lastRenderedPageBreak/>
              <w:t>Reithinger, R.; Enquselassie, F.; Davey, G.; Brooker, S. J.</w:t>
            </w:r>
          </w:p>
        </w:tc>
        <w:tc>
          <w:tcPr>
            <w:tcW w:w="1516" w:type="dxa"/>
          </w:tcPr>
          <w:p w14:paraId="20B677AF" w14:textId="77777777" w:rsidR="004B4EAF" w:rsidRDefault="00000000">
            <w:r>
              <w:lastRenderedPageBreak/>
              <w:t>Elephantiasis</w:t>
            </w:r>
            <w:r>
              <w:lastRenderedPageBreak/>
              <w:t>/*epidemiology</w:t>
            </w:r>
          </w:p>
        </w:tc>
        <w:tc>
          <w:tcPr>
            <w:tcW w:w="1792" w:type="dxa"/>
          </w:tcPr>
          <w:p w14:paraId="131A44E7" w14:textId="77777777" w:rsidR="004B4EAF" w:rsidRDefault="00000000">
            <w:r>
              <w:lastRenderedPageBreak/>
              <w:t>10.1371/journal</w:t>
            </w:r>
            <w:r>
              <w:lastRenderedPageBreak/>
              <w:t>.pntd.0003946</w:t>
            </w:r>
          </w:p>
        </w:tc>
        <w:tc>
          <w:tcPr>
            <w:tcW w:w="6778" w:type="dxa"/>
          </w:tcPr>
          <w:p w14:paraId="71D1FA9A" w14:textId="77777777" w:rsidR="004B4EAF" w:rsidRDefault="00000000">
            <w:r>
              <w:lastRenderedPageBreak/>
              <w:t>https://lstmed.idm.oclc.org/login?url=https://search.ebscohost.com</w:t>
            </w:r>
            <w:r>
              <w:lastRenderedPageBreak/>
              <w:t>/login.aspx?direct=true&amp;AuthType=sso&amp;db=mdc&amp;AN=26222887&amp;site=ehost-live&amp;scope=site</w:t>
            </w:r>
          </w:p>
        </w:tc>
      </w:tr>
      <w:tr w:rsidR="004B4EAF" w14:paraId="13F6A1C7" w14:textId="77777777" w:rsidTr="005440C3">
        <w:tc>
          <w:tcPr>
            <w:tcW w:w="1101" w:type="dxa"/>
          </w:tcPr>
          <w:p w14:paraId="3975C9EB" w14:textId="77777777" w:rsidR="004B4EAF" w:rsidRDefault="00000000">
            <w:r>
              <w:lastRenderedPageBreak/>
              <w:t>2018</w:t>
            </w:r>
          </w:p>
        </w:tc>
        <w:tc>
          <w:tcPr>
            <w:tcW w:w="302" w:type="dxa"/>
          </w:tcPr>
          <w:p w14:paraId="76D0215F" w14:textId="77777777" w:rsidR="004B4EAF" w:rsidRDefault="00000000">
            <w:r>
              <w:t>Madura foot: an imported case of a non-common diagnosis</w:t>
            </w:r>
          </w:p>
        </w:tc>
        <w:tc>
          <w:tcPr>
            <w:tcW w:w="822" w:type="dxa"/>
          </w:tcPr>
          <w:p w14:paraId="299D3405" w14:textId="77777777" w:rsidR="004B4EAF" w:rsidRDefault="00000000">
            <w:r>
              <w:t>Le infezioni in medicina</w:t>
            </w:r>
          </w:p>
        </w:tc>
        <w:tc>
          <w:tcPr>
            <w:tcW w:w="865" w:type="dxa"/>
          </w:tcPr>
          <w:p w14:paraId="0EE17D0F" w14:textId="77777777" w:rsidR="004B4EAF" w:rsidRDefault="00000000">
            <w:r>
              <w:t>Fasciana, T.; Colomba, C.; Cervo, A.; Di Carlo, P.; Scarlata, F.; Mascarella, C.; Giammanco, A.; Cascio, A.</w:t>
            </w:r>
          </w:p>
        </w:tc>
        <w:tc>
          <w:tcPr>
            <w:tcW w:w="1516" w:type="dxa"/>
          </w:tcPr>
          <w:p w14:paraId="7B8768BC" w14:textId="77777777" w:rsidR="004B4EAF" w:rsidRDefault="00000000">
            <w:r>
              <w:t>Communicable Diseases, Imported*/diagnosis</w:t>
            </w:r>
          </w:p>
        </w:tc>
        <w:tc>
          <w:tcPr>
            <w:tcW w:w="1792" w:type="dxa"/>
          </w:tcPr>
          <w:p w14:paraId="14C9EEA8" w14:textId="77777777" w:rsidR="004B4EAF" w:rsidRDefault="004B4EAF"/>
        </w:tc>
        <w:tc>
          <w:tcPr>
            <w:tcW w:w="6778" w:type="dxa"/>
          </w:tcPr>
          <w:p w14:paraId="21D56E56" w14:textId="77777777" w:rsidR="004B4EAF" w:rsidRDefault="00000000">
            <w:r>
              <w:t>https://lstmed.idm.oclc.org/login?url=https://search.ebscohost.com/login.aspx?direct=true&amp;AuthType=sso&amp;db=mdc&amp;AN=29932092&amp;site=ehost-live&amp;scope=site</w:t>
            </w:r>
          </w:p>
        </w:tc>
      </w:tr>
      <w:tr w:rsidR="004B4EAF" w14:paraId="74C4C154" w14:textId="77777777" w:rsidTr="005440C3">
        <w:tc>
          <w:tcPr>
            <w:tcW w:w="1101" w:type="dxa"/>
          </w:tcPr>
          <w:p w14:paraId="77A8FC2C" w14:textId="77777777" w:rsidR="004B4EAF" w:rsidRDefault="00000000">
            <w:r>
              <w:t>2023</w:t>
            </w:r>
          </w:p>
        </w:tc>
        <w:tc>
          <w:tcPr>
            <w:tcW w:w="302" w:type="dxa"/>
          </w:tcPr>
          <w:p w14:paraId="28DF1C9F" w14:textId="77777777" w:rsidR="004B4EAF" w:rsidRDefault="00000000">
            <w:r>
              <w:t xml:space="preserve">Prevalence of trachoma in Somali </w:t>
            </w:r>
            <w:r>
              <w:lastRenderedPageBreak/>
              <w:t>region, Ethiopia: results from trachoma impact surveys in 50 woredas</w:t>
            </w:r>
          </w:p>
        </w:tc>
        <w:tc>
          <w:tcPr>
            <w:tcW w:w="822" w:type="dxa"/>
          </w:tcPr>
          <w:p w14:paraId="1259C42D" w14:textId="77777777" w:rsidR="004B4EAF" w:rsidRDefault="00000000">
            <w:r>
              <w:lastRenderedPageBreak/>
              <w:t>International health</w:t>
            </w:r>
          </w:p>
        </w:tc>
        <w:tc>
          <w:tcPr>
            <w:tcW w:w="865" w:type="dxa"/>
          </w:tcPr>
          <w:p w14:paraId="18C79F9B" w14:textId="77777777" w:rsidR="004B4EAF" w:rsidRDefault="00000000">
            <w:r>
              <w:t xml:space="preserve">Gebreselassie, Getachew; </w:t>
            </w:r>
            <w:r>
              <w:lastRenderedPageBreak/>
              <w:t>Negash, Kasahun; Tsegaye, Sentayehu; Makonnen, Misrak; Deneke, Baye; Desalegn, Muluken; Harding-Esch, Emma M.; Harte, Anna; Solomon, Anthony W.; Boyd, Sarah; Bakhti</w:t>
            </w:r>
            <w:r>
              <w:lastRenderedPageBreak/>
              <w:t>ari, Ana; Hassen, Mussie Abdosh; Hambali, Abdulahi; Dejene, Michael; Beckwith, Colin; Tadesse, Fentahun; Sei...</w:t>
            </w:r>
          </w:p>
        </w:tc>
        <w:tc>
          <w:tcPr>
            <w:tcW w:w="1516" w:type="dxa"/>
          </w:tcPr>
          <w:p w14:paraId="3D42CC0F" w14:textId="77777777" w:rsidR="004B4EAF" w:rsidRDefault="00000000">
            <w:r>
              <w:lastRenderedPageBreak/>
              <w:t>Trachoma*/epidemiology</w:t>
            </w:r>
          </w:p>
        </w:tc>
        <w:tc>
          <w:tcPr>
            <w:tcW w:w="1792" w:type="dxa"/>
          </w:tcPr>
          <w:p w14:paraId="469B319E" w14:textId="77777777" w:rsidR="004B4EAF" w:rsidRDefault="00000000">
            <w:r>
              <w:t>10.1093/inthealth/ihad063</w:t>
            </w:r>
          </w:p>
        </w:tc>
        <w:tc>
          <w:tcPr>
            <w:tcW w:w="6778" w:type="dxa"/>
          </w:tcPr>
          <w:p w14:paraId="4ACB4FE4" w14:textId="77777777" w:rsidR="004B4EAF" w:rsidRDefault="00000000">
            <w:r>
              <w:t>https://lstmed.idm.oclc.org/login?url=https://search.ebscohost.com/login.aspx?direct=true&amp;AuthType=sso&amp;db=mdc&amp;AN=38048381&amp;site=ehost-live&amp;scope=site</w:t>
            </w:r>
          </w:p>
        </w:tc>
      </w:tr>
      <w:tr w:rsidR="004B4EAF" w14:paraId="2A121B0B" w14:textId="77777777" w:rsidTr="005440C3">
        <w:tc>
          <w:tcPr>
            <w:tcW w:w="1101" w:type="dxa"/>
          </w:tcPr>
          <w:p w14:paraId="3B39BC1C" w14:textId="77777777" w:rsidR="004B4EAF" w:rsidRDefault="00000000">
            <w:r>
              <w:lastRenderedPageBreak/>
              <w:t>2021</w:t>
            </w:r>
          </w:p>
        </w:tc>
        <w:tc>
          <w:tcPr>
            <w:tcW w:w="302" w:type="dxa"/>
          </w:tcPr>
          <w:p w14:paraId="30F25D1B" w14:textId="77777777" w:rsidR="004B4EAF" w:rsidRDefault="00000000">
            <w:r>
              <w:t xml:space="preserve">Another dengue fever outbreak in Eastern Ethiopia-An </w:t>
            </w:r>
            <w:r>
              <w:lastRenderedPageBreak/>
              <w:t>emerging public health threat</w:t>
            </w:r>
          </w:p>
        </w:tc>
        <w:tc>
          <w:tcPr>
            <w:tcW w:w="822" w:type="dxa"/>
          </w:tcPr>
          <w:p w14:paraId="5CEAB3F7" w14:textId="77777777" w:rsidR="004B4EAF" w:rsidRDefault="00000000">
            <w:r>
              <w:lastRenderedPageBreak/>
              <w:t>PLoS neglected tropical diseases</w:t>
            </w:r>
          </w:p>
        </w:tc>
        <w:tc>
          <w:tcPr>
            <w:tcW w:w="865" w:type="dxa"/>
          </w:tcPr>
          <w:p w14:paraId="3306FECC" w14:textId="77777777" w:rsidR="004B4EAF" w:rsidRDefault="00000000">
            <w:r>
              <w:t xml:space="preserve">Gutu, M. A.; Bekele, A.; Seid, Y.; Mohammed, Y.; </w:t>
            </w:r>
            <w:r>
              <w:lastRenderedPageBreak/>
              <w:t>Gemechu, F.; Woyessa, A. B.; Tayachew, A.; Dugasa, Y.; Gizachew, L.; Idosa, M.; Tokarz, R. E.; Sugerman, D.</w:t>
            </w:r>
          </w:p>
        </w:tc>
        <w:tc>
          <w:tcPr>
            <w:tcW w:w="1516" w:type="dxa"/>
          </w:tcPr>
          <w:p w14:paraId="2E699973" w14:textId="77777777" w:rsidR="004B4EAF" w:rsidRDefault="00000000">
            <w:r>
              <w:lastRenderedPageBreak/>
              <w:t>Aedes/*classification</w:t>
            </w:r>
          </w:p>
        </w:tc>
        <w:tc>
          <w:tcPr>
            <w:tcW w:w="1792" w:type="dxa"/>
          </w:tcPr>
          <w:p w14:paraId="2430933E" w14:textId="77777777" w:rsidR="004B4EAF" w:rsidRDefault="00000000">
            <w:r>
              <w:t>10.1371/journal.pntd.0008992</w:t>
            </w:r>
          </w:p>
        </w:tc>
        <w:tc>
          <w:tcPr>
            <w:tcW w:w="6778" w:type="dxa"/>
          </w:tcPr>
          <w:p w14:paraId="768D696B" w14:textId="77777777" w:rsidR="004B4EAF" w:rsidRDefault="00000000">
            <w:r>
              <w:t>https://lstmed.idm.oclc.org/login?url=https://search.ebscohost.com/login.aspx?direct=true&amp;AuthType=sso&amp;db=mdc&amp;AN=33465086&amp;site=ehost-live&amp;scope=site</w:t>
            </w:r>
          </w:p>
        </w:tc>
      </w:tr>
      <w:tr w:rsidR="004B4EAF" w14:paraId="2AD872A6" w14:textId="77777777" w:rsidTr="005440C3">
        <w:tc>
          <w:tcPr>
            <w:tcW w:w="1101" w:type="dxa"/>
          </w:tcPr>
          <w:p w14:paraId="13A44180" w14:textId="77777777" w:rsidR="004B4EAF" w:rsidRDefault="00000000">
            <w:r>
              <w:t>2023</w:t>
            </w:r>
          </w:p>
        </w:tc>
        <w:tc>
          <w:tcPr>
            <w:tcW w:w="302" w:type="dxa"/>
          </w:tcPr>
          <w:p w14:paraId="1F719070" w14:textId="77777777" w:rsidR="004B4EAF" w:rsidRDefault="00000000">
            <w:r>
              <w:t xml:space="preserve">Tropical Data: Approach and Methodology as Applied to Trachoma Prevalence </w:t>
            </w:r>
            <w:r>
              <w:lastRenderedPageBreak/>
              <w:t>Surveys</w:t>
            </w:r>
          </w:p>
        </w:tc>
        <w:tc>
          <w:tcPr>
            <w:tcW w:w="822" w:type="dxa"/>
          </w:tcPr>
          <w:p w14:paraId="62BED05C" w14:textId="77777777" w:rsidR="004B4EAF" w:rsidRDefault="00000000">
            <w:r>
              <w:lastRenderedPageBreak/>
              <w:t>Ophthalmic epidemiology</w:t>
            </w:r>
          </w:p>
        </w:tc>
        <w:tc>
          <w:tcPr>
            <w:tcW w:w="865" w:type="dxa"/>
          </w:tcPr>
          <w:p w14:paraId="4D4C31B0" w14:textId="77777777" w:rsidR="004B4EAF" w:rsidRDefault="00000000">
            <w:r>
              <w:t xml:space="preserve">Harding-Esch, Emma M.; Burgert-Brucker, Clara R.; Jimenez, </w:t>
            </w:r>
            <w:r>
              <w:lastRenderedPageBreak/>
              <w:t xml:space="preserve">Cristina; Bakhtiari, Ana; Willis, Rebecca; Bejiga, Michael Dejene; Mpyet, Caleb; Ngondi, Jeremiah; Boyd, Sarah; Abdala, Mariamo; Abdou, Amza; Adamu, Yilikal; Alemayehu, </w:t>
            </w:r>
            <w:r>
              <w:lastRenderedPageBreak/>
              <w:t>Addisu; Alemayehu, Wondu; Al-Khatib, Tawfik; Apadinuwe, Sue-Chen; Awa...</w:t>
            </w:r>
          </w:p>
        </w:tc>
        <w:tc>
          <w:tcPr>
            <w:tcW w:w="1516" w:type="dxa"/>
          </w:tcPr>
          <w:p w14:paraId="7F1B05B9" w14:textId="77777777" w:rsidR="004B4EAF" w:rsidRDefault="00000000">
            <w:r>
              <w:lastRenderedPageBreak/>
              <w:t>Trachoma*/epidemiology</w:t>
            </w:r>
          </w:p>
        </w:tc>
        <w:tc>
          <w:tcPr>
            <w:tcW w:w="1792" w:type="dxa"/>
          </w:tcPr>
          <w:p w14:paraId="4AB793C6" w14:textId="77777777" w:rsidR="004B4EAF" w:rsidRDefault="00000000">
            <w:r>
              <w:t>10.1080/09286586.2023.2249546</w:t>
            </w:r>
          </w:p>
        </w:tc>
        <w:tc>
          <w:tcPr>
            <w:tcW w:w="6778" w:type="dxa"/>
          </w:tcPr>
          <w:p w14:paraId="7FACFFA6" w14:textId="77777777" w:rsidR="004B4EAF" w:rsidRDefault="00000000">
            <w:r>
              <w:t>https://lstmed.idm.oclc.org/login?url=https://search.ebscohost.com/login.aspx?direct=true&amp;AuthType=sso&amp;db=mdc&amp;AN=38085791&amp;site=ehost-live&amp;scope=site</w:t>
            </w:r>
          </w:p>
        </w:tc>
      </w:tr>
      <w:tr w:rsidR="004B4EAF" w14:paraId="1BB730AD" w14:textId="77777777" w:rsidTr="005440C3">
        <w:tc>
          <w:tcPr>
            <w:tcW w:w="1101" w:type="dxa"/>
          </w:tcPr>
          <w:p w14:paraId="4CB320FF" w14:textId="77777777" w:rsidR="004B4EAF" w:rsidRDefault="00000000">
            <w:r>
              <w:lastRenderedPageBreak/>
              <w:t>2023</w:t>
            </w:r>
          </w:p>
        </w:tc>
        <w:tc>
          <w:tcPr>
            <w:tcW w:w="302" w:type="dxa"/>
          </w:tcPr>
          <w:p w14:paraId="0F05B68C" w14:textId="77777777" w:rsidR="004B4EAF" w:rsidRDefault="00000000">
            <w:r>
              <w:t>A Late Diagnosis of Visceral Leishmaniasis Using Tru-Cut Biopsy of the Spleen and Malaria Co-Infection - A Diagno</w:t>
            </w:r>
            <w:r>
              <w:lastRenderedPageBreak/>
              <w:t>stic Challenge: A Case Report in Somalia</w:t>
            </w:r>
          </w:p>
        </w:tc>
        <w:tc>
          <w:tcPr>
            <w:tcW w:w="822" w:type="dxa"/>
          </w:tcPr>
          <w:p w14:paraId="6938DF84" w14:textId="77777777" w:rsidR="004B4EAF" w:rsidRDefault="00000000">
            <w:r>
              <w:lastRenderedPageBreak/>
              <w:t>Infection and drug resistance</w:t>
            </w:r>
          </w:p>
        </w:tc>
        <w:tc>
          <w:tcPr>
            <w:tcW w:w="865" w:type="dxa"/>
          </w:tcPr>
          <w:p w14:paraId="45E3AFCE" w14:textId="77777777" w:rsidR="004B4EAF" w:rsidRDefault="00000000">
            <w:r>
              <w:t xml:space="preserve">Hassan, Mohamed Abdulahi; Omar, Abdullahi Abdirahman; Mohamed, Ibrahim Abdullahi; Garba, </w:t>
            </w:r>
            <w:r>
              <w:lastRenderedPageBreak/>
              <w:t>Bashiru; Fuje, Mohamed Mohamud Ali; Salad, Sagal Omar</w:t>
            </w:r>
          </w:p>
        </w:tc>
        <w:tc>
          <w:tcPr>
            <w:tcW w:w="1516" w:type="dxa"/>
          </w:tcPr>
          <w:p w14:paraId="4ADC5E68" w14:textId="77777777" w:rsidR="004B4EAF" w:rsidRDefault="00000000">
            <w:r>
              <w:lastRenderedPageBreak/>
              <w:t>co-infection</w:t>
            </w:r>
          </w:p>
        </w:tc>
        <w:tc>
          <w:tcPr>
            <w:tcW w:w="1792" w:type="dxa"/>
          </w:tcPr>
          <w:p w14:paraId="031E9D31" w14:textId="77777777" w:rsidR="004B4EAF" w:rsidRDefault="00000000">
            <w:r>
              <w:t>10.2147/IDR.S420832</w:t>
            </w:r>
          </w:p>
        </w:tc>
        <w:tc>
          <w:tcPr>
            <w:tcW w:w="6778" w:type="dxa"/>
          </w:tcPr>
          <w:p w14:paraId="4881195F" w14:textId="77777777" w:rsidR="004B4EAF" w:rsidRDefault="00000000">
            <w:r>
              <w:t>https://lstmed.idm.oclc.org/login?url=https://search.ebscohost.com/login.aspx?direct=true&amp;AuthType=sso&amp;db=mdc&amp;AN=37809037&amp;site=ehost-live&amp;scope=site</w:t>
            </w:r>
          </w:p>
        </w:tc>
      </w:tr>
      <w:tr w:rsidR="004B4EAF" w14:paraId="26AB1311" w14:textId="77777777" w:rsidTr="005440C3">
        <w:tc>
          <w:tcPr>
            <w:tcW w:w="1101" w:type="dxa"/>
          </w:tcPr>
          <w:p w14:paraId="5DD31B30" w14:textId="77777777" w:rsidR="004B4EAF" w:rsidRDefault="00000000">
            <w:r>
              <w:t>2017</w:t>
            </w:r>
          </w:p>
        </w:tc>
        <w:tc>
          <w:tcPr>
            <w:tcW w:w="302" w:type="dxa"/>
          </w:tcPr>
          <w:p w14:paraId="06C6DF13" w14:textId="77777777" w:rsidR="004B4EAF" w:rsidRDefault="00000000">
            <w:r>
              <w:t>Urban Chikungunya in the Middle East and North Africa: A systematic review</w:t>
            </w:r>
          </w:p>
        </w:tc>
        <w:tc>
          <w:tcPr>
            <w:tcW w:w="822" w:type="dxa"/>
          </w:tcPr>
          <w:p w14:paraId="16689F31" w14:textId="77777777" w:rsidR="004B4EAF" w:rsidRDefault="00000000">
            <w:r>
              <w:t>PLoS neglected tropical diseases</w:t>
            </w:r>
          </w:p>
        </w:tc>
        <w:tc>
          <w:tcPr>
            <w:tcW w:w="865" w:type="dxa"/>
          </w:tcPr>
          <w:p w14:paraId="46AFD29F" w14:textId="77777777" w:rsidR="004B4EAF" w:rsidRDefault="00000000">
            <w:r>
              <w:t>Humphrey, J. M.; Cleton, N. B.; Reusken, Cbem; Glesby, M. J.; Koopmans, M. P. G.; Abu-Raddad, L. J.</w:t>
            </w:r>
          </w:p>
        </w:tc>
        <w:tc>
          <w:tcPr>
            <w:tcW w:w="1516" w:type="dxa"/>
          </w:tcPr>
          <w:p w14:paraId="623003F6" w14:textId="77777777" w:rsidR="004B4EAF" w:rsidRDefault="00000000">
            <w:r>
              <w:t>Urban Population*</w:t>
            </w:r>
          </w:p>
        </w:tc>
        <w:tc>
          <w:tcPr>
            <w:tcW w:w="1792" w:type="dxa"/>
          </w:tcPr>
          <w:p w14:paraId="6714EB47" w14:textId="77777777" w:rsidR="004B4EAF" w:rsidRDefault="00000000">
            <w:r>
              <w:t>10.1371/journal.pntd.0005707</w:t>
            </w:r>
          </w:p>
        </w:tc>
        <w:tc>
          <w:tcPr>
            <w:tcW w:w="6778" w:type="dxa"/>
          </w:tcPr>
          <w:p w14:paraId="2892E6C0" w14:textId="77777777" w:rsidR="004B4EAF" w:rsidRDefault="00000000">
            <w:r>
              <w:t>https://lstmed.idm.oclc.org/login?url=https://search.ebscohost.com/login.aspx?direct=true&amp;AuthType=sso&amp;db=mdc&amp;AN=28651007&amp;site=ehost-live&amp;scope=site</w:t>
            </w:r>
          </w:p>
        </w:tc>
      </w:tr>
      <w:tr w:rsidR="004B4EAF" w14:paraId="237F642A" w14:textId="77777777" w:rsidTr="005440C3">
        <w:tc>
          <w:tcPr>
            <w:tcW w:w="1101" w:type="dxa"/>
          </w:tcPr>
          <w:p w14:paraId="0C073950" w14:textId="77777777" w:rsidR="004B4EAF" w:rsidRDefault="00000000">
            <w:r>
              <w:t>2023</w:t>
            </w:r>
          </w:p>
        </w:tc>
        <w:tc>
          <w:tcPr>
            <w:tcW w:w="302" w:type="dxa"/>
          </w:tcPr>
          <w:p w14:paraId="0C2E6624" w14:textId="77777777" w:rsidR="004B4EAF" w:rsidRDefault="00000000">
            <w:r>
              <w:t>Sero-prevalence of visceral leishma</w:t>
            </w:r>
            <w:r>
              <w:lastRenderedPageBreak/>
              <w:t>niasis and its associated factors among asymptomatic individuals visiting Denan health center, southeastern Ethiopia</w:t>
            </w:r>
          </w:p>
        </w:tc>
        <w:tc>
          <w:tcPr>
            <w:tcW w:w="822" w:type="dxa"/>
          </w:tcPr>
          <w:p w14:paraId="6B112FC5" w14:textId="77777777" w:rsidR="004B4EAF" w:rsidRDefault="00000000">
            <w:r>
              <w:lastRenderedPageBreak/>
              <w:t xml:space="preserve">Tropical diseases, travel </w:t>
            </w:r>
            <w:r>
              <w:lastRenderedPageBreak/>
              <w:t>medicine and vaccines</w:t>
            </w:r>
          </w:p>
        </w:tc>
        <w:tc>
          <w:tcPr>
            <w:tcW w:w="865" w:type="dxa"/>
          </w:tcPr>
          <w:p w14:paraId="0D62775B" w14:textId="77777777" w:rsidR="004B4EAF" w:rsidRDefault="00000000">
            <w:r>
              <w:lastRenderedPageBreak/>
              <w:t>Ismail, Ahmed; Yared, Solom</w:t>
            </w:r>
            <w:r>
              <w:lastRenderedPageBreak/>
              <w:t>on; Dugassa, Sisay; Abera, Adugna; Animut, Abebe; Erko, Berhanu; Gebresilassie, Araya</w:t>
            </w:r>
          </w:p>
        </w:tc>
        <w:tc>
          <w:tcPr>
            <w:tcW w:w="1516" w:type="dxa"/>
          </w:tcPr>
          <w:p w14:paraId="158988FF" w14:textId="77777777" w:rsidR="004B4EAF" w:rsidRDefault="00000000">
            <w:r>
              <w:lastRenderedPageBreak/>
              <w:t>Denan</w:t>
            </w:r>
          </w:p>
        </w:tc>
        <w:tc>
          <w:tcPr>
            <w:tcW w:w="1792" w:type="dxa"/>
          </w:tcPr>
          <w:p w14:paraId="5859552F" w14:textId="77777777" w:rsidR="004B4EAF" w:rsidRDefault="00000000">
            <w:r>
              <w:t>10.1186/s40794-023-00196-8</w:t>
            </w:r>
          </w:p>
        </w:tc>
        <w:tc>
          <w:tcPr>
            <w:tcW w:w="6778" w:type="dxa"/>
          </w:tcPr>
          <w:p w14:paraId="7625CEE7" w14:textId="77777777" w:rsidR="004B4EAF" w:rsidRDefault="00000000">
            <w:r>
              <w:t>https://lstmed.idm.oclc.org/login?url=https://search.ebscohost.com/login.aspx?direct=true&amp;AuthType=sso&amp;db=mdc&amp;AN=37430336&amp;site=ehost-live&amp;scope=site</w:t>
            </w:r>
          </w:p>
        </w:tc>
      </w:tr>
      <w:tr w:rsidR="004B4EAF" w14:paraId="25A8C0FC" w14:textId="77777777" w:rsidTr="005440C3">
        <w:tc>
          <w:tcPr>
            <w:tcW w:w="1101" w:type="dxa"/>
          </w:tcPr>
          <w:p w14:paraId="6932567A" w14:textId="77777777" w:rsidR="004B4EAF" w:rsidRDefault="00000000">
            <w:r>
              <w:t>2008</w:t>
            </w:r>
          </w:p>
        </w:tc>
        <w:tc>
          <w:tcPr>
            <w:tcW w:w="302" w:type="dxa"/>
          </w:tcPr>
          <w:p w14:paraId="4B2C8181" w14:textId="77777777" w:rsidR="004B4EAF" w:rsidRDefault="00000000">
            <w:r>
              <w:t xml:space="preserve">Risk factors of visceral leishmaniasis in East Africa: a case-control study in Pokot territory of </w:t>
            </w:r>
            <w:r>
              <w:lastRenderedPageBreak/>
              <w:t>Kenya and Uganda</w:t>
            </w:r>
          </w:p>
        </w:tc>
        <w:tc>
          <w:tcPr>
            <w:tcW w:w="822" w:type="dxa"/>
          </w:tcPr>
          <w:p w14:paraId="0570FD05" w14:textId="77777777" w:rsidR="004B4EAF" w:rsidRDefault="00000000">
            <w:r>
              <w:lastRenderedPageBreak/>
              <w:t>International journal of epidemiology</w:t>
            </w:r>
          </w:p>
        </w:tc>
        <w:tc>
          <w:tcPr>
            <w:tcW w:w="865" w:type="dxa"/>
          </w:tcPr>
          <w:p w14:paraId="5AA76369" w14:textId="77777777" w:rsidR="004B4EAF" w:rsidRDefault="00000000">
            <w:r>
              <w:t xml:space="preserve">Kolaczinski, J. H.; Reithinger, R.; Worku, D. T.; Ocheng, A.; Kasimiro, J.; Kabatereine, N.; </w:t>
            </w:r>
            <w:r>
              <w:lastRenderedPageBreak/>
              <w:t>Brooker, S.</w:t>
            </w:r>
          </w:p>
        </w:tc>
        <w:tc>
          <w:tcPr>
            <w:tcW w:w="1516" w:type="dxa"/>
          </w:tcPr>
          <w:p w14:paraId="629D8EA1" w14:textId="77777777" w:rsidR="004B4EAF" w:rsidRDefault="00000000">
            <w:r>
              <w:lastRenderedPageBreak/>
              <w:t>Leishmania donovani*</w:t>
            </w:r>
          </w:p>
        </w:tc>
        <w:tc>
          <w:tcPr>
            <w:tcW w:w="1792" w:type="dxa"/>
          </w:tcPr>
          <w:p w14:paraId="5175AE5F" w14:textId="77777777" w:rsidR="004B4EAF" w:rsidRDefault="00000000">
            <w:r>
              <w:t>10.1093/ije/dym275</w:t>
            </w:r>
          </w:p>
        </w:tc>
        <w:tc>
          <w:tcPr>
            <w:tcW w:w="6778" w:type="dxa"/>
          </w:tcPr>
          <w:p w14:paraId="2AAF6454" w14:textId="77777777" w:rsidR="004B4EAF" w:rsidRDefault="00000000">
            <w:r>
              <w:t>https://lstmed.idm.oclc.org/login?url=https://search.ebscohost.com/login.aspx?direct=true&amp;AuthType=sso&amp;db=mdc&amp;AN=18184669&amp;site=ehost-live&amp;scope=site</w:t>
            </w:r>
          </w:p>
        </w:tc>
      </w:tr>
      <w:tr w:rsidR="004B4EAF" w14:paraId="0329BBC2" w14:textId="77777777" w:rsidTr="005440C3">
        <w:tc>
          <w:tcPr>
            <w:tcW w:w="1101" w:type="dxa"/>
          </w:tcPr>
          <w:p w14:paraId="56004E8D" w14:textId="77777777" w:rsidR="004B4EAF" w:rsidRDefault="00000000">
            <w:r>
              <w:t>2019</w:t>
            </w:r>
          </w:p>
        </w:tc>
        <w:tc>
          <w:tcPr>
            <w:tcW w:w="302" w:type="dxa"/>
          </w:tcPr>
          <w:p w14:paraId="64D24A3E" w14:textId="77777777" w:rsidR="004B4EAF" w:rsidRDefault="00000000">
            <w:r>
              <w:t>Optimising age adjustment of trichiasis prevalence estimates using data from 162 standardised surveys from seven regions of Ethiopia</w:t>
            </w:r>
          </w:p>
        </w:tc>
        <w:tc>
          <w:tcPr>
            <w:tcW w:w="822" w:type="dxa"/>
          </w:tcPr>
          <w:p w14:paraId="72771040" w14:textId="77777777" w:rsidR="004B4EAF" w:rsidRDefault="00000000">
            <w:r>
              <w:t>Ophthalmic epidemiology</w:t>
            </w:r>
          </w:p>
        </w:tc>
        <w:tc>
          <w:tcPr>
            <w:tcW w:w="865" w:type="dxa"/>
          </w:tcPr>
          <w:p w14:paraId="5CB75E62" w14:textId="77777777" w:rsidR="004B4EAF" w:rsidRDefault="00000000">
            <w:r>
              <w:t xml:space="preserve">Macleod, C. K.; Porco, T. C.; Dejene, M.; Shafi, O.; Kebede, B.; Negussu, N.; Bero, B.; Taju, S.; Adamu, Y.; Negash, K.; Haileselassie, T.; Riang, J.; Badei, A.; Bakhtiari, A.; </w:t>
            </w:r>
            <w:r>
              <w:lastRenderedPageBreak/>
              <w:t>Willis, R.; Bailey, R. L.; Solomon, A. W.</w:t>
            </w:r>
          </w:p>
        </w:tc>
        <w:tc>
          <w:tcPr>
            <w:tcW w:w="1516" w:type="dxa"/>
          </w:tcPr>
          <w:p w14:paraId="01ACCE77" w14:textId="77777777" w:rsidR="004B4EAF" w:rsidRDefault="00000000">
            <w:r>
              <w:lastRenderedPageBreak/>
              <w:t>Population Surveillance/*methods</w:t>
            </w:r>
          </w:p>
        </w:tc>
        <w:tc>
          <w:tcPr>
            <w:tcW w:w="1792" w:type="dxa"/>
          </w:tcPr>
          <w:p w14:paraId="5D795E2E" w14:textId="77777777" w:rsidR="004B4EAF" w:rsidRDefault="00000000">
            <w:r>
              <w:t>10.1080/09286586.2018.1555262</w:t>
            </w:r>
          </w:p>
        </w:tc>
        <w:tc>
          <w:tcPr>
            <w:tcW w:w="6778" w:type="dxa"/>
          </w:tcPr>
          <w:p w14:paraId="141EF856" w14:textId="77777777" w:rsidR="004B4EAF" w:rsidRDefault="00000000">
            <w:r>
              <w:t>https://lstmed.idm.oclc.org/login?url=https://search.ebscohost.com/login.aspx?direct=true&amp;AuthType=sso&amp;db=mdc&amp;AN=30592237&amp;site=ehost-live&amp;scope=site</w:t>
            </w:r>
          </w:p>
        </w:tc>
      </w:tr>
      <w:tr w:rsidR="004B4EAF" w14:paraId="050C2A9E" w14:textId="77777777" w:rsidTr="005440C3">
        <w:tc>
          <w:tcPr>
            <w:tcW w:w="1101" w:type="dxa"/>
          </w:tcPr>
          <w:p w14:paraId="7314C403" w14:textId="77777777" w:rsidR="004B4EAF" w:rsidRDefault="00000000">
            <w:r>
              <w:t>2003</w:t>
            </w:r>
          </w:p>
        </w:tc>
        <w:tc>
          <w:tcPr>
            <w:tcW w:w="302" w:type="dxa"/>
          </w:tcPr>
          <w:p w14:paraId="7EB08C51" w14:textId="77777777" w:rsidR="004B4EAF" w:rsidRDefault="00000000">
            <w:r>
              <w:t>A neglected disease of humans: a new focus of visceral leishmaniasis in Bakool, Somalia</w:t>
            </w:r>
          </w:p>
        </w:tc>
        <w:tc>
          <w:tcPr>
            <w:tcW w:w="822" w:type="dxa"/>
          </w:tcPr>
          <w:p w14:paraId="5603FF7A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865" w:type="dxa"/>
          </w:tcPr>
          <w:p w14:paraId="726CD57E" w14:textId="77777777" w:rsidR="004B4EAF" w:rsidRDefault="00000000">
            <w:r>
              <w:t>Marlet, M. V. L.; Wuillaume, F.; Jacquet, D.; Quispe, K. W.; Dujardin, J. C.; Boelaert, M.</w:t>
            </w:r>
          </w:p>
        </w:tc>
        <w:tc>
          <w:tcPr>
            <w:tcW w:w="1516" w:type="dxa"/>
          </w:tcPr>
          <w:p w14:paraId="54472B5F" w14:textId="77777777" w:rsidR="004B4EAF" w:rsidRDefault="00000000">
            <w:r>
              <w:t>Leishmania donovani*/enzymology</w:t>
            </w:r>
          </w:p>
        </w:tc>
        <w:tc>
          <w:tcPr>
            <w:tcW w:w="1792" w:type="dxa"/>
          </w:tcPr>
          <w:p w14:paraId="4957CB3B" w14:textId="77777777" w:rsidR="004B4EAF" w:rsidRDefault="00000000">
            <w:r>
              <w:t>10.1016/s0035-9203(03)80099-8</w:t>
            </w:r>
          </w:p>
        </w:tc>
        <w:tc>
          <w:tcPr>
            <w:tcW w:w="6778" w:type="dxa"/>
          </w:tcPr>
          <w:p w14:paraId="481C699B" w14:textId="77777777" w:rsidR="004B4EAF" w:rsidRDefault="00000000">
            <w:r>
              <w:t>https://lstmed.idm.oclc.org/login?url=https://search.ebscohost.com/login.aspx?direct=true&amp;AuthType=sso&amp;db=mdc&amp;AN=16117959&amp;site=ehost-live&amp;scope=site</w:t>
            </w:r>
          </w:p>
        </w:tc>
      </w:tr>
      <w:tr w:rsidR="004B4EAF" w14:paraId="6CC2A08B" w14:textId="77777777" w:rsidTr="005440C3">
        <w:tc>
          <w:tcPr>
            <w:tcW w:w="1101" w:type="dxa"/>
          </w:tcPr>
          <w:p w14:paraId="3ECB9191" w14:textId="77777777" w:rsidR="004B4EAF" w:rsidRDefault="00000000">
            <w:r>
              <w:t>2013</w:t>
            </w:r>
          </w:p>
        </w:tc>
        <w:tc>
          <w:tcPr>
            <w:tcW w:w="302" w:type="dxa"/>
          </w:tcPr>
          <w:p w14:paraId="229C3AEC" w14:textId="77777777" w:rsidR="004B4EAF" w:rsidRDefault="00000000">
            <w:r>
              <w:t xml:space="preserve">Prevalence and distribution of schistosomiasis in afder and gode </w:t>
            </w:r>
            <w:r>
              <w:lastRenderedPageBreak/>
              <w:t>zone of somali region, ethiopia</w:t>
            </w:r>
          </w:p>
        </w:tc>
        <w:tc>
          <w:tcPr>
            <w:tcW w:w="822" w:type="dxa"/>
          </w:tcPr>
          <w:p w14:paraId="5E8D4201" w14:textId="77777777" w:rsidR="004B4EAF" w:rsidRDefault="00000000">
            <w:r>
              <w:lastRenderedPageBreak/>
              <w:t>Journal of global infectious diseases</w:t>
            </w:r>
          </w:p>
        </w:tc>
        <w:tc>
          <w:tcPr>
            <w:tcW w:w="865" w:type="dxa"/>
          </w:tcPr>
          <w:p w14:paraId="6C2A0B22" w14:textId="77777777" w:rsidR="004B4EAF" w:rsidRDefault="00000000">
            <w:r>
              <w:t xml:space="preserve">Negussu, Nebiyu; Wali, Mohamed; Ejigu, Milion; </w:t>
            </w:r>
            <w:r>
              <w:lastRenderedPageBreak/>
              <w:t>Debebe, Fikiru; Aden, Sirage; Abdi, Rashid; Mohamed, Yusuf; Deribew, Amare; Deribe, Kebede</w:t>
            </w:r>
          </w:p>
        </w:tc>
        <w:tc>
          <w:tcPr>
            <w:tcW w:w="1516" w:type="dxa"/>
          </w:tcPr>
          <w:p w14:paraId="23FA1156" w14:textId="77777777" w:rsidR="004B4EAF" w:rsidRDefault="00000000">
            <w:r>
              <w:lastRenderedPageBreak/>
              <w:t>S. haematobium</w:t>
            </w:r>
          </w:p>
        </w:tc>
        <w:tc>
          <w:tcPr>
            <w:tcW w:w="1792" w:type="dxa"/>
          </w:tcPr>
          <w:p w14:paraId="4B77DEFE" w14:textId="77777777" w:rsidR="004B4EAF" w:rsidRDefault="00000000">
            <w:r>
              <w:t>10.4103/0974-777X.122007</w:t>
            </w:r>
          </w:p>
        </w:tc>
        <w:tc>
          <w:tcPr>
            <w:tcW w:w="6778" w:type="dxa"/>
          </w:tcPr>
          <w:p w14:paraId="50B28C71" w14:textId="77777777" w:rsidR="004B4EAF" w:rsidRDefault="00000000">
            <w:r>
              <w:t>https://lstmed.idm.oclc.org/login?url=https://search.ebscohost.com/login.aspx?direct=true&amp;AuthType=sso&amp;db=mdc&amp;AN=24672176&amp;site=ehost-live&amp;scope=site</w:t>
            </w:r>
          </w:p>
        </w:tc>
      </w:tr>
      <w:tr w:rsidR="004B4EAF" w14:paraId="768E565D" w14:textId="77777777" w:rsidTr="005440C3">
        <w:tc>
          <w:tcPr>
            <w:tcW w:w="1101" w:type="dxa"/>
          </w:tcPr>
          <w:p w14:paraId="0195D801" w14:textId="77777777" w:rsidR="004B4EAF" w:rsidRDefault="00000000">
            <w:r>
              <w:t>2020</w:t>
            </w:r>
          </w:p>
        </w:tc>
        <w:tc>
          <w:tcPr>
            <w:tcW w:w="302" w:type="dxa"/>
          </w:tcPr>
          <w:p w14:paraId="6C8C5A3B" w14:textId="77777777" w:rsidR="004B4EAF" w:rsidRDefault="00000000">
            <w:r>
              <w:t>Prevalence and pattern of waterborne parasitic infections in eastern Africa: A system</w:t>
            </w:r>
            <w:r>
              <w:lastRenderedPageBreak/>
              <w:t>atic scoping review</w:t>
            </w:r>
          </w:p>
        </w:tc>
        <w:tc>
          <w:tcPr>
            <w:tcW w:w="822" w:type="dxa"/>
          </w:tcPr>
          <w:p w14:paraId="5F6E684B" w14:textId="77777777" w:rsidR="004B4EAF" w:rsidRDefault="00000000">
            <w:r>
              <w:lastRenderedPageBreak/>
              <w:t>Food and waterborne parasitology</w:t>
            </w:r>
          </w:p>
        </w:tc>
        <w:tc>
          <w:tcPr>
            <w:tcW w:w="865" w:type="dxa"/>
          </w:tcPr>
          <w:p w14:paraId="29A3E8FA" w14:textId="77777777" w:rsidR="004B4EAF" w:rsidRDefault="00000000">
            <w:r>
              <w:t>Ngowi, Helena A.</w:t>
            </w:r>
          </w:p>
        </w:tc>
        <w:tc>
          <w:tcPr>
            <w:tcW w:w="1516" w:type="dxa"/>
          </w:tcPr>
          <w:p w14:paraId="102D8F99" w14:textId="77777777" w:rsidR="004B4EAF" w:rsidRDefault="00000000">
            <w:r>
              <w:t>Burden</w:t>
            </w:r>
          </w:p>
        </w:tc>
        <w:tc>
          <w:tcPr>
            <w:tcW w:w="1792" w:type="dxa"/>
          </w:tcPr>
          <w:p w14:paraId="3EEA8CB7" w14:textId="77777777" w:rsidR="004B4EAF" w:rsidRDefault="00000000">
            <w:r>
              <w:t>10.1016/j.fawpar.2020.e00089</w:t>
            </w:r>
          </w:p>
        </w:tc>
        <w:tc>
          <w:tcPr>
            <w:tcW w:w="6778" w:type="dxa"/>
          </w:tcPr>
          <w:p w14:paraId="472521CB" w14:textId="77777777" w:rsidR="004B4EAF" w:rsidRDefault="00000000">
            <w:r>
              <w:t>https://lstmed.idm.oclc.org/login?url=https://search.ebscohost.com/login.aspx?direct=true&amp;AuthType=sso&amp;db=mdc&amp;AN=32995583&amp;site=ehost-live&amp;scope=site</w:t>
            </w:r>
          </w:p>
        </w:tc>
      </w:tr>
      <w:tr w:rsidR="004B4EAF" w14:paraId="75A42F62" w14:textId="77777777" w:rsidTr="005440C3">
        <w:tc>
          <w:tcPr>
            <w:tcW w:w="1101" w:type="dxa"/>
          </w:tcPr>
          <w:p w14:paraId="4D942406" w14:textId="77777777" w:rsidR="004B4EAF" w:rsidRDefault="00000000">
            <w:r>
              <w:t>2007</w:t>
            </w:r>
          </w:p>
        </w:tc>
        <w:tc>
          <w:tcPr>
            <w:tcW w:w="302" w:type="dxa"/>
          </w:tcPr>
          <w:p w14:paraId="4736C5C8" w14:textId="77777777" w:rsidR="004B4EAF" w:rsidRDefault="00000000">
            <w:r>
              <w:t>Epidemiology and clinical features of patients with visceral leishmaniasis treated by an MSF clinic in Bakool region, Somalia, 2004-2006</w:t>
            </w:r>
          </w:p>
        </w:tc>
        <w:tc>
          <w:tcPr>
            <w:tcW w:w="822" w:type="dxa"/>
          </w:tcPr>
          <w:p w14:paraId="1B4E6E10" w14:textId="77777777" w:rsidR="004B4EAF" w:rsidRDefault="00000000">
            <w:r>
              <w:t>PLoS neglected tropical diseases</w:t>
            </w:r>
          </w:p>
        </w:tc>
        <w:tc>
          <w:tcPr>
            <w:tcW w:w="865" w:type="dxa"/>
          </w:tcPr>
          <w:p w14:paraId="2AE11E93" w14:textId="77777777" w:rsidR="004B4EAF" w:rsidRDefault="00000000">
            <w:r>
              <w:t>Raguenaud, Marie-Eve; Jansson, Anna; Vanlerberghe, Veerle; Deborggraeve, Stijn; Dujardin, Jean-Claude; Orfanos, Giannos; Reid, Tony; Boelaert, Marle</w:t>
            </w:r>
            <w:r>
              <w:lastRenderedPageBreak/>
              <w:t>en</w:t>
            </w:r>
          </w:p>
        </w:tc>
        <w:tc>
          <w:tcPr>
            <w:tcW w:w="1516" w:type="dxa"/>
          </w:tcPr>
          <w:p w14:paraId="195EC12D" w14:textId="77777777" w:rsidR="004B4EAF" w:rsidRDefault="00000000">
            <w:r>
              <w:lastRenderedPageBreak/>
              <w:t>Leishmaniasis, Visceral/*therapy</w:t>
            </w:r>
          </w:p>
        </w:tc>
        <w:tc>
          <w:tcPr>
            <w:tcW w:w="1792" w:type="dxa"/>
          </w:tcPr>
          <w:p w14:paraId="632591AB" w14:textId="77777777" w:rsidR="004B4EAF" w:rsidRDefault="00000000">
            <w:r>
              <w:t>10.1371/journal.pntd.0000085</w:t>
            </w:r>
          </w:p>
        </w:tc>
        <w:tc>
          <w:tcPr>
            <w:tcW w:w="6778" w:type="dxa"/>
          </w:tcPr>
          <w:p w14:paraId="33524169" w14:textId="77777777" w:rsidR="004B4EAF" w:rsidRDefault="00000000">
            <w:r>
              <w:t>https://lstmed.idm.oclc.org/login?url=https://search.ebscohost.com/login.aspx?direct=true&amp;AuthType=sso&amp;db=mdc&amp;AN=17989791&amp;site=ehost-live&amp;scope=site</w:t>
            </w:r>
          </w:p>
        </w:tc>
      </w:tr>
      <w:tr w:rsidR="004B4EAF" w14:paraId="21873E7C" w14:textId="77777777" w:rsidTr="005440C3">
        <w:tc>
          <w:tcPr>
            <w:tcW w:w="1101" w:type="dxa"/>
          </w:tcPr>
          <w:p w14:paraId="36BAC56D" w14:textId="77777777" w:rsidR="004B4EAF" w:rsidRDefault="00000000">
            <w:r>
              <w:t>2021</w:t>
            </w:r>
          </w:p>
        </w:tc>
        <w:tc>
          <w:tcPr>
            <w:tcW w:w="302" w:type="dxa"/>
          </w:tcPr>
          <w:p w14:paraId="3634C5FB" w14:textId="77777777" w:rsidR="004B4EAF" w:rsidRDefault="00000000">
            <w:r>
              <w:t>Correction: Epidemiology and Clinical Features of Patients with Visceral Leishmaniasis Treated by an MSF Clinic in Bakool Region, Somalia, 2004-2006</w:t>
            </w:r>
          </w:p>
        </w:tc>
        <w:tc>
          <w:tcPr>
            <w:tcW w:w="822" w:type="dxa"/>
          </w:tcPr>
          <w:p w14:paraId="219C10CB" w14:textId="77777777" w:rsidR="004B4EAF" w:rsidRDefault="00000000">
            <w:r>
              <w:t>PLoS neglected tropical diseases</w:t>
            </w:r>
          </w:p>
        </w:tc>
        <w:tc>
          <w:tcPr>
            <w:tcW w:w="865" w:type="dxa"/>
          </w:tcPr>
          <w:p w14:paraId="7B3CF0B8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Raguenaud</w:t>
            </w:r>
            <w:proofErr w:type="spellEnd"/>
            <w:r w:rsidRPr="005440C3">
              <w:rPr>
                <w:lang w:val="nb-NO"/>
              </w:rPr>
              <w:t xml:space="preserve">, M. E.; Jansson, A.; </w:t>
            </w:r>
            <w:proofErr w:type="spellStart"/>
            <w:r w:rsidRPr="005440C3">
              <w:rPr>
                <w:lang w:val="nb-NO"/>
              </w:rPr>
              <w:t>Vanlerberghe</w:t>
            </w:r>
            <w:proofErr w:type="spellEnd"/>
            <w:r w:rsidRPr="005440C3">
              <w:rPr>
                <w:lang w:val="nb-NO"/>
              </w:rPr>
              <w:t xml:space="preserve">, V.; Van der </w:t>
            </w:r>
            <w:proofErr w:type="spellStart"/>
            <w:r w:rsidRPr="005440C3">
              <w:rPr>
                <w:lang w:val="nb-NO"/>
              </w:rPr>
              <w:t>Auwera</w:t>
            </w:r>
            <w:proofErr w:type="spellEnd"/>
            <w:r w:rsidRPr="005440C3">
              <w:rPr>
                <w:lang w:val="nb-NO"/>
              </w:rPr>
              <w:t xml:space="preserve">, G.; </w:t>
            </w:r>
            <w:proofErr w:type="spellStart"/>
            <w:r w:rsidRPr="005440C3">
              <w:rPr>
                <w:lang w:val="nb-NO"/>
              </w:rPr>
              <w:t>Deborggraeve</w:t>
            </w:r>
            <w:proofErr w:type="spellEnd"/>
            <w:r w:rsidRPr="005440C3">
              <w:rPr>
                <w:lang w:val="nb-NO"/>
              </w:rPr>
              <w:t xml:space="preserve">, S.; </w:t>
            </w:r>
            <w:proofErr w:type="spellStart"/>
            <w:r w:rsidRPr="005440C3">
              <w:rPr>
                <w:lang w:val="nb-NO"/>
              </w:rPr>
              <w:t>Dujardin</w:t>
            </w:r>
            <w:proofErr w:type="spellEnd"/>
            <w:r w:rsidRPr="005440C3">
              <w:rPr>
                <w:lang w:val="nb-NO"/>
              </w:rPr>
              <w:t xml:space="preserve">, J. C.; </w:t>
            </w:r>
            <w:proofErr w:type="spellStart"/>
            <w:r w:rsidRPr="005440C3">
              <w:rPr>
                <w:lang w:val="nb-NO"/>
              </w:rPr>
              <w:t>Orfanos</w:t>
            </w:r>
            <w:proofErr w:type="spellEnd"/>
            <w:r w:rsidRPr="005440C3">
              <w:rPr>
                <w:lang w:val="nb-NO"/>
              </w:rPr>
              <w:t xml:space="preserve">, I.; Reid, T.; </w:t>
            </w:r>
            <w:proofErr w:type="spellStart"/>
            <w:r w:rsidRPr="005440C3">
              <w:rPr>
                <w:lang w:val="nb-NO"/>
              </w:rPr>
              <w:t>Boelaert</w:t>
            </w:r>
            <w:proofErr w:type="spellEnd"/>
            <w:r w:rsidRPr="005440C3">
              <w:rPr>
                <w:lang w:val="nb-NO"/>
              </w:rPr>
              <w:t>, M.</w:t>
            </w:r>
          </w:p>
        </w:tc>
        <w:tc>
          <w:tcPr>
            <w:tcW w:w="1516" w:type="dxa"/>
          </w:tcPr>
          <w:p w14:paraId="6BEBACCA" w14:textId="77777777" w:rsidR="004B4EAF" w:rsidRPr="005440C3" w:rsidRDefault="004B4EAF">
            <w:pPr>
              <w:rPr>
                <w:lang w:val="nb-NO"/>
              </w:rPr>
            </w:pPr>
          </w:p>
        </w:tc>
        <w:tc>
          <w:tcPr>
            <w:tcW w:w="1792" w:type="dxa"/>
          </w:tcPr>
          <w:p w14:paraId="4B50BB71" w14:textId="77777777" w:rsidR="004B4EAF" w:rsidRDefault="00000000">
            <w:r>
              <w:t>10.1371/journal.pntd.0009356</w:t>
            </w:r>
          </w:p>
        </w:tc>
        <w:tc>
          <w:tcPr>
            <w:tcW w:w="6778" w:type="dxa"/>
          </w:tcPr>
          <w:p w14:paraId="7333B3D7" w14:textId="77777777" w:rsidR="004B4EAF" w:rsidRDefault="00000000">
            <w:r>
              <w:t>https://lstmed.idm.oclc.org/login?url=https://search.ebscohost.com/login.aspx?direct=true&amp;AuthType=sso&amp;db=mdc&amp;AN=33872317&amp;site=ehost-live&amp;scope=site</w:t>
            </w:r>
          </w:p>
        </w:tc>
      </w:tr>
      <w:tr w:rsidR="004B4EAF" w14:paraId="28FD5D55" w14:textId="77777777" w:rsidTr="005440C3">
        <w:tc>
          <w:tcPr>
            <w:tcW w:w="1101" w:type="dxa"/>
          </w:tcPr>
          <w:p w14:paraId="5C74ECCB" w14:textId="77777777" w:rsidR="004B4EAF" w:rsidRDefault="00000000">
            <w:r>
              <w:t>2020</w:t>
            </w:r>
          </w:p>
        </w:tc>
        <w:tc>
          <w:tcPr>
            <w:tcW w:w="302" w:type="dxa"/>
          </w:tcPr>
          <w:p w14:paraId="0CAD081B" w14:textId="77777777" w:rsidR="004B4EAF" w:rsidRDefault="00000000">
            <w:r>
              <w:t>Progress towards elimination of lympha</w:t>
            </w:r>
            <w:r>
              <w:lastRenderedPageBreak/>
              <w:t>tic filariasis in the Eastern Mediterranean Region</w:t>
            </w:r>
          </w:p>
        </w:tc>
        <w:tc>
          <w:tcPr>
            <w:tcW w:w="822" w:type="dxa"/>
          </w:tcPr>
          <w:p w14:paraId="651CBDE9" w14:textId="77777777" w:rsidR="004B4EAF" w:rsidRDefault="00000000">
            <w:r>
              <w:lastRenderedPageBreak/>
              <w:t>International health</w:t>
            </w:r>
          </w:p>
        </w:tc>
        <w:tc>
          <w:tcPr>
            <w:tcW w:w="865" w:type="dxa"/>
          </w:tcPr>
          <w:p w14:paraId="1AAE8623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Ramzy</w:t>
            </w:r>
            <w:proofErr w:type="spellEnd"/>
            <w:r w:rsidRPr="005440C3">
              <w:rPr>
                <w:lang w:val="nb-NO"/>
              </w:rPr>
              <w:t xml:space="preserve">, Reda M. R.; Al </w:t>
            </w:r>
            <w:proofErr w:type="spellStart"/>
            <w:r w:rsidRPr="005440C3">
              <w:rPr>
                <w:lang w:val="nb-NO"/>
              </w:rPr>
              <w:t>Kubati</w:t>
            </w:r>
            <w:proofErr w:type="spellEnd"/>
            <w:r w:rsidRPr="005440C3">
              <w:rPr>
                <w:lang w:val="nb-NO"/>
              </w:rPr>
              <w:t xml:space="preserve">, Abdul </w:t>
            </w:r>
            <w:proofErr w:type="spellStart"/>
            <w:r w:rsidRPr="005440C3">
              <w:rPr>
                <w:lang w:val="nb-NO"/>
              </w:rPr>
              <w:lastRenderedPageBreak/>
              <w:t>Samid</w:t>
            </w:r>
            <w:proofErr w:type="spellEnd"/>
          </w:p>
        </w:tc>
        <w:tc>
          <w:tcPr>
            <w:tcW w:w="1516" w:type="dxa"/>
          </w:tcPr>
          <w:p w14:paraId="345CB52C" w14:textId="77777777" w:rsidR="004B4EAF" w:rsidRDefault="00000000">
            <w:r>
              <w:lastRenderedPageBreak/>
              <w:t>Elephantiasis, Filarial*/drug therapy</w:t>
            </w:r>
          </w:p>
        </w:tc>
        <w:tc>
          <w:tcPr>
            <w:tcW w:w="1792" w:type="dxa"/>
          </w:tcPr>
          <w:p w14:paraId="639F2542" w14:textId="77777777" w:rsidR="004B4EAF" w:rsidRDefault="00000000">
            <w:r>
              <w:t>10.1093/inthealth/ihaa037</w:t>
            </w:r>
          </w:p>
        </w:tc>
        <w:tc>
          <w:tcPr>
            <w:tcW w:w="6778" w:type="dxa"/>
          </w:tcPr>
          <w:p w14:paraId="6B6551BB" w14:textId="77777777" w:rsidR="004B4EAF" w:rsidRDefault="00000000">
            <w:r>
              <w:t>https://lstmed.idm.oclc.org/login?url=https://search.ebscohost.com/login.aspx?direct=true&amp;AuthType=sso&amp;db=mdc&amp;AN=33349874&amp;site=ehost-live&amp;scope=site</w:t>
            </w:r>
          </w:p>
        </w:tc>
      </w:tr>
      <w:tr w:rsidR="004B4EAF" w14:paraId="21277E45" w14:textId="77777777" w:rsidTr="005440C3">
        <w:tc>
          <w:tcPr>
            <w:tcW w:w="1101" w:type="dxa"/>
          </w:tcPr>
          <w:p w14:paraId="1AF25D06" w14:textId="77777777" w:rsidR="004B4EAF" w:rsidRDefault="00000000">
            <w:r>
              <w:t>2013</w:t>
            </w:r>
          </w:p>
        </w:tc>
        <w:tc>
          <w:tcPr>
            <w:tcW w:w="302" w:type="dxa"/>
          </w:tcPr>
          <w:p w14:paraId="5EE76C2B" w14:textId="77777777" w:rsidR="004B4EAF" w:rsidRDefault="00000000">
            <w:r>
              <w:t>Spatially explicit Schistosoma infection risk in eastern Africa using Bayesian geostatistical modelling</w:t>
            </w:r>
          </w:p>
        </w:tc>
        <w:tc>
          <w:tcPr>
            <w:tcW w:w="822" w:type="dxa"/>
          </w:tcPr>
          <w:p w14:paraId="6F2DA847" w14:textId="77777777" w:rsidR="004B4EAF" w:rsidRDefault="00000000">
            <w:r>
              <w:t>Acta tropica</w:t>
            </w:r>
          </w:p>
        </w:tc>
        <w:tc>
          <w:tcPr>
            <w:tcW w:w="865" w:type="dxa"/>
          </w:tcPr>
          <w:p w14:paraId="459D92E5" w14:textId="77777777" w:rsidR="004B4EAF" w:rsidRDefault="00000000">
            <w:r>
              <w:t>Schur, Nadine; Hürlimann, Eveline; Stensgaard, Anna-Sofie; Chimfwembe, Kingford; Mushinge, Gabriel; Simoonga, Christopher; Kabat</w:t>
            </w:r>
            <w:r>
              <w:lastRenderedPageBreak/>
              <w:t>ereine, Narcis B.; Kristensen, Thomas K.; Utzinger, Jürg; Vounatsou, Penelope</w:t>
            </w:r>
          </w:p>
        </w:tc>
        <w:tc>
          <w:tcPr>
            <w:tcW w:w="1516" w:type="dxa"/>
          </w:tcPr>
          <w:p w14:paraId="491932A2" w14:textId="77777777" w:rsidR="004B4EAF" w:rsidRDefault="00000000">
            <w:r>
              <w:lastRenderedPageBreak/>
              <w:t>Topography, Medical*</w:t>
            </w:r>
          </w:p>
        </w:tc>
        <w:tc>
          <w:tcPr>
            <w:tcW w:w="1792" w:type="dxa"/>
          </w:tcPr>
          <w:p w14:paraId="66B849B7" w14:textId="77777777" w:rsidR="004B4EAF" w:rsidRDefault="00000000">
            <w:r>
              <w:t>10.1016/j.actatropica.2011.10.006</w:t>
            </w:r>
          </w:p>
        </w:tc>
        <w:tc>
          <w:tcPr>
            <w:tcW w:w="6778" w:type="dxa"/>
          </w:tcPr>
          <w:p w14:paraId="46F0DBA7" w14:textId="77777777" w:rsidR="004B4EAF" w:rsidRDefault="00000000">
            <w:r>
              <w:t>https://lstmed.idm.oclc.org/login?url=https://search.ebscohost.com/login.aspx?direct=true&amp;AuthType=sso&amp;db=mdc&amp;AN=22019933&amp;site=ehost-live&amp;scope=site</w:t>
            </w:r>
          </w:p>
        </w:tc>
      </w:tr>
      <w:tr w:rsidR="004B4EAF" w14:paraId="427EB1A3" w14:textId="77777777" w:rsidTr="005440C3">
        <w:tc>
          <w:tcPr>
            <w:tcW w:w="1101" w:type="dxa"/>
          </w:tcPr>
          <w:p w14:paraId="0323E66D" w14:textId="77777777" w:rsidR="004B4EAF" w:rsidRDefault="00000000">
            <w:r>
              <w:t>2023</w:t>
            </w:r>
          </w:p>
        </w:tc>
        <w:tc>
          <w:tcPr>
            <w:tcW w:w="302" w:type="dxa"/>
          </w:tcPr>
          <w:p w14:paraId="134B9068" w14:textId="77777777" w:rsidR="004B4EAF" w:rsidRDefault="00000000">
            <w:r>
              <w:t xml:space="preserve">Gender differences in the surgical management of trachomatous trichiasis: an exploratory analysis of global trachoma </w:t>
            </w:r>
            <w:r>
              <w:lastRenderedPageBreak/>
              <w:t>survey data, 2015-2019</w:t>
            </w:r>
          </w:p>
        </w:tc>
        <w:tc>
          <w:tcPr>
            <w:tcW w:w="822" w:type="dxa"/>
          </w:tcPr>
          <w:p w14:paraId="54EFB116" w14:textId="77777777" w:rsidR="004B4EAF" w:rsidRDefault="00000000">
            <w:r>
              <w:lastRenderedPageBreak/>
              <w:t>International health</w:t>
            </w:r>
          </w:p>
        </w:tc>
        <w:tc>
          <w:tcPr>
            <w:tcW w:w="865" w:type="dxa"/>
          </w:tcPr>
          <w:p w14:paraId="0A697888" w14:textId="77777777" w:rsidR="004B4EAF" w:rsidRDefault="00000000">
            <w:r>
              <w:t xml:space="preserve">Sullivan, Kristin M.; Harding-Esch, Emma M.; Batcho, Wilfrid E.; Issifou, Amadou A. Bio; Lopes, </w:t>
            </w:r>
            <w:r>
              <w:lastRenderedPageBreak/>
              <w:t>Maria de Fátima Costa; Szwarcwald, Celia Landmann; Vaz Ferreira Gomez, Daniela; Bougouma, Clarisse; Christophe, Nassa; Kabore, Martin; Bucumi, Victor; Bella, Assum</w:t>
            </w:r>
            <w:r>
              <w:lastRenderedPageBreak/>
              <w:t>pta L.; Epee, Emilienne; Yaya, Georges...</w:t>
            </w:r>
          </w:p>
        </w:tc>
        <w:tc>
          <w:tcPr>
            <w:tcW w:w="1516" w:type="dxa"/>
          </w:tcPr>
          <w:p w14:paraId="0B419D3A" w14:textId="77777777" w:rsidR="004B4EAF" w:rsidRDefault="00000000">
            <w:r>
              <w:lastRenderedPageBreak/>
              <w:t>Trichiasis*/epidemiology</w:t>
            </w:r>
          </w:p>
        </w:tc>
        <w:tc>
          <w:tcPr>
            <w:tcW w:w="1792" w:type="dxa"/>
          </w:tcPr>
          <w:p w14:paraId="6F3966CD" w14:textId="77777777" w:rsidR="004B4EAF" w:rsidRDefault="00000000">
            <w:r>
              <w:t>10.1093/inthealth/ihad067</w:t>
            </w:r>
          </w:p>
        </w:tc>
        <w:tc>
          <w:tcPr>
            <w:tcW w:w="6778" w:type="dxa"/>
          </w:tcPr>
          <w:p w14:paraId="0829B12D" w14:textId="77777777" w:rsidR="004B4EAF" w:rsidRDefault="00000000">
            <w:r>
              <w:t>https://lstmed.idm.oclc.org/login?url=https://search.ebscohost.com/login.aspx?direct=true&amp;AuthType=sso&amp;db=mdc&amp;AN=38048383&amp;site=ehost-live&amp;scope=site</w:t>
            </w:r>
          </w:p>
        </w:tc>
      </w:tr>
      <w:tr w:rsidR="004B4EAF" w14:paraId="553FDE2B" w14:textId="77777777" w:rsidTr="005440C3">
        <w:tc>
          <w:tcPr>
            <w:tcW w:w="1101" w:type="dxa"/>
          </w:tcPr>
          <w:p w14:paraId="11718D17" w14:textId="77777777" w:rsidR="004B4EAF" w:rsidRDefault="00000000">
            <w:r>
              <w:lastRenderedPageBreak/>
              <w:t>2017</w:t>
            </w:r>
          </w:p>
        </w:tc>
        <w:tc>
          <w:tcPr>
            <w:tcW w:w="302" w:type="dxa"/>
          </w:tcPr>
          <w:p w14:paraId="4C3E5AC9" w14:textId="77777777" w:rsidR="004B4EAF" w:rsidRDefault="00000000">
            <w:r>
              <w:t>Visceral leishmaniasis in Somalia: A review of epidemiology and access to care</w:t>
            </w:r>
          </w:p>
        </w:tc>
        <w:tc>
          <w:tcPr>
            <w:tcW w:w="822" w:type="dxa"/>
          </w:tcPr>
          <w:p w14:paraId="0F2DAA0A" w14:textId="77777777" w:rsidR="004B4EAF" w:rsidRDefault="00000000">
            <w:r>
              <w:t>PLoS neglected tropical diseases</w:t>
            </w:r>
          </w:p>
        </w:tc>
        <w:tc>
          <w:tcPr>
            <w:tcW w:w="865" w:type="dxa"/>
          </w:tcPr>
          <w:p w14:paraId="65E0ED04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Sunyoto</w:t>
            </w:r>
            <w:proofErr w:type="spellEnd"/>
            <w:r w:rsidRPr="005440C3">
              <w:rPr>
                <w:lang w:val="nb-NO"/>
              </w:rPr>
              <w:t xml:space="preserve">, T.; Potet, J.; </w:t>
            </w:r>
            <w:proofErr w:type="spellStart"/>
            <w:r w:rsidRPr="005440C3">
              <w:rPr>
                <w:lang w:val="nb-NO"/>
              </w:rPr>
              <w:t>Boelaert</w:t>
            </w:r>
            <w:proofErr w:type="spellEnd"/>
            <w:r w:rsidRPr="005440C3">
              <w:rPr>
                <w:lang w:val="nb-NO"/>
              </w:rPr>
              <w:t>, M.</w:t>
            </w:r>
          </w:p>
        </w:tc>
        <w:tc>
          <w:tcPr>
            <w:tcW w:w="1516" w:type="dxa"/>
          </w:tcPr>
          <w:p w14:paraId="00F192D1" w14:textId="77777777" w:rsidR="004B4EAF" w:rsidRDefault="00000000">
            <w:r>
              <w:t>Health Services Accessibility*</w:t>
            </w:r>
          </w:p>
        </w:tc>
        <w:tc>
          <w:tcPr>
            <w:tcW w:w="1792" w:type="dxa"/>
          </w:tcPr>
          <w:p w14:paraId="4E99FFAB" w14:textId="77777777" w:rsidR="004B4EAF" w:rsidRDefault="00000000">
            <w:r>
              <w:t>10.1371/journal.pntd.0005231</w:t>
            </w:r>
          </w:p>
        </w:tc>
        <w:tc>
          <w:tcPr>
            <w:tcW w:w="6778" w:type="dxa"/>
          </w:tcPr>
          <w:p w14:paraId="04F20F41" w14:textId="77777777" w:rsidR="004B4EAF" w:rsidRDefault="00000000">
            <w:r>
              <w:t>https://lstmed.idm.oclc.org/login?url=https://search.ebscohost.com/login.aspx?direct=true&amp;AuthType=sso&amp;db=mdc&amp;AN=28278151&amp;site=ehost-live&amp;scope=site</w:t>
            </w:r>
          </w:p>
        </w:tc>
      </w:tr>
      <w:tr w:rsidR="004B4EAF" w14:paraId="0400B4DD" w14:textId="77777777" w:rsidTr="005440C3">
        <w:tc>
          <w:tcPr>
            <w:tcW w:w="1101" w:type="dxa"/>
          </w:tcPr>
          <w:p w14:paraId="0E3B023F" w14:textId="77777777" w:rsidR="004B4EAF" w:rsidRDefault="00000000">
            <w:r>
              <w:t>2019</w:t>
            </w:r>
          </w:p>
        </w:tc>
        <w:tc>
          <w:tcPr>
            <w:tcW w:w="302" w:type="dxa"/>
          </w:tcPr>
          <w:p w14:paraId="08D1F093" w14:textId="77777777" w:rsidR="004B4EAF" w:rsidRDefault="00000000">
            <w:r>
              <w:t xml:space="preserve">Exploring global and country-level barriers to an effective supply of </w:t>
            </w:r>
            <w:r>
              <w:lastRenderedPageBreak/>
              <w:t>leishmaniasis medicines and diagnostics in eastern Africa: a qualitative study</w:t>
            </w:r>
          </w:p>
        </w:tc>
        <w:tc>
          <w:tcPr>
            <w:tcW w:w="822" w:type="dxa"/>
          </w:tcPr>
          <w:p w14:paraId="7906E807" w14:textId="77777777" w:rsidR="004B4EAF" w:rsidRDefault="00000000">
            <w:r>
              <w:lastRenderedPageBreak/>
              <w:t>BMJ open</w:t>
            </w:r>
          </w:p>
        </w:tc>
        <w:tc>
          <w:tcPr>
            <w:tcW w:w="865" w:type="dxa"/>
          </w:tcPr>
          <w:p w14:paraId="19005054" w14:textId="77777777" w:rsidR="004B4EAF" w:rsidRDefault="00000000">
            <w:r>
              <w:t xml:space="preserve">Sunyoto, Temmy; Potet, Julien; den Boer, Margriet; Ritmeijer, </w:t>
            </w:r>
            <w:r>
              <w:lastRenderedPageBreak/>
              <w:t>Koert; Postigo, Jose A. R.; Ravinetto, Raffaella; Alves, Fabiana; Picado, Albert; Boelaert, Marleen</w:t>
            </w:r>
          </w:p>
        </w:tc>
        <w:tc>
          <w:tcPr>
            <w:tcW w:w="1516" w:type="dxa"/>
          </w:tcPr>
          <w:p w14:paraId="3C165CB0" w14:textId="77777777" w:rsidR="004B4EAF" w:rsidRDefault="00000000">
            <w:r>
              <w:lastRenderedPageBreak/>
              <w:t>Agglutination Tests/*statistics &amp; numerical data</w:t>
            </w:r>
          </w:p>
        </w:tc>
        <w:tc>
          <w:tcPr>
            <w:tcW w:w="1792" w:type="dxa"/>
          </w:tcPr>
          <w:p w14:paraId="40EEB24A" w14:textId="77777777" w:rsidR="004B4EAF" w:rsidRDefault="00000000">
            <w:r>
              <w:t>10.1136/bmjopen-2019-029141</w:t>
            </w:r>
          </w:p>
        </w:tc>
        <w:tc>
          <w:tcPr>
            <w:tcW w:w="6778" w:type="dxa"/>
          </w:tcPr>
          <w:p w14:paraId="203A9F5F" w14:textId="77777777" w:rsidR="004B4EAF" w:rsidRDefault="00000000">
            <w:r>
              <w:t>https://lstmed.idm.oclc.org/login?url=https://search.ebscohost.com/login.aspx?direct=true&amp;AuthType=sso&amp;db=mdc&amp;AN=31152044&amp;site=ehost-live&amp;scope=site</w:t>
            </w:r>
          </w:p>
        </w:tc>
      </w:tr>
      <w:tr w:rsidR="004B4EAF" w14:paraId="47883E7C" w14:textId="77777777" w:rsidTr="005440C3">
        <w:tc>
          <w:tcPr>
            <w:tcW w:w="1101" w:type="dxa"/>
          </w:tcPr>
          <w:p w14:paraId="2A27425A" w14:textId="77777777" w:rsidR="004B4EAF" w:rsidRDefault="00000000">
            <w:r>
              <w:t>2022</w:t>
            </w:r>
          </w:p>
        </w:tc>
        <w:tc>
          <w:tcPr>
            <w:tcW w:w="302" w:type="dxa"/>
          </w:tcPr>
          <w:p w14:paraId="3F2935C9" w14:textId="77777777" w:rsidR="004B4EAF" w:rsidRDefault="00000000">
            <w:r>
              <w:t xml:space="preserve">Risk factors for Brucellosis and knowledge-attitude practice among pastoralists in </w:t>
            </w:r>
            <w:r>
              <w:lastRenderedPageBreak/>
              <w:t>Afar and Somali regions of Ethiopia</w:t>
            </w:r>
          </w:p>
        </w:tc>
        <w:tc>
          <w:tcPr>
            <w:tcW w:w="822" w:type="dxa"/>
          </w:tcPr>
          <w:p w14:paraId="2B01379D" w14:textId="77777777" w:rsidR="004B4EAF" w:rsidRDefault="00000000">
            <w:r>
              <w:lastRenderedPageBreak/>
              <w:t>Preventive veterinary medicine</w:t>
            </w:r>
          </w:p>
        </w:tc>
        <w:tc>
          <w:tcPr>
            <w:tcW w:w="865" w:type="dxa"/>
          </w:tcPr>
          <w:p w14:paraId="68BF4279" w14:textId="77777777" w:rsidR="004B4EAF" w:rsidRDefault="00000000">
            <w:r>
              <w:t xml:space="preserve">Tschopp, Rea; GebreGiorgis, Ashenafi; Abdulkadir, Oumer; Molla, Wassie; </w:t>
            </w:r>
            <w:r>
              <w:lastRenderedPageBreak/>
              <w:t xml:space="preserve">Hamid, Muhammed; Tassachew, Yayehyirad; Andualem, Henok; Osman, Mahlet; Waqjira, Mulugeta Waji; Mohammed, Abdulkadir; Negron, Maria; Walke, Henry; Kadzik, </w:t>
            </w:r>
            <w:r>
              <w:lastRenderedPageBreak/>
              <w:t>Melissa; Mamo, Gezahegne</w:t>
            </w:r>
          </w:p>
        </w:tc>
        <w:tc>
          <w:tcPr>
            <w:tcW w:w="1516" w:type="dxa"/>
          </w:tcPr>
          <w:p w14:paraId="0C65FDE4" w14:textId="77777777" w:rsidR="004B4EAF" w:rsidRDefault="00000000">
            <w:r>
              <w:lastRenderedPageBreak/>
              <w:t>Brucellosis*/epidemiology</w:t>
            </w:r>
          </w:p>
        </w:tc>
        <w:tc>
          <w:tcPr>
            <w:tcW w:w="1792" w:type="dxa"/>
          </w:tcPr>
          <w:p w14:paraId="3FC9D6D0" w14:textId="77777777" w:rsidR="004B4EAF" w:rsidRDefault="00000000">
            <w:r>
              <w:t>10.1016/j.prevetmed.2021.105557</w:t>
            </w:r>
          </w:p>
        </w:tc>
        <w:tc>
          <w:tcPr>
            <w:tcW w:w="6778" w:type="dxa"/>
          </w:tcPr>
          <w:p w14:paraId="3D42D23D" w14:textId="77777777" w:rsidR="004B4EAF" w:rsidRDefault="00000000">
            <w:r>
              <w:t>https://lstmed.idm.oclc.org/login?url=https://search.ebscohost.com/login.aspx?direct=true&amp;AuthType=sso&amp;db=mdc&amp;AN=34902652&amp;site=ehost-live&amp;scope=site</w:t>
            </w:r>
          </w:p>
        </w:tc>
      </w:tr>
      <w:tr w:rsidR="004B4EAF" w14:paraId="596A0C19" w14:textId="77777777" w:rsidTr="005440C3">
        <w:tc>
          <w:tcPr>
            <w:tcW w:w="1101" w:type="dxa"/>
          </w:tcPr>
          <w:p w14:paraId="50D1EA18" w14:textId="77777777" w:rsidR="004B4EAF" w:rsidRDefault="00000000">
            <w:r>
              <w:lastRenderedPageBreak/>
              <w:t>2021</w:t>
            </w:r>
          </w:p>
        </w:tc>
        <w:tc>
          <w:tcPr>
            <w:tcW w:w="302" w:type="dxa"/>
          </w:tcPr>
          <w:p w14:paraId="200E8CC3" w14:textId="77777777" w:rsidR="004B4EAF" w:rsidRDefault="00000000">
            <w:r>
              <w:t>Integrated human-animal sero-surveillance of Brucellosis in the pastoral Afar and Somali regions of Ethiopia</w:t>
            </w:r>
          </w:p>
        </w:tc>
        <w:tc>
          <w:tcPr>
            <w:tcW w:w="822" w:type="dxa"/>
          </w:tcPr>
          <w:p w14:paraId="693AD9D9" w14:textId="77777777" w:rsidR="004B4EAF" w:rsidRDefault="00000000">
            <w:r>
              <w:t>PLoS neglected tropical diseases</w:t>
            </w:r>
          </w:p>
        </w:tc>
        <w:tc>
          <w:tcPr>
            <w:tcW w:w="865" w:type="dxa"/>
          </w:tcPr>
          <w:p w14:paraId="11C43ED7" w14:textId="77777777" w:rsidR="004B4EAF" w:rsidRDefault="00000000">
            <w:r>
              <w:t xml:space="preserve">Tschopp, R.; Gebregiorgis, A.; Tassachew, Y.; Andualem, H.; Osman, M.; Waqjira, M. W.; Hattendorf, J.; Mohammed, A.; Hamid, M.; Molla, W.; Mitiku, S. A.; </w:t>
            </w:r>
            <w:r>
              <w:lastRenderedPageBreak/>
              <w:t>Walke, H.; Negron, M.; Kadzik, M.; Mamo, G.</w:t>
            </w:r>
          </w:p>
        </w:tc>
        <w:tc>
          <w:tcPr>
            <w:tcW w:w="1516" w:type="dxa"/>
          </w:tcPr>
          <w:p w14:paraId="30AB6BE3" w14:textId="77777777" w:rsidR="004B4EAF" w:rsidRDefault="00000000">
            <w:r>
              <w:lastRenderedPageBreak/>
              <w:t>Livestock*</w:t>
            </w:r>
          </w:p>
        </w:tc>
        <w:tc>
          <w:tcPr>
            <w:tcW w:w="1792" w:type="dxa"/>
          </w:tcPr>
          <w:p w14:paraId="3B56BCA1" w14:textId="77777777" w:rsidR="004B4EAF" w:rsidRDefault="00000000">
            <w:r>
              <w:t>10.1371/journal.pntd.0009593</w:t>
            </w:r>
          </w:p>
        </w:tc>
        <w:tc>
          <w:tcPr>
            <w:tcW w:w="6778" w:type="dxa"/>
          </w:tcPr>
          <w:p w14:paraId="098F4C2D" w14:textId="77777777" w:rsidR="004B4EAF" w:rsidRDefault="00000000">
            <w:r>
              <w:t>https://lstmed.idm.oclc.org/login?url=https://search.ebscohost.com/login.aspx?direct=true&amp;AuthType=sso&amp;db=mdc&amp;AN=34358232&amp;site=ehost-live&amp;scope=site</w:t>
            </w:r>
          </w:p>
        </w:tc>
      </w:tr>
    </w:tbl>
    <w:p w14:paraId="545F0C4C" w14:textId="77777777" w:rsidR="004B4EAF" w:rsidRDefault="004B4EAF"/>
    <w:p w14:paraId="5D67AB0E" w14:textId="77777777" w:rsidR="004B4EAF" w:rsidRDefault="00000000">
      <w:pPr>
        <w:pStyle w:val="Heading2"/>
      </w:pPr>
      <w:r>
        <w:t>Database: WEB OF SCIENCE NTDS</w:t>
      </w:r>
    </w:p>
    <w:p w14:paraId="6D1A240E" w14:textId="77777777" w:rsidR="004B4EAF" w:rsidRDefault="00000000">
      <w:r>
        <w:t>Total records retrieved: 104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7"/>
        <w:gridCol w:w="2052"/>
        <w:gridCol w:w="1474"/>
        <w:gridCol w:w="1777"/>
        <w:gridCol w:w="1426"/>
        <w:gridCol w:w="3070"/>
        <w:gridCol w:w="2564"/>
      </w:tblGrid>
      <w:tr w:rsidR="004B4EAF" w14:paraId="00C63D8E" w14:textId="77777777">
        <w:tc>
          <w:tcPr>
            <w:tcW w:w="1234" w:type="dxa"/>
          </w:tcPr>
          <w:p w14:paraId="1EE6237A" w14:textId="77777777" w:rsidR="004B4EAF" w:rsidRDefault="00000000">
            <w:r>
              <w:t>Year</w:t>
            </w:r>
          </w:p>
        </w:tc>
        <w:tc>
          <w:tcPr>
            <w:tcW w:w="1234" w:type="dxa"/>
          </w:tcPr>
          <w:p w14:paraId="7DEBB27E" w14:textId="77777777" w:rsidR="004B4EAF" w:rsidRDefault="00000000">
            <w:r>
              <w:t>Title</w:t>
            </w:r>
          </w:p>
        </w:tc>
        <w:tc>
          <w:tcPr>
            <w:tcW w:w="1234" w:type="dxa"/>
          </w:tcPr>
          <w:p w14:paraId="562B8E4C" w14:textId="77777777" w:rsidR="004B4EAF" w:rsidRDefault="00000000">
            <w:r>
              <w:t>Journal</w:t>
            </w:r>
          </w:p>
        </w:tc>
        <w:tc>
          <w:tcPr>
            <w:tcW w:w="1234" w:type="dxa"/>
          </w:tcPr>
          <w:p w14:paraId="5FFEE37B" w14:textId="77777777" w:rsidR="004B4EAF" w:rsidRDefault="00000000">
            <w:r>
              <w:t>Authors</w:t>
            </w:r>
          </w:p>
        </w:tc>
        <w:tc>
          <w:tcPr>
            <w:tcW w:w="1234" w:type="dxa"/>
          </w:tcPr>
          <w:p w14:paraId="5069D8C6" w14:textId="77777777" w:rsidR="004B4EAF" w:rsidRDefault="00000000">
            <w:r>
              <w:t>Keywords</w:t>
            </w:r>
          </w:p>
        </w:tc>
        <w:tc>
          <w:tcPr>
            <w:tcW w:w="1234" w:type="dxa"/>
          </w:tcPr>
          <w:p w14:paraId="07ADFDC6" w14:textId="77777777" w:rsidR="004B4EAF" w:rsidRDefault="00000000">
            <w:r>
              <w:t>DOI</w:t>
            </w:r>
          </w:p>
        </w:tc>
        <w:tc>
          <w:tcPr>
            <w:tcW w:w="1234" w:type="dxa"/>
          </w:tcPr>
          <w:p w14:paraId="38ED403D" w14:textId="77777777" w:rsidR="004B4EAF" w:rsidRDefault="00000000">
            <w:r>
              <w:t>URL</w:t>
            </w:r>
          </w:p>
        </w:tc>
      </w:tr>
      <w:tr w:rsidR="004B4EAF" w14:paraId="769933B0" w14:textId="77777777">
        <w:tc>
          <w:tcPr>
            <w:tcW w:w="1234" w:type="dxa"/>
          </w:tcPr>
          <w:p w14:paraId="50341872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799ABF87" w14:textId="77777777" w:rsidR="004B4EAF" w:rsidRDefault="00000000">
            <w:r>
              <w:t>Visceral Leishmaniasis, Northern Somalia, 2013-2019</w:t>
            </w:r>
          </w:p>
        </w:tc>
        <w:tc>
          <w:tcPr>
            <w:tcW w:w="1234" w:type="dxa"/>
          </w:tcPr>
          <w:p w14:paraId="40B29BD9" w14:textId="77777777" w:rsidR="004B4EAF" w:rsidRDefault="00000000">
            <w:r>
              <w:t>Emerging Infectious Diseases</w:t>
            </w:r>
          </w:p>
        </w:tc>
        <w:tc>
          <w:tcPr>
            <w:tcW w:w="1234" w:type="dxa"/>
          </w:tcPr>
          <w:p w14:paraId="1F11ACC6" w14:textId="77777777" w:rsidR="004B4EAF" w:rsidRDefault="00000000">
            <w:r>
              <w:t>Aalto, M. K.; Sunyoto, T.; Yusuf, M. A. A.; Mohamed, A. A.; Van der Auwera, G.; Dujardin, J. C.</w:t>
            </w:r>
          </w:p>
        </w:tc>
        <w:tc>
          <w:tcPr>
            <w:tcW w:w="1234" w:type="dxa"/>
          </w:tcPr>
          <w:p w14:paraId="041DF2B6" w14:textId="77777777" w:rsidR="004B4EAF" w:rsidRDefault="00000000">
            <w:r>
              <w:t>Immunology</w:t>
            </w:r>
          </w:p>
        </w:tc>
        <w:tc>
          <w:tcPr>
            <w:tcW w:w="1234" w:type="dxa"/>
          </w:tcPr>
          <w:p w14:paraId="0BF4EE3C" w14:textId="77777777" w:rsidR="004B4EAF" w:rsidRDefault="00000000">
            <w:r>
              <w:t>10.3201/eid2601.181851</w:t>
            </w:r>
          </w:p>
        </w:tc>
        <w:tc>
          <w:tcPr>
            <w:tcW w:w="1234" w:type="dxa"/>
          </w:tcPr>
          <w:p w14:paraId="4E643D87" w14:textId="77777777" w:rsidR="004B4EAF" w:rsidRDefault="00000000">
            <w:r>
              <w:t>&lt;Go to ISI&gt;://WOS:000505702700024</w:t>
            </w:r>
          </w:p>
        </w:tc>
      </w:tr>
      <w:tr w:rsidR="004B4EAF" w14:paraId="7785F7D9" w14:textId="77777777">
        <w:tc>
          <w:tcPr>
            <w:tcW w:w="1234" w:type="dxa"/>
          </w:tcPr>
          <w:p w14:paraId="6E60EA5C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170BBC31" w14:textId="77777777" w:rsidR="004B4EAF" w:rsidRDefault="00000000">
            <w:r>
              <w:t>Preliminary findings of COVID-19 infection in health workers in Somalia: A reason for concern</w:t>
            </w:r>
          </w:p>
        </w:tc>
        <w:tc>
          <w:tcPr>
            <w:tcW w:w="1234" w:type="dxa"/>
          </w:tcPr>
          <w:p w14:paraId="383F6584" w14:textId="77777777" w:rsidR="004B4EAF" w:rsidRDefault="00000000">
            <w:r>
              <w:t>International Journal of Infectious Diseases</w:t>
            </w:r>
          </w:p>
        </w:tc>
        <w:tc>
          <w:tcPr>
            <w:tcW w:w="1234" w:type="dxa"/>
          </w:tcPr>
          <w:p w14:paraId="732637E4" w14:textId="77777777" w:rsidR="004B4EAF" w:rsidRDefault="00000000">
            <w:r>
              <w:t>Abdi, A.; Ahmed, A. Y.; Abdulmunim, M.; Karanja, M. J.; Solomon, A.; Muhammad, F.; Kumlachew, M.; Obtel, M.; Malik, Smmr</w:t>
            </w:r>
          </w:p>
        </w:tc>
        <w:tc>
          <w:tcPr>
            <w:tcW w:w="1234" w:type="dxa"/>
          </w:tcPr>
          <w:p w14:paraId="1C3B15D9" w14:textId="77777777" w:rsidR="004B4EAF" w:rsidRDefault="00000000">
            <w:r>
              <w:t>Somalia</w:t>
            </w:r>
          </w:p>
        </w:tc>
        <w:tc>
          <w:tcPr>
            <w:tcW w:w="1234" w:type="dxa"/>
          </w:tcPr>
          <w:p w14:paraId="21C1EE97" w14:textId="77777777" w:rsidR="004B4EAF" w:rsidRDefault="00000000">
            <w:r>
              <w:t>10.1016/j.ijid.2021.01.066</w:t>
            </w:r>
          </w:p>
        </w:tc>
        <w:tc>
          <w:tcPr>
            <w:tcW w:w="1234" w:type="dxa"/>
          </w:tcPr>
          <w:p w14:paraId="27EAD8A5" w14:textId="77777777" w:rsidR="004B4EAF" w:rsidRDefault="00000000">
            <w:r>
              <w:t>&lt;Go to ISI&gt;://WOS:000632935600018</w:t>
            </w:r>
          </w:p>
        </w:tc>
      </w:tr>
      <w:tr w:rsidR="004B4EAF" w14:paraId="334A26FC" w14:textId="77777777">
        <w:tc>
          <w:tcPr>
            <w:tcW w:w="1234" w:type="dxa"/>
          </w:tcPr>
          <w:p w14:paraId="69822BBA" w14:textId="77777777" w:rsidR="004B4EAF" w:rsidRDefault="00000000">
            <w:r>
              <w:t>1991</w:t>
            </w:r>
          </w:p>
        </w:tc>
        <w:tc>
          <w:tcPr>
            <w:tcW w:w="1234" w:type="dxa"/>
          </w:tcPr>
          <w:p w14:paraId="41D46DFD" w14:textId="77777777" w:rsidR="004B4EAF" w:rsidRDefault="00000000">
            <w:r>
              <w:t>HIGH PREVALENCE OF ANTI-</w:t>
            </w:r>
            <w:r>
              <w:lastRenderedPageBreak/>
              <w:t>HEPATITIS DELTA VIRUS-ANTIBODY IN CHRONIC LIVER-DISEASE IN SOMALIA</w:t>
            </w:r>
          </w:p>
        </w:tc>
        <w:tc>
          <w:tcPr>
            <w:tcW w:w="1234" w:type="dxa"/>
          </w:tcPr>
          <w:p w14:paraId="0D8C6093" w14:textId="77777777" w:rsidR="004B4EAF" w:rsidRDefault="00000000">
            <w:r>
              <w:lastRenderedPageBreak/>
              <w:t xml:space="preserve">Transactions of the Royal </w:t>
            </w:r>
            <w:r>
              <w:lastRenderedPageBreak/>
              <w:t>Society of Tropical Medicine and Hygiene</w:t>
            </w:r>
          </w:p>
        </w:tc>
        <w:tc>
          <w:tcPr>
            <w:tcW w:w="1234" w:type="dxa"/>
          </w:tcPr>
          <w:p w14:paraId="5D619CD3" w14:textId="77777777" w:rsidR="004B4EAF" w:rsidRDefault="00000000">
            <w:r>
              <w:lastRenderedPageBreak/>
              <w:t xml:space="preserve">Aceti, A.; Mohamed, O. M.; </w:t>
            </w:r>
            <w:r>
              <w:lastRenderedPageBreak/>
              <w:t>Paparo, B. S.; Mohamud, O. M.; Quaranta, G.; Maalin, K. A.; Sebastiani, A.</w:t>
            </w:r>
          </w:p>
        </w:tc>
        <w:tc>
          <w:tcPr>
            <w:tcW w:w="1234" w:type="dxa"/>
          </w:tcPr>
          <w:p w14:paraId="04CA380D" w14:textId="77777777" w:rsidR="004B4EAF" w:rsidRDefault="00000000">
            <w:r>
              <w:lastRenderedPageBreak/>
              <w:t>b virus</w:t>
            </w:r>
          </w:p>
        </w:tc>
        <w:tc>
          <w:tcPr>
            <w:tcW w:w="1234" w:type="dxa"/>
          </w:tcPr>
          <w:p w14:paraId="5CD505B1" w14:textId="77777777" w:rsidR="004B4EAF" w:rsidRDefault="00000000">
            <w:r>
              <w:t>10.1016/0035-9203(91)90249-x</w:t>
            </w:r>
          </w:p>
        </w:tc>
        <w:tc>
          <w:tcPr>
            <w:tcW w:w="1234" w:type="dxa"/>
          </w:tcPr>
          <w:p w14:paraId="73482F44" w14:textId="77777777" w:rsidR="004B4EAF" w:rsidRDefault="00000000">
            <w:r>
              <w:t>&lt;Go to ISI&gt;://WOS:A1991GD47</w:t>
            </w:r>
            <w:r>
              <w:lastRenderedPageBreak/>
              <w:t>500033</w:t>
            </w:r>
          </w:p>
        </w:tc>
      </w:tr>
      <w:tr w:rsidR="004B4EAF" w14:paraId="1BB0684B" w14:textId="77777777">
        <w:tc>
          <w:tcPr>
            <w:tcW w:w="1234" w:type="dxa"/>
          </w:tcPr>
          <w:p w14:paraId="3EC65EF3" w14:textId="77777777" w:rsidR="004B4EAF" w:rsidRDefault="00000000">
            <w:r>
              <w:lastRenderedPageBreak/>
              <w:t>1989</w:t>
            </w:r>
          </w:p>
        </w:tc>
        <w:tc>
          <w:tcPr>
            <w:tcW w:w="1234" w:type="dxa"/>
          </w:tcPr>
          <w:p w14:paraId="5B355C1A" w14:textId="77777777" w:rsidR="004B4EAF" w:rsidRDefault="00000000">
            <w:r>
              <w:t>SERO-EPIDEMIOLOGY OF HEPATITIS DELTA VIRUS-INFECTION IN SOMALIA</w:t>
            </w:r>
          </w:p>
        </w:tc>
        <w:tc>
          <w:tcPr>
            <w:tcW w:w="1234" w:type="dxa"/>
          </w:tcPr>
          <w:p w14:paraId="291B4AC2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170FAAE1" w14:textId="77777777" w:rsidR="004B4EAF" w:rsidRDefault="00000000">
            <w:r>
              <w:t>Aceti, A.; Paparo, B. S.; Celestino, D.; Pennica, A.; Caferro, M.; Grilli, A.; Sebastiani, A.; Mohamud, O. M.; Abdirahman, M.; Bile, K.</w:t>
            </w:r>
          </w:p>
        </w:tc>
        <w:tc>
          <w:tcPr>
            <w:tcW w:w="1234" w:type="dxa"/>
          </w:tcPr>
          <w:p w14:paraId="4F1B2845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5FE4B130" w14:textId="77777777" w:rsidR="004B4EAF" w:rsidRDefault="00000000">
            <w:r>
              <w:t>10.1016/0035-9203(89)90516-6</w:t>
            </w:r>
          </w:p>
        </w:tc>
        <w:tc>
          <w:tcPr>
            <w:tcW w:w="1234" w:type="dxa"/>
          </w:tcPr>
          <w:p w14:paraId="636E5B46" w14:textId="77777777" w:rsidR="004B4EAF" w:rsidRDefault="00000000">
            <w:r>
              <w:t>&lt;Go to ISI&gt;://WOS:A1989AE11200034</w:t>
            </w:r>
          </w:p>
        </w:tc>
      </w:tr>
      <w:tr w:rsidR="004B4EAF" w14:paraId="290E8A5D" w14:textId="77777777">
        <w:tc>
          <w:tcPr>
            <w:tcW w:w="1234" w:type="dxa"/>
          </w:tcPr>
          <w:p w14:paraId="599DD33F" w14:textId="77777777" w:rsidR="004B4EAF" w:rsidRDefault="00000000">
            <w:r>
              <w:t>1993</w:t>
            </w:r>
          </w:p>
        </w:tc>
        <w:tc>
          <w:tcPr>
            <w:tcW w:w="1234" w:type="dxa"/>
          </w:tcPr>
          <w:p w14:paraId="16BDF51A" w14:textId="77777777" w:rsidR="004B4EAF" w:rsidRDefault="00000000">
            <w:r>
              <w:t>HEPATITIS-C VIRUS-INFECTION IN CHRONIC LIVER-DISEASE IN SOMALIA</w:t>
            </w:r>
          </w:p>
        </w:tc>
        <w:tc>
          <w:tcPr>
            <w:tcW w:w="1234" w:type="dxa"/>
          </w:tcPr>
          <w:p w14:paraId="1070986D" w14:textId="77777777" w:rsidR="004B4EAF" w:rsidRDefault="00000000">
            <w:r>
              <w:t>American Journal of Tropical Medicine and Hygiene</w:t>
            </w:r>
          </w:p>
        </w:tc>
        <w:tc>
          <w:tcPr>
            <w:tcW w:w="1234" w:type="dxa"/>
          </w:tcPr>
          <w:p w14:paraId="4A9446FE" w14:textId="77777777" w:rsidR="004B4EAF" w:rsidRDefault="00000000">
            <w:r>
              <w:t>Aceti, A.; Taliani, G.; Bruni, R.; Sharif, O. S.; Moallin, K. A.; Celestino, D.; Quaranta, G.; Sebastiani, A.</w:t>
            </w:r>
          </w:p>
        </w:tc>
        <w:tc>
          <w:tcPr>
            <w:tcW w:w="1234" w:type="dxa"/>
          </w:tcPr>
          <w:p w14:paraId="35745D5C" w14:textId="77777777" w:rsidR="004B4EAF" w:rsidRDefault="00000000">
            <w:r>
              <w:t>anti-hcv antibodies</w:t>
            </w:r>
          </w:p>
        </w:tc>
        <w:tc>
          <w:tcPr>
            <w:tcW w:w="1234" w:type="dxa"/>
          </w:tcPr>
          <w:p w14:paraId="4C2E5927" w14:textId="77777777" w:rsidR="004B4EAF" w:rsidRDefault="00000000">
            <w:r>
              <w:t>10.4269/ajtmh.1993.48.581</w:t>
            </w:r>
          </w:p>
        </w:tc>
        <w:tc>
          <w:tcPr>
            <w:tcW w:w="1234" w:type="dxa"/>
          </w:tcPr>
          <w:p w14:paraId="291F18FE" w14:textId="77777777" w:rsidR="004B4EAF" w:rsidRDefault="00000000">
            <w:r>
              <w:t>&lt;Go to ISI&gt;://WOS:A1993LB69200017</w:t>
            </w:r>
          </w:p>
        </w:tc>
      </w:tr>
      <w:tr w:rsidR="004B4EAF" w14:paraId="4D13A2D3" w14:textId="77777777">
        <w:tc>
          <w:tcPr>
            <w:tcW w:w="1234" w:type="dxa"/>
          </w:tcPr>
          <w:p w14:paraId="2DDECD34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57731F4D" w14:textId="77777777" w:rsidR="004B4EAF" w:rsidRDefault="00000000">
            <w:r>
              <w:t>ANTIBODIES REACTIVE WITH NON-POLYMORPHIC EPITOPES ON HLA MOLECULES CAUSE FALSE-POSITIVE HIV ANTIBODY TESTS ON AFRICAN SAMPLES OF SERUM</w:t>
            </w:r>
          </w:p>
        </w:tc>
        <w:tc>
          <w:tcPr>
            <w:tcW w:w="1234" w:type="dxa"/>
          </w:tcPr>
          <w:p w14:paraId="7684BDE3" w14:textId="77777777" w:rsidR="004B4EAF" w:rsidRDefault="00000000">
            <w:r>
              <w:t>Journal of Infection</w:t>
            </w:r>
          </w:p>
        </w:tc>
        <w:tc>
          <w:tcPr>
            <w:tcW w:w="1234" w:type="dxa"/>
          </w:tcPr>
          <w:p w14:paraId="5D75A367" w14:textId="77777777" w:rsidR="004B4EAF" w:rsidRDefault="00000000">
            <w:r>
              <w:t>Aceti, A.; Terzaroli, P.; Paparo, B. S.; Celestino, D.; Sebastiani, A.; Bile, K.; Tanigaki, N.; Tosi, R.; Ameglio, F.</w:t>
            </w:r>
          </w:p>
        </w:tc>
        <w:tc>
          <w:tcPr>
            <w:tcW w:w="1234" w:type="dxa"/>
          </w:tcPr>
          <w:p w14:paraId="050A7C84" w14:textId="77777777" w:rsidR="004B4EAF" w:rsidRDefault="00000000">
            <w:r>
              <w:t>Infectious Diseases</w:t>
            </w:r>
          </w:p>
        </w:tc>
        <w:tc>
          <w:tcPr>
            <w:tcW w:w="1234" w:type="dxa"/>
          </w:tcPr>
          <w:p w14:paraId="7E577C1C" w14:textId="77777777" w:rsidR="004B4EAF" w:rsidRDefault="00000000">
            <w:r>
              <w:t>10.1016/s0163-4453(90)92478-4</w:t>
            </w:r>
          </w:p>
        </w:tc>
        <w:tc>
          <w:tcPr>
            <w:tcW w:w="1234" w:type="dxa"/>
          </w:tcPr>
          <w:p w14:paraId="7D414C28" w14:textId="77777777" w:rsidR="004B4EAF" w:rsidRDefault="00000000">
            <w:r>
              <w:t>&lt;Go to ISI&gt;://WOS:A1990CL13500014</w:t>
            </w:r>
          </w:p>
        </w:tc>
      </w:tr>
      <w:tr w:rsidR="004B4EAF" w14:paraId="1A2B2B1E" w14:textId="77777777">
        <w:tc>
          <w:tcPr>
            <w:tcW w:w="1234" w:type="dxa"/>
          </w:tcPr>
          <w:p w14:paraId="055A6215" w14:textId="77777777" w:rsidR="004B4EAF" w:rsidRDefault="00000000">
            <w:r>
              <w:lastRenderedPageBreak/>
              <w:t>2022</w:t>
            </w:r>
          </w:p>
        </w:tc>
        <w:tc>
          <w:tcPr>
            <w:tcW w:w="1234" w:type="dxa"/>
          </w:tcPr>
          <w:p w14:paraId="7771628B" w14:textId="77777777" w:rsidR="004B4EAF" w:rsidRDefault="00000000">
            <w:r>
              <w:t>Epidemiology of Multidrug Resistant Non-Fermentative Gram Negative Bacilli in Patients with Hospital Acquired Pneumonia: An Alarming Report from Somalia</w:t>
            </w:r>
          </w:p>
        </w:tc>
        <w:tc>
          <w:tcPr>
            <w:tcW w:w="1234" w:type="dxa"/>
          </w:tcPr>
          <w:p w14:paraId="53DE6110" w14:textId="77777777" w:rsidR="004B4EAF" w:rsidRDefault="00000000">
            <w:r>
              <w:t>Infection and Drug Resistance</w:t>
            </w:r>
          </w:p>
        </w:tc>
        <w:tc>
          <w:tcPr>
            <w:tcW w:w="1234" w:type="dxa"/>
          </w:tcPr>
          <w:p w14:paraId="153E7250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Adan, F. N.; </w:t>
            </w:r>
            <w:proofErr w:type="spellStart"/>
            <w:r w:rsidRPr="005440C3">
              <w:rPr>
                <w:lang w:val="nb-NO"/>
              </w:rPr>
              <w:t>Jeele</w:t>
            </w:r>
            <w:proofErr w:type="spellEnd"/>
            <w:r w:rsidRPr="005440C3">
              <w:rPr>
                <w:lang w:val="nb-NO"/>
              </w:rPr>
              <w:t>, M. O. O.; Omar, N. M. S.</w:t>
            </w:r>
          </w:p>
        </w:tc>
        <w:tc>
          <w:tcPr>
            <w:tcW w:w="1234" w:type="dxa"/>
          </w:tcPr>
          <w:p w14:paraId="17B43631" w14:textId="77777777" w:rsidR="004B4EAF" w:rsidRDefault="00000000">
            <w:r>
              <w:t>hospital acquired pneumonia</w:t>
            </w:r>
          </w:p>
        </w:tc>
        <w:tc>
          <w:tcPr>
            <w:tcW w:w="1234" w:type="dxa"/>
          </w:tcPr>
          <w:p w14:paraId="778FA215" w14:textId="77777777" w:rsidR="004B4EAF" w:rsidRDefault="00000000">
            <w:r>
              <w:t>10.2147/idr.S387370</w:t>
            </w:r>
          </w:p>
        </w:tc>
        <w:tc>
          <w:tcPr>
            <w:tcW w:w="1234" w:type="dxa"/>
          </w:tcPr>
          <w:p w14:paraId="5C49E6E1" w14:textId="77777777" w:rsidR="004B4EAF" w:rsidRDefault="00000000">
            <w:r>
              <w:t>&lt;Go to ISI&gt;://WOS:000880435700001</w:t>
            </w:r>
          </w:p>
        </w:tc>
      </w:tr>
      <w:tr w:rsidR="004B4EAF" w14:paraId="36EF5582" w14:textId="77777777">
        <w:tc>
          <w:tcPr>
            <w:tcW w:w="1234" w:type="dxa"/>
          </w:tcPr>
          <w:p w14:paraId="0521EE86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01C84F3E" w14:textId="77777777" w:rsidR="004B4EAF" w:rsidRDefault="00000000">
            <w:r>
              <w:t>Improved leprosy elimination efforts in Somalia, 2015-2021: achievements in a challenging environment and the way forward</w:t>
            </w:r>
          </w:p>
        </w:tc>
        <w:tc>
          <w:tcPr>
            <w:tcW w:w="1234" w:type="dxa"/>
          </w:tcPr>
          <w:p w14:paraId="7C94B8B7" w14:textId="77777777" w:rsidR="004B4EAF" w:rsidRDefault="00000000">
            <w:r>
              <w:t>Leprosy Review</w:t>
            </w:r>
          </w:p>
        </w:tc>
        <w:tc>
          <w:tcPr>
            <w:tcW w:w="1234" w:type="dxa"/>
          </w:tcPr>
          <w:p w14:paraId="707F315A" w14:textId="77777777" w:rsidR="004B4EAF" w:rsidRDefault="00000000">
            <w:r>
              <w:t>Aden, A.; Ali, A. A.; Amran, J.; Osman, M.; Warusavithana, S.; Pemmaraju, V. R.; Atta, H.; Hutin, Y.</w:t>
            </w:r>
          </w:p>
        </w:tc>
        <w:tc>
          <w:tcPr>
            <w:tcW w:w="1234" w:type="dxa"/>
          </w:tcPr>
          <w:p w14:paraId="5A95379D" w14:textId="77777777" w:rsidR="004B4EAF" w:rsidRDefault="00000000">
            <w:r>
              <w:t>Leprosy</w:t>
            </w:r>
          </w:p>
        </w:tc>
        <w:tc>
          <w:tcPr>
            <w:tcW w:w="1234" w:type="dxa"/>
          </w:tcPr>
          <w:p w14:paraId="29836DDC" w14:textId="77777777" w:rsidR="004B4EAF" w:rsidRDefault="00000000">
            <w:r>
              <w:t>10.47276/lr.94.2.98</w:t>
            </w:r>
          </w:p>
        </w:tc>
        <w:tc>
          <w:tcPr>
            <w:tcW w:w="1234" w:type="dxa"/>
          </w:tcPr>
          <w:p w14:paraId="321A5303" w14:textId="77777777" w:rsidR="004B4EAF" w:rsidRDefault="00000000">
            <w:r>
              <w:t>&lt;Go to ISI&gt;://WOS:001024927900002</w:t>
            </w:r>
          </w:p>
        </w:tc>
      </w:tr>
      <w:tr w:rsidR="004B4EAF" w14:paraId="7978FA35" w14:textId="77777777">
        <w:tc>
          <w:tcPr>
            <w:tcW w:w="1234" w:type="dxa"/>
          </w:tcPr>
          <w:p w14:paraId="16B037A4" w14:textId="77777777" w:rsidR="004B4EAF" w:rsidRDefault="00000000">
            <w:r>
              <w:t>1992</w:t>
            </w:r>
          </w:p>
        </w:tc>
        <w:tc>
          <w:tcPr>
            <w:tcW w:w="1234" w:type="dxa"/>
          </w:tcPr>
          <w:p w14:paraId="01535923" w14:textId="77777777" w:rsidR="004B4EAF" w:rsidRDefault="00000000">
            <w:r>
              <w:t>AN EPIDEMIC OF NEISSERIA-GONORRHOEAE IN A SOMALI ORPHANAGE</w:t>
            </w:r>
          </w:p>
        </w:tc>
        <w:tc>
          <w:tcPr>
            <w:tcW w:w="1234" w:type="dxa"/>
          </w:tcPr>
          <w:p w14:paraId="758F3CEC" w14:textId="77777777" w:rsidR="004B4EAF" w:rsidRDefault="00000000">
            <w:r>
              <w:t>International Journal of Std &amp; Aids</w:t>
            </w:r>
          </w:p>
        </w:tc>
        <w:tc>
          <w:tcPr>
            <w:tcW w:w="1234" w:type="dxa"/>
          </w:tcPr>
          <w:p w14:paraId="13212632" w14:textId="77777777" w:rsidR="004B4EAF" w:rsidRDefault="00000000">
            <w:r>
              <w:t>Ahmed, H. J.; Ilardi, I.; Antognoli, A.; Leone, F.; Sebastiani, A.; Amiconi, G.</w:t>
            </w:r>
          </w:p>
        </w:tc>
        <w:tc>
          <w:tcPr>
            <w:tcW w:w="1234" w:type="dxa"/>
          </w:tcPr>
          <w:p w14:paraId="79C2FFC9" w14:textId="77777777" w:rsidR="004B4EAF" w:rsidRDefault="00000000">
            <w:r>
              <w:t>neisseria-gonorrhoeae</w:t>
            </w:r>
          </w:p>
        </w:tc>
        <w:tc>
          <w:tcPr>
            <w:tcW w:w="1234" w:type="dxa"/>
          </w:tcPr>
          <w:p w14:paraId="48DBC7FE" w14:textId="77777777" w:rsidR="004B4EAF" w:rsidRDefault="00000000">
            <w:r>
              <w:t>10.1177/095646249200300113</w:t>
            </w:r>
          </w:p>
        </w:tc>
        <w:tc>
          <w:tcPr>
            <w:tcW w:w="1234" w:type="dxa"/>
          </w:tcPr>
          <w:p w14:paraId="32942C6C" w14:textId="77777777" w:rsidR="004B4EAF" w:rsidRDefault="00000000">
            <w:r>
              <w:t>&lt;Go to ISI&gt;://WOS:A1992HF45500013</w:t>
            </w:r>
          </w:p>
        </w:tc>
      </w:tr>
      <w:tr w:rsidR="004B4EAF" w14:paraId="31CCE51F" w14:textId="77777777">
        <w:tc>
          <w:tcPr>
            <w:tcW w:w="1234" w:type="dxa"/>
          </w:tcPr>
          <w:p w14:paraId="3123AE54" w14:textId="77777777" w:rsidR="004B4EAF" w:rsidRDefault="00000000">
            <w:r>
              <w:t>1988</w:t>
            </w:r>
          </w:p>
        </w:tc>
        <w:tc>
          <w:tcPr>
            <w:tcW w:w="1234" w:type="dxa"/>
          </w:tcPr>
          <w:p w14:paraId="40E395B9" w14:textId="77777777" w:rsidR="004B4EAF" w:rsidRDefault="00000000">
            <w:r>
              <w:t xml:space="preserve">HUMAN TOXOPLASMOSIS IN SOMALIA - PREVALENCE OF TOXOPLASMA ANTIBODIES IN A VILLAGE IN THE LOWER SCEBELLI REGION AND IN </w:t>
            </w:r>
            <w:r>
              <w:lastRenderedPageBreak/>
              <w:t>MOGADISHU</w:t>
            </w:r>
          </w:p>
        </w:tc>
        <w:tc>
          <w:tcPr>
            <w:tcW w:w="1234" w:type="dxa"/>
          </w:tcPr>
          <w:p w14:paraId="75F39F70" w14:textId="77777777" w:rsidR="004B4EAF" w:rsidRDefault="00000000">
            <w:r>
              <w:lastRenderedPageBreak/>
              <w:t>Transactions of the Royal Society of Tropical Medicine and Hygiene</w:t>
            </w:r>
          </w:p>
        </w:tc>
        <w:tc>
          <w:tcPr>
            <w:tcW w:w="1234" w:type="dxa"/>
          </w:tcPr>
          <w:p w14:paraId="1E388599" w14:textId="77777777" w:rsidR="004B4EAF" w:rsidRDefault="00000000">
            <w:r>
              <w:t>Ahmed, H. J.; Mohammed, H. H.; Yusuf, M. W.; Ahmed, S. F.; Huldt, G.</w:t>
            </w:r>
          </w:p>
        </w:tc>
        <w:tc>
          <w:tcPr>
            <w:tcW w:w="1234" w:type="dxa"/>
          </w:tcPr>
          <w:p w14:paraId="796A066F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7385D7F1" w14:textId="77777777" w:rsidR="004B4EAF" w:rsidRDefault="00000000">
            <w:r>
              <w:t>10.1016/0035-9203(88)90465-8</w:t>
            </w:r>
          </w:p>
        </w:tc>
        <w:tc>
          <w:tcPr>
            <w:tcW w:w="1234" w:type="dxa"/>
          </w:tcPr>
          <w:p w14:paraId="70BA2FE9" w14:textId="77777777" w:rsidR="004B4EAF" w:rsidRDefault="00000000">
            <w:r>
              <w:t>&lt;Go to ISI&gt;://WOS:A1988N315400053</w:t>
            </w:r>
          </w:p>
        </w:tc>
      </w:tr>
      <w:tr w:rsidR="004B4EAF" w14:paraId="20E5F58A" w14:textId="77777777">
        <w:tc>
          <w:tcPr>
            <w:tcW w:w="1234" w:type="dxa"/>
          </w:tcPr>
          <w:p w14:paraId="1C7EAA42" w14:textId="77777777" w:rsidR="004B4EAF" w:rsidRDefault="00000000">
            <w:r>
              <w:t>1992</w:t>
            </w:r>
          </w:p>
        </w:tc>
        <w:tc>
          <w:tcPr>
            <w:tcW w:w="1234" w:type="dxa"/>
          </w:tcPr>
          <w:p w14:paraId="42567134" w14:textId="77777777" w:rsidR="004B4EAF" w:rsidRDefault="00000000">
            <w:r>
              <w:t>ISOLATION OF DRUG-RESISTANT STRAINS OF TRYPANOSOMA-CONGOLENSE FROM THE LOWER SHABELLE REGION OF SOUTHERN SOMALIA</w:t>
            </w:r>
          </w:p>
        </w:tc>
        <w:tc>
          <w:tcPr>
            <w:tcW w:w="1234" w:type="dxa"/>
          </w:tcPr>
          <w:p w14:paraId="0941BFD2" w14:textId="77777777" w:rsidR="004B4EAF" w:rsidRDefault="00000000">
            <w:r>
              <w:t>Tropical Animal Health and Production</w:t>
            </w:r>
          </w:p>
        </w:tc>
        <w:tc>
          <w:tcPr>
            <w:tcW w:w="1234" w:type="dxa"/>
          </w:tcPr>
          <w:p w14:paraId="3A688C4B" w14:textId="77777777" w:rsidR="004B4EAF" w:rsidRDefault="00000000">
            <w:r>
              <w:t>Ainanshe, O. A.; Jennings, F. W.; Holmes, P. H.</w:t>
            </w:r>
          </w:p>
        </w:tc>
        <w:tc>
          <w:tcPr>
            <w:tcW w:w="1234" w:type="dxa"/>
          </w:tcPr>
          <w:p w14:paraId="57DAEB24" w14:textId="77777777" w:rsidR="004B4EAF" w:rsidRDefault="00000000">
            <w:r>
              <w:t>Agriculture</w:t>
            </w:r>
          </w:p>
        </w:tc>
        <w:tc>
          <w:tcPr>
            <w:tcW w:w="1234" w:type="dxa"/>
          </w:tcPr>
          <w:p w14:paraId="047BB260" w14:textId="77777777" w:rsidR="004B4EAF" w:rsidRDefault="00000000">
            <w:r>
              <w:t>10.1007/bf02356946</w:t>
            </w:r>
          </w:p>
        </w:tc>
        <w:tc>
          <w:tcPr>
            <w:tcW w:w="1234" w:type="dxa"/>
          </w:tcPr>
          <w:p w14:paraId="1876CEBD" w14:textId="77777777" w:rsidR="004B4EAF" w:rsidRDefault="00000000">
            <w:r>
              <w:t>&lt;Go to ISI&gt;://WOS:A1992JB21300001</w:t>
            </w:r>
          </w:p>
        </w:tc>
      </w:tr>
      <w:tr w:rsidR="004B4EAF" w14:paraId="37BFA115" w14:textId="77777777">
        <w:tc>
          <w:tcPr>
            <w:tcW w:w="1234" w:type="dxa"/>
          </w:tcPr>
          <w:p w14:paraId="3109708C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522F744A" w14:textId="77777777" w:rsidR="004B4EAF" w:rsidRDefault="00000000">
            <w:r>
              <w:t>Public health impact of the spread of &lt;i&gt;Anopheles stephensi&lt;/i&gt; in the WHO Eastern Mediterranean Region countries in Horn of Africa and Yemen: need for integrated vector surveillance and control</w:t>
            </w:r>
          </w:p>
        </w:tc>
        <w:tc>
          <w:tcPr>
            <w:tcW w:w="1234" w:type="dxa"/>
          </w:tcPr>
          <w:p w14:paraId="018D1507" w14:textId="77777777" w:rsidR="004B4EAF" w:rsidRDefault="00000000">
            <w:r>
              <w:t>Malaria Journal</w:t>
            </w:r>
          </w:p>
        </w:tc>
        <w:tc>
          <w:tcPr>
            <w:tcW w:w="1234" w:type="dxa"/>
          </w:tcPr>
          <w:p w14:paraId="1C6C4E5D" w14:textId="77777777" w:rsidR="004B4EAF" w:rsidRDefault="00000000">
            <w:r>
              <w:t>Al-Eryani, S. M.; Irish, S. R.; Carter, T. E.; Lenhart, A.; Aljasari, A.; Montoya, L. F.; Awash, A. A.; Mohammed, E.; Ali, S.; Esmail, M. A.; Hussain, A.; Amran, J. G.; Kayad, S.; Nouredayem, M.; Adam, M. A.; Azkoul, L.; Assada, M.; Baheshm, Y. A.; Eltahir, W.; Hutin, Y. J.</w:t>
            </w:r>
          </w:p>
        </w:tc>
        <w:tc>
          <w:tcPr>
            <w:tcW w:w="1234" w:type="dxa"/>
          </w:tcPr>
          <w:p w14:paraId="02070EB2" w14:textId="77777777" w:rsidR="004B4EAF" w:rsidRDefault="00000000">
            <w:r>
              <w:t>Anopheles stephensi</w:t>
            </w:r>
          </w:p>
        </w:tc>
        <w:tc>
          <w:tcPr>
            <w:tcW w:w="1234" w:type="dxa"/>
          </w:tcPr>
          <w:p w14:paraId="63CB7786" w14:textId="77777777" w:rsidR="004B4EAF" w:rsidRDefault="00000000">
            <w:r>
              <w:t>10.1186/s12936-023-04545-y</w:t>
            </w:r>
          </w:p>
        </w:tc>
        <w:tc>
          <w:tcPr>
            <w:tcW w:w="1234" w:type="dxa"/>
          </w:tcPr>
          <w:p w14:paraId="0FB5425D" w14:textId="77777777" w:rsidR="004B4EAF" w:rsidRDefault="00000000">
            <w:r>
              <w:t>&lt;Go to ISI&gt;://WOS:001010787900001</w:t>
            </w:r>
          </w:p>
        </w:tc>
      </w:tr>
      <w:tr w:rsidR="004B4EAF" w14:paraId="4E09FB40" w14:textId="77777777">
        <w:tc>
          <w:tcPr>
            <w:tcW w:w="1234" w:type="dxa"/>
          </w:tcPr>
          <w:p w14:paraId="4D937E6A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2E6595E8" w14:textId="77777777" w:rsidR="004B4EAF" w:rsidRDefault="00000000">
            <w:r>
              <w:t xml:space="preserve">Survival analysis of all critically ill patients with COVID-19 admitted </w:t>
            </w:r>
            <w:r>
              <w:lastRenderedPageBreak/>
              <w:t>to the main hospital in Mogadishu, Somalia, 30 March-12 June 2020: which interventions are proving effective in fragile states?</w:t>
            </w:r>
          </w:p>
        </w:tc>
        <w:tc>
          <w:tcPr>
            <w:tcW w:w="1234" w:type="dxa"/>
          </w:tcPr>
          <w:p w14:paraId="0A34A041" w14:textId="77777777" w:rsidR="004B4EAF" w:rsidRDefault="00000000">
            <w:r>
              <w:lastRenderedPageBreak/>
              <w:t>International Journal of Infectious Diseases</w:t>
            </w:r>
          </w:p>
        </w:tc>
        <w:tc>
          <w:tcPr>
            <w:tcW w:w="1234" w:type="dxa"/>
          </w:tcPr>
          <w:p w14:paraId="1FF48F38" w14:textId="77777777" w:rsidR="004B4EAF" w:rsidRDefault="00000000">
            <w:r>
              <w:t xml:space="preserve">Ali, M. M.; Malik, M. R.; Ahmed, A. Y.; Bashir, A. M.; Mohamed, A.; </w:t>
            </w:r>
            <w:r>
              <w:lastRenderedPageBreak/>
              <w:t>Abdi, A.; Obtel, M.</w:t>
            </w:r>
          </w:p>
        </w:tc>
        <w:tc>
          <w:tcPr>
            <w:tcW w:w="1234" w:type="dxa"/>
          </w:tcPr>
          <w:p w14:paraId="04271444" w14:textId="77777777" w:rsidR="004B4EAF" w:rsidRDefault="00000000">
            <w:r>
              <w:lastRenderedPageBreak/>
              <w:t>COVID-19</w:t>
            </w:r>
          </w:p>
        </w:tc>
        <w:tc>
          <w:tcPr>
            <w:tcW w:w="1234" w:type="dxa"/>
          </w:tcPr>
          <w:p w14:paraId="6A411BAA" w14:textId="77777777" w:rsidR="004B4EAF" w:rsidRDefault="00000000">
            <w:r>
              <w:t>10.1016/j.ijid.2021.11.018</w:t>
            </w:r>
          </w:p>
        </w:tc>
        <w:tc>
          <w:tcPr>
            <w:tcW w:w="1234" w:type="dxa"/>
          </w:tcPr>
          <w:p w14:paraId="5ECF33FB" w14:textId="77777777" w:rsidR="004B4EAF" w:rsidRDefault="00000000">
            <w:r>
              <w:t>&lt;Go to ISI&gt;://WOS:000807520900036</w:t>
            </w:r>
          </w:p>
        </w:tc>
      </w:tr>
      <w:tr w:rsidR="004B4EAF" w14:paraId="75515FAD" w14:textId="77777777">
        <w:tc>
          <w:tcPr>
            <w:tcW w:w="1234" w:type="dxa"/>
          </w:tcPr>
          <w:p w14:paraId="6FF8A2A2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30841FA2" w14:textId="77777777" w:rsidR="004B4EAF" w:rsidRDefault="00000000">
            <w:r>
              <w:t>Morphological identification and genetic characterization of &lt;i&gt;Anopheles stephensi&lt;/i&gt; in Somaliland</w:t>
            </w:r>
          </w:p>
        </w:tc>
        <w:tc>
          <w:tcPr>
            <w:tcW w:w="1234" w:type="dxa"/>
          </w:tcPr>
          <w:p w14:paraId="57BE4A37" w14:textId="77777777" w:rsidR="004B4EAF" w:rsidRDefault="00000000">
            <w:r>
              <w:t>Parasites &amp; Vectors</w:t>
            </w:r>
          </w:p>
        </w:tc>
        <w:tc>
          <w:tcPr>
            <w:tcW w:w="1234" w:type="dxa"/>
          </w:tcPr>
          <w:p w14:paraId="3A31FAF2" w14:textId="77777777" w:rsidR="004B4EAF" w:rsidRDefault="00000000">
            <w:r>
              <w:t>Ali, S.; Samake, J. N.; Spear, J.; Carter, T. E.</w:t>
            </w:r>
          </w:p>
        </w:tc>
        <w:tc>
          <w:tcPr>
            <w:tcW w:w="1234" w:type="dxa"/>
          </w:tcPr>
          <w:p w14:paraId="2A74DD06" w14:textId="77777777" w:rsidR="004B4EAF" w:rsidRDefault="00000000">
            <w:r>
              <w:t>Malaria</w:t>
            </w:r>
          </w:p>
        </w:tc>
        <w:tc>
          <w:tcPr>
            <w:tcW w:w="1234" w:type="dxa"/>
          </w:tcPr>
          <w:p w14:paraId="604FF11D" w14:textId="77777777" w:rsidR="004B4EAF" w:rsidRDefault="00000000">
            <w:r>
              <w:t>10.1186/s13071-022-05339-y</w:t>
            </w:r>
          </w:p>
        </w:tc>
        <w:tc>
          <w:tcPr>
            <w:tcW w:w="1234" w:type="dxa"/>
          </w:tcPr>
          <w:p w14:paraId="75E1DFBD" w14:textId="77777777" w:rsidR="004B4EAF" w:rsidRDefault="00000000">
            <w:r>
              <w:t>&lt;Go to ISI&gt;://WOS:000825729900002</w:t>
            </w:r>
          </w:p>
        </w:tc>
      </w:tr>
      <w:tr w:rsidR="004B4EAF" w14:paraId="6963E45C" w14:textId="77777777">
        <w:tc>
          <w:tcPr>
            <w:tcW w:w="1234" w:type="dxa"/>
          </w:tcPr>
          <w:p w14:paraId="4DD06004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4E005025" w14:textId="77777777" w:rsidR="004B4EAF" w:rsidRDefault="00000000">
            <w:r>
              <w:t>INVITRO ACTIVITY OF ARTEMISININ, ITS DERIVATIVES, AND PYRONARIDINE AGAINST DIFFERENT STRAINS OF PLASMODIUM-FALCIPARUM</w:t>
            </w:r>
          </w:p>
        </w:tc>
        <w:tc>
          <w:tcPr>
            <w:tcW w:w="1234" w:type="dxa"/>
          </w:tcPr>
          <w:p w14:paraId="7D0F7B59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55FBF25A" w14:textId="77777777" w:rsidR="004B4EAF" w:rsidRDefault="00000000">
            <w:r>
              <w:t>Alin, M. H.; Bjorkman, A.; Ashton, M.</w:t>
            </w:r>
          </w:p>
        </w:tc>
        <w:tc>
          <w:tcPr>
            <w:tcW w:w="1234" w:type="dxa"/>
          </w:tcPr>
          <w:p w14:paraId="3D8D4BA0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709B064C" w14:textId="77777777" w:rsidR="004B4EAF" w:rsidRDefault="00000000">
            <w:r>
              <w:t>10.1016/0035-9203(90)90129-3</w:t>
            </w:r>
          </w:p>
        </w:tc>
        <w:tc>
          <w:tcPr>
            <w:tcW w:w="1234" w:type="dxa"/>
          </w:tcPr>
          <w:p w14:paraId="064D9543" w14:textId="77777777" w:rsidR="004B4EAF" w:rsidRDefault="00000000">
            <w:r>
              <w:t>&lt;Go to ISI&gt;://WOS:A1990EG35200007</w:t>
            </w:r>
          </w:p>
        </w:tc>
      </w:tr>
      <w:tr w:rsidR="004B4EAF" w14:paraId="4A5DAAE8" w14:textId="77777777">
        <w:tc>
          <w:tcPr>
            <w:tcW w:w="1234" w:type="dxa"/>
          </w:tcPr>
          <w:p w14:paraId="383C8007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040867E2" w14:textId="77777777" w:rsidR="004B4EAF" w:rsidRDefault="00000000">
            <w:r>
              <w:t xml:space="preserve">Positive Effect of Single-Dose Measles Vaccination in Reducing the Incidence of Pneumonia in Children with </w:t>
            </w:r>
            <w:r>
              <w:lastRenderedPageBreak/>
              <w:t>Measles</w:t>
            </w:r>
          </w:p>
        </w:tc>
        <w:tc>
          <w:tcPr>
            <w:tcW w:w="1234" w:type="dxa"/>
          </w:tcPr>
          <w:p w14:paraId="51860CB0" w14:textId="77777777" w:rsidR="004B4EAF" w:rsidRDefault="00000000">
            <w:r>
              <w:lastRenderedPageBreak/>
              <w:t>Journal of Tropical Pediatrics</w:t>
            </w:r>
          </w:p>
        </w:tc>
        <w:tc>
          <w:tcPr>
            <w:tcW w:w="1234" w:type="dxa"/>
          </w:tcPr>
          <w:p w14:paraId="1EA18FA2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Bagci</w:t>
            </w:r>
            <w:proofErr w:type="spellEnd"/>
            <w:r w:rsidRPr="005440C3">
              <w:rPr>
                <w:lang w:val="nb-NO"/>
              </w:rPr>
              <w:t xml:space="preserve">, Z.; </w:t>
            </w:r>
            <w:proofErr w:type="spellStart"/>
            <w:r w:rsidRPr="005440C3">
              <w:rPr>
                <w:lang w:val="nb-NO"/>
              </w:rPr>
              <w:t>Daki</w:t>
            </w:r>
            <w:proofErr w:type="spellEnd"/>
            <w:r w:rsidRPr="005440C3">
              <w:rPr>
                <w:lang w:val="nb-NO"/>
              </w:rPr>
              <w:t>, Y. Y.</w:t>
            </w:r>
          </w:p>
        </w:tc>
        <w:tc>
          <w:tcPr>
            <w:tcW w:w="1234" w:type="dxa"/>
          </w:tcPr>
          <w:p w14:paraId="37100F92" w14:textId="77777777" w:rsidR="004B4EAF" w:rsidRDefault="00000000">
            <w:r>
              <w:t>measles</w:t>
            </w:r>
          </w:p>
        </w:tc>
        <w:tc>
          <w:tcPr>
            <w:tcW w:w="1234" w:type="dxa"/>
          </w:tcPr>
          <w:p w14:paraId="7E322615" w14:textId="77777777" w:rsidR="004B4EAF" w:rsidRDefault="00000000">
            <w:r>
              <w:t>10.1093/tropej/fmaa085</w:t>
            </w:r>
          </w:p>
        </w:tc>
        <w:tc>
          <w:tcPr>
            <w:tcW w:w="1234" w:type="dxa"/>
          </w:tcPr>
          <w:p w14:paraId="64EBEFDC" w14:textId="77777777" w:rsidR="004B4EAF" w:rsidRDefault="00000000">
            <w:r>
              <w:t>&lt;Go to ISI&gt;://WOS:000637542600017</w:t>
            </w:r>
          </w:p>
        </w:tc>
      </w:tr>
      <w:tr w:rsidR="004B4EAF" w14:paraId="6BCCD6C2" w14:textId="77777777">
        <w:tc>
          <w:tcPr>
            <w:tcW w:w="1234" w:type="dxa"/>
          </w:tcPr>
          <w:p w14:paraId="067253E9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6B09CC03" w14:textId="77777777" w:rsidR="004B4EAF" w:rsidRDefault="00000000">
            <w:r>
              <w:t>Prevalence of Acute Kidney Injury in Covid-19 Patients- Retrospective Single-Center Study</w:t>
            </w:r>
          </w:p>
        </w:tc>
        <w:tc>
          <w:tcPr>
            <w:tcW w:w="1234" w:type="dxa"/>
          </w:tcPr>
          <w:p w14:paraId="71E47C08" w14:textId="77777777" w:rsidR="004B4EAF" w:rsidRDefault="00000000">
            <w:r>
              <w:t>Infection and Drug Resistance</w:t>
            </w:r>
          </w:p>
        </w:tc>
        <w:tc>
          <w:tcPr>
            <w:tcW w:w="1234" w:type="dxa"/>
          </w:tcPr>
          <w:p w14:paraId="65774327" w14:textId="77777777" w:rsidR="004B4EAF" w:rsidRDefault="00000000">
            <w:r>
              <w:t>Bashir, A. M.; Mukhtar, M. S.; Mohamed, Y. G.; Cetinkaya, O.; Fiidow, O. A.</w:t>
            </w:r>
          </w:p>
        </w:tc>
        <w:tc>
          <w:tcPr>
            <w:tcW w:w="1234" w:type="dxa"/>
          </w:tcPr>
          <w:p w14:paraId="2B581FF0" w14:textId="77777777" w:rsidR="004B4EAF" w:rsidRDefault="00000000">
            <w:r>
              <w:t>Somalia</w:t>
            </w:r>
          </w:p>
        </w:tc>
        <w:tc>
          <w:tcPr>
            <w:tcW w:w="1234" w:type="dxa"/>
          </w:tcPr>
          <w:p w14:paraId="6ECDFBD2" w14:textId="77777777" w:rsidR="004B4EAF" w:rsidRDefault="00000000">
            <w:r>
              <w:t>10.2147/idr.S357997</w:t>
            </w:r>
          </w:p>
        </w:tc>
        <w:tc>
          <w:tcPr>
            <w:tcW w:w="1234" w:type="dxa"/>
          </w:tcPr>
          <w:p w14:paraId="6F42ABFC" w14:textId="77777777" w:rsidR="004B4EAF" w:rsidRDefault="00000000">
            <w:r>
              <w:t>&lt;Go to ISI&gt;://WOS:000783812900011</w:t>
            </w:r>
          </w:p>
        </w:tc>
      </w:tr>
      <w:tr w:rsidR="004B4EAF" w14:paraId="3A0C2C9A" w14:textId="77777777">
        <w:tc>
          <w:tcPr>
            <w:tcW w:w="1234" w:type="dxa"/>
          </w:tcPr>
          <w:p w14:paraId="2C57C631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3E5B0710" w14:textId="77777777" w:rsidR="004B4EAF" w:rsidRDefault="00000000">
            <w:r>
              <w:t>ONE HEALTH REGIONAL NETWORK FOR THE HORN OF AFRICA</w:t>
            </w:r>
          </w:p>
        </w:tc>
        <w:tc>
          <w:tcPr>
            <w:tcW w:w="1234" w:type="dxa"/>
          </w:tcPr>
          <w:p w14:paraId="452AD2AB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16E0CC81" w14:textId="77777777" w:rsidR="004B4EAF" w:rsidRDefault="00000000">
            <w:r>
              <w:t>Baylis, M.; Asrat, D.; Fevre, F.; Kahsay, M.; Mor, S.; Ongore, D.; Pulford, J.; Wesonga, F.</w:t>
            </w:r>
          </w:p>
        </w:tc>
        <w:tc>
          <w:tcPr>
            <w:tcW w:w="1234" w:type="dxa"/>
          </w:tcPr>
          <w:p w14:paraId="4912374C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5AE02E8E" w14:textId="77777777" w:rsidR="004B4EAF" w:rsidRDefault="004B4EAF"/>
        </w:tc>
        <w:tc>
          <w:tcPr>
            <w:tcW w:w="1234" w:type="dxa"/>
          </w:tcPr>
          <w:p w14:paraId="6566F685" w14:textId="77777777" w:rsidR="004B4EAF" w:rsidRDefault="00000000">
            <w:r>
              <w:t>&lt;Go to ISI&gt;://WOS:000493064400344</w:t>
            </w:r>
          </w:p>
        </w:tc>
      </w:tr>
      <w:tr w:rsidR="004B4EAF" w14:paraId="3159B339" w14:textId="77777777">
        <w:tc>
          <w:tcPr>
            <w:tcW w:w="1234" w:type="dxa"/>
          </w:tcPr>
          <w:p w14:paraId="0017D316" w14:textId="77777777" w:rsidR="004B4EAF" w:rsidRDefault="00000000">
            <w:r>
              <w:t>1991</w:t>
            </w:r>
          </w:p>
        </w:tc>
        <w:tc>
          <w:tcPr>
            <w:tcW w:w="1234" w:type="dxa"/>
          </w:tcPr>
          <w:p w14:paraId="2D099CE1" w14:textId="77777777" w:rsidR="004B4EAF" w:rsidRDefault="00000000">
            <w:r>
              <w:t>LATE SEROCONVERSION TO HEPATITIS-B IN A SOMALI VILLAGE INDICATES THE IMPORTANT ROLE OF VENEREAL TRANSMISSION</w:t>
            </w:r>
          </w:p>
        </w:tc>
        <w:tc>
          <w:tcPr>
            <w:tcW w:w="1234" w:type="dxa"/>
          </w:tcPr>
          <w:p w14:paraId="64D42BD2" w14:textId="77777777" w:rsidR="004B4EAF" w:rsidRDefault="00000000">
            <w:r>
              <w:t>Journal of Tropical Medicine and Hygiene</w:t>
            </w:r>
          </w:p>
        </w:tc>
        <w:tc>
          <w:tcPr>
            <w:tcW w:w="1234" w:type="dxa"/>
          </w:tcPr>
          <w:p w14:paraId="3AA1F4BA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Bile, K.; Abdirahman, M.; Mohamud, O.; Aden, C.; Isse, A.; Nilsson, L.; </w:t>
            </w:r>
            <w:proofErr w:type="spellStart"/>
            <w:r w:rsidRPr="005440C3">
              <w:rPr>
                <w:lang w:val="nb-NO"/>
              </w:rPr>
              <w:t>Norder</w:t>
            </w:r>
            <w:proofErr w:type="spellEnd"/>
            <w:r w:rsidRPr="005440C3">
              <w:rPr>
                <w:lang w:val="nb-NO"/>
              </w:rPr>
              <w:t xml:space="preserve">, H.; </w:t>
            </w:r>
            <w:proofErr w:type="spellStart"/>
            <w:r w:rsidRPr="005440C3">
              <w:rPr>
                <w:lang w:val="nb-NO"/>
              </w:rPr>
              <w:t>Magnius</w:t>
            </w:r>
            <w:proofErr w:type="spellEnd"/>
            <w:r w:rsidRPr="005440C3">
              <w:rPr>
                <w:lang w:val="nb-NO"/>
              </w:rPr>
              <w:t>, L.</w:t>
            </w:r>
          </w:p>
        </w:tc>
        <w:tc>
          <w:tcPr>
            <w:tcW w:w="1234" w:type="dxa"/>
          </w:tcPr>
          <w:p w14:paraId="72364A73" w14:textId="77777777" w:rsidR="004B4EAF" w:rsidRDefault="00000000">
            <w:r>
              <w:t>virus-infection</w:t>
            </w:r>
          </w:p>
        </w:tc>
        <w:tc>
          <w:tcPr>
            <w:tcW w:w="1234" w:type="dxa"/>
          </w:tcPr>
          <w:p w14:paraId="27D3178A" w14:textId="77777777" w:rsidR="004B4EAF" w:rsidRDefault="004B4EAF"/>
        </w:tc>
        <w:tc>
          <w:tcPr>
            <w:tcW w:w="1234" w:type="dxa"/>
          </w:tcPr>
          <w:p w14:paraId="683AC30D" w14:textId="77777777" w:rsidR="004B4EAF" w:rsidRDefault="00000000">
            <w:r>
              <w:t>&lt;Go to ISI&gt;://WOS:A1991GV94500001</w:t>
            </w:r>
          </w:p>
        </w:tc>
      </w:tr>
      <w:tr w:rsidR="004B4EAF" w14:paraId="4A53BDBC" w14:textId="77777777">
        <w:tc>
          <w:tcPr>
            <w:tcW w:w="1234" w:type="dxa"/>
          </w:tcPr>
          <w:p w14:paraId="593D61F4" w14:textId="77777777" w:rsidR="004B4EAF" w:rsidRDefault="00000000">
            <w:r>
              <w:t>1993</w:t>
            </w:r>
          </w:p>
        </w:tc>
        <w:tc>
          <w:tcPr>
            <w:tcW w:w="1234" w:type="dxa"/>
          </w:tcPr>
          <w:p w14:paraId="22E3BC16" w14:textId="77777777" w:rsidR="004B4EAF" w:rsidRDefault="00000000">
            <w:r>
              <w:t>IMPORTANT ROLE OF HEPATITIS-C VIRUS-INFECTION AS A CAUSE OF CHRONIC LIVER-DISEASE IN SOMALIA</w:t>
            </w:r>
          </w:p>
        </w:tc>
        <w:tc>
          <w:tcPr>
            <w:tcW w:w="1234" w:type="dxa"/>
          </w:tcPr>
          <w:p w14:paraId="15B367CB" w14:textId="77777777" w:rsidR="004B4EAF" w:rsidRDefault="00000000">
            <w:r>
              <w:t>Scandinavian Journal of Infectious Diseases</w:t>
            </w:r>
          </w:p>
        </w:tc>
        <w:tc>
          <w:tcPr>
            <w:tcW w:w="1234" w:type="dxa"/>
          </w:tcPr>
          <w:p w14:paraId="1EA19B62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Bile, K.; Aden, C.; </w:t>
            </w:r>
            <w:proofErr w:type="spellStart"/>
            <w:r w:rsidRPr="005440C3">
              <w:rPr>
                <w:lang w:val="nb-NO"/>
              </w:rPr>
              <w:t>Norder</w:t>
            </w:r>
            <w:proofErr w:type="spellEnd"/>
            <w:r w:rsidRPr="005440C3">
              <w:rPr>
                <w:lang w:val="nb-NO"/>
              </w:rPr>
              <w:t xml:space="preserve">, H.; </w:t>
            </w:r>
            <w:proofErr w:type="spellStart"/>
            <w:r w:rsidRPr="005440C3">
              <w:rPr>
                <w:lang w:val="nb-NO"/>
              </w:rPr>
              <w:t>Magnius</w:t>
            </w:r>
            <w:proofErr w:type="spellEnd"/>
            <w:r w:rsidRPr="005440C3">
              <w:rPr>
                <w:lang w:val="nb-NO"/>
              </w:rPr>
              <w:t>, L.; Lindberg, G.; Nilsson, L.</w:t>
            </w:r>
          </w:p>
        </w:tc>
        <w:tc>
          <w:tcPr>
            <w:tcW w:w="1234" w:type="dxa"/>
          </w:tcPr>
          <w:p w14:paraId="38D2C0C4" w14:textId="77777777" w:rsidR="004B4EAF" w:rsidRDefault="00000000">
            <w:r>
              <w:t>non-b-hepatitis</w:t>
            </w:r>
          </w:p>
        </w:tc>
        <w:tc>
          <w:tcPr>
            <w:tcW w:w="1234" w:type="dxa"/>
          </w:tcPr>
          <w:p w14:paraId="0839E198" w14:textId="77777777" w:rsidR="004B4EAF" w:rsidRDefault="00000000">
            <w:r>
              <w:t>10.3109/00365549309008543</w:t>
            </w:r>
          </w:p>
        </w:tc>
        <w:tc>
          <w:tcPr>
            <w:tcW w:w="1234" w:type="dxa"/>
          </w:tcPr>
          <w:p w14:paraId="2F903526" w14:textId="77777777" w:rsidR="004B4EAF" w:rsidRDefault="00000000">
            <w:r>
              <w:t>&lt;Go to ISI&gt;://WOS:A1993MG84500002</w:t>
            </w:r>
          </w:p>
        </w:tc>
      </w:tr>
      <w:tr w:rsidR="004B4EAF" w14:paraId="11900E6E" w14:textId="77777777">
        <w:tc>
          <w:tcPr>
            <w:tcW w:w="1234" w:type="dxa"/>
          </w:tcPr>
          <w:p w14:paraId="09A2A15A" w14:textId="77777777" w:rsidR="004B4EAF" w:rsidRDefault="00000000">
            <w:r>
              <w:t>1994</w:t>
            </w:r>
          </w:p>
        </w:tc>
        <w:tc>
          <w:tcPr>
            <w:tcW w:w="1234" w:type="dxa"/>
          </w:tcPr>
          <w:p w14:paraId="3F14BB2F" w14:textId="77777777" w:rsidR="004B4EAF" w:rsidRDefault="00000000">
            <w:r>
              <w:t xml:space="preserve">CONTRASTING ROLES OF RIVERS AND WELLS AS SOURCES OF DRINKING-WATER ON ATTACK AND </w:t>
            </w:r>
            <w:r>
              <w:lastRenderedPageBreak/>
              <w:t>FATALITY RATES IN A HEPATITIS-E EPIDEMIC IN SOMALIA</w:t>
            </w:r>
          </w:p>
        </w:tc>
        <w:tc>
          <w:tcPr>
            <w:tcW w:w="1234" w:type="dxa"/>
          </w:tcPr>
          <w:p w14:paraId="195DCA7A" w14:textId="77777777" w:rsidR="004B4EAF" w:rsidRDefault="00000000">
            <w:r>
              <w:lastRenderedPageBreak/>
              <w:t>American Journal of Tropical Medicine and Hygiene</w:t>
            </w:r>
          </w:p>
        </w:tc>
        <w:tc>
          <w:tcPr>
            <w:tcW w:w="1234" w:type="dxa"/>
          </w:tcPr>
          <w:p w14:paraId="3E2D59FA" w14:textId="77777777" w:rsidR="004B4EAF" w:rsidRDefault="00000000">
            <w:r>
              <w:t xml:space="preserve">Bile, K.; Isse, A.; Mohamud, O.; Allebeck, P.; Nilsson, L.; Norder, H.; Mushahwar, I. </w:t>
            </w:r>
            <w:r>
              <w:lastRenderedPageBreak/>
              <w:t>K.; Magnius, L. O.</w:t>
            </w:r>
          </w:p>
        </w:tc>
        <w:tc>
          <w:tcPr>
            <w:tcW w:w="1234" w:type="dxa"/>
          </w:tcPr>
          <w:p w14:paraId="6CE19360" w14:textId="77777777" w:rsidR="004B4EAF" w:rsidRDefault="00000000">
            <w:r>
              <w:lastRenderedPageBreak/>
              <w:t>non-b-hepatitis</w:t>
            </w:r>
          </w:p>
        </w:tc>
        <w:tc>
          <w:tcPr>
            <w:tcW w:w="1234" w:type="dxa"/>
          </w:tcPr>
          <w:p w14:paraId="24DFB5A0" w14:textId="77777777" w:rsidR="004B4EAF" w:rsidRDefault="00000000">
            <w:r>
              <w:t>10.4269/ajtmh.1994.51.466</w:t>
            </w:r>
          </w:p>
        </w:tc>
        <w:tc>
          <w:tcPr>
            <w:tcW w:w="1234" w:type="dxa"/>
          </w:tcPr>
          <w:p w14:paraId="3547763F" w14:textId="77777777" w:rsidR="004B4EAF" w:rsidRDefault="00000000">
            <w:r>
              <w:t>&lt;Go to ISI&gt;://WOS:A1994PN55300015</w:t>
            </w:r>
          </w:p>
        </w:tc>
      </w:tr>
      <w:tr w:rsidR="004B4EAF" w14:paraId="635C3E5C" w14:textId="77777777">
        <w:tc>
          <w:tcPr>
            <w:tcW w:w="1234" w:type="dxa"/>
          </w:tcPr>
          <w:p w14:paraId="5E8646A2" w14:textId="77777777" w:rsidR="004B4EAF" w:rsidRDefault="00000000">
            <w:r>
              <w:t>2014</w:t>
            </w:r>
          </w:p>
        </w:tc>
        <w:tc>
          <w:tcPr>
            <w:tcW w:w="1234" w:type="dxa"/>
          </w:tcPr>
          <w:p w14:paraId="6050A94A" w14:textId="77777777" w:rsidR="004B4EAF" w:rsidRDefault="00000000">
            <w:r>
              <w:t>Dengue fever outbreak in Mogadishu, Somalia 2011: Co-circulation of three dengue virus serotypes</w:t>
            </w:r>
          </w:p>
        </w:tc>
        <w:tc>
          <w:tcPr>
            <w:tcW w:w="1234" w:type="dxa"/>
          </w:tcPr>
          <w:p w14:paraId="117B6011" w14:textId="77777777" w:rsidR="004B4EAF" w:rsidRDefault="00000000">
            <w:r>
              <w:t>International Journal of Infectious Diseases</w:t>
            </w:r>
          </w:p>
        </w:tc>
        <w:tc>
          <w:tcPr>
            <w:tcW w:w="1234" w:type="dxa"/>
          </w:tcPr>
          <w:p w14:paraId="45211A08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Bosa</w:t>
            </w:r>
            <w:proofErr w:type="spellEnd"/>
            <w:r w:rsidRPr="005440C3">
              <w:rPr>
                <w:lang w:val="nb-NO"/>
              </w:rPr>
              <w:t xml:space="preserve">, H. K.; Montgomery, J. M.; </w:t>
            </w:r>
            <w:proofErr w:type="spellStart"/>
            <w:r w:rsidRPr="005440C3">
              <w:rPr>
                <w:lang w:val="nb-NO"/>
              </w:rPr>
              <w:t>Kimuli</w:t>
            </w:r>
            <w:proofErr w:type="spellEnd"/>
            <w:r w:rsidRPr="005440C3">
              <w:rPr>
                <w:lang w:val="nb-NO"/>
              </w:rPr>
              <w:t xml:space="preserve">, I.; </w:t>
            </w:r>
            <w:proofErr w:type="spellStart"/>
            <w:r w:rsidRPr="005440C3">
              <w:rPr>
                <w:lang w:val="nb-NO"/>
              </w:rPr>
              <w:t>Lutwama</w:t>
            </w:r>
            <w:proofErr w:type="spellEnd"/>
            <w:r w:rsidRPr="005440C3">
              <w:rPr>
                <w:lang w:val="nb-NO"/>
              </w:rPr>
              <w:t>, J. J.</w:t>
            </w:r>
          </w:p>
        </w:tc>
        <w:tc>
          <w:tcPr>
            <w:tcW w:w="1234" w:type="dxa"/>
          </w:tcPr>
          <w:p w14:paraId="21F0850B" w14:textId="77777777" w:rsidR="004B4EAF" w:rsidRDefault="00000000">
            <w:r>
              <w:t>Infectious Diseases</w:t>
            </w:r>
          </w:p>
        </w:tc>
        <w:tc>
          <w:tcPr>
            <w:tcW w:w="1234" w:type="dxa"/>
          </w:tcPr>
          <w:p w14:paraId="232CAC33" w14:textId="77777777" w:rsidR="004B4EAF" w:rsidRDefault="00000000">
            <w:r>
              <w:t>10.1016/j.ijid.2014.03.412</w:t>
            </w:r>
          </w:p>
        </w:tc>
        <w:tc>
          <w:tcPr>
            <w:tcW w:w="1234" w:type="dxa"/>
          </w:tcPr>
          <w:p w14:paraId="03D6D2A9" w14:textId="77777777" w:rsidR="004B4EAF" w:rsidRDefault="00000000">
            <w:r>
              <w:t>&lt;Go to ISI&gt;://WOS:000209704000006</w:t>
            </w:r>
          </w:p>
        </w:tc>
      </w:tr>
      <w:tr w:rsidR="004B4EAF" w14:paraId="5A817A7F" w14:textId="77777777">
        <w:tc>
          <w:tcPr>
            <w:tcW w:w="1234" w:type="dxa"/>
          </w:tcPr>
          <w:p w14:paraId="64D14CA0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4C7583F8" w14:textId="77777777" w:rsidR="004B4EAF" w:rsidRDefault="00000000">
            <w:r>
              <w:t>SEROLOGICAL EVIDENCE OF DENGUE FEVER AMONG REFUGEES, HARGEYSA, SOMALIA</w:t>
            </w:r>
          </w:p>
        </w:tc>
        <w:tc>
          <w:tcPr>
            <w:tcW w:w="1234" w:type="dxa"/>
          </w:tcPr>
          <w:p w14:paraId="5354A5DF" w14:textId="77777777" w:rsidR="004B4EAF" w:rsidRDefault="00000000">
            <w:r>
              <w:t>Journal of Medical Virology</w:t>
            </w:r>
          </w:p>
        </w:tc>
        <w:tc>
          <w:tcPr>
            <w:tcW w:w="1234" w:type="dxa"/>
          </w:tcPr>
          <w:p w14:paraId="716C419D" w14:textId="77777777" w:rsidR="004B4EAF" w:rsidRDefault="00000000">
            <w:r>
              <w:t>Botros, B. A. M.; Watts, D. M.; Soliman, A. K.; Salib, A. W.; Moussa, M. I.; Mursal, H.; Douglas, C.; Farah, M.</w:t>
            </w:r>
          </w:p>
        </w:tc>
        <w:tc>
          <w:tcPr>
            <w:tcW w:w="1234" w:type="dxa"/>
          </w:tcPr>
          <w:p w14:paraId="611E0990" w14:textId="77777777" w:rsidR="004B4EAF" w:rsidRDefault="00000000">
            <w:r>
              <w:t>Virology</w:t>
            </w:r>
          </w:p>
        </w:tc>
        <w:tc>
          <w:tcPr>
            <w:tcW w:w="1234" w:type="dxa"/>
          </w:tcPr>
          <w:p w14:paraId="5861B7F2" w14:textId="77777777" w:rsidR="004B4EAF" w:rsidRDefault="00000000">
            <w:r>
              <w:t>10.1002/jmv.1890290202</w:t>
            </w:r>
          </w:p>
        </w:tc>
        <w:tc>
          <w:tcPr>
            <w:tcW w:w="1234" w:type="dxa"/>
          </w:tcPr>
          <w:p w14:paraId="37DAA890" w14:textId="77777777" w:rsidR="004B4EAF" w:rsidRDefault="00000000">
            <w:r>
              <w:t>&lt;Go to ISI&gt;://WOS:A1989AY86400001</w:t>
            </w:r>
          </w:p>
        </w:tc>
      </w:tr>
      <w:tr w:rsidR="004B4EAF" w14:paraId="66C20B39" w14:textId="77777777">
        <w:tc>
          <w:tcPr>
            <w:tcW w:w="1234" w:type="dxa"/>
          </w:tcPr>
          <w:p w14:paraId="34454057" w14:textId="77777777" w:rsidR="004B4EAF" w:rsidRDefault="00000000">
            <w:r>
              <w:t>2015</w:t>
            </w:r>
          </w:p>
        </w:tc>
        <w:tc>
          <w:tcPr>
            <w:tcW w:w="1234" w:type="dxa"/>
          </w:tcPr>
          <w:p w14:paraId="5FC21A27" w14:textId="77777777" w:rsidR="004B4EAF" w:rsidRDefault="00000000">
            <w:r>
              <w:t>Use of a bibliometric literature review to assess medical research capacity in post-conflict and developing countries: Somaliland 1991-2013</w:t>
            </w:r>
          </w:p>
        </w:tc>
        <w:tc>
          <w:tcPr>
            <w:tcW w:w="1234" w:type="dxa"/>
          </w:tcPr>
          <w:p w14:paraId="34722E20" w14:textId="77777777" w:rsidR="004B4EAF" w:rsidRDefault="00000000">
            <w:r>
              <w:t>Tropical Medicine &amp; International Health</w:t>
            </w:r>
          </w:p>
        </w:tc>
        <w:tc>
          <w:tcPr>
            <w:tcW w:w="1234" w:type="dxa"/>
          </w:tcPr>
          <w:p w14:paraId="1B6040F1" w14:textId="77777777" w:rsidR="004B4EAF" w:rsidRDefault="00000000">
            <w:r>
              <w:t>Boyce, R.; Rosch, R.; Finlayson, A.; Handuleh, D.; Walhad, S. A.; Whitwell, S.; Leather, A.</w:t>
            </w:r>
          </w:p>
        </w:tc>
        <w:tc>
          <w:tcPr>
            <w:tcW w:w="1234" w:type="dxa"/>
          </w:tcPr>
          <w:p w14:paraId="56A823AF" w14:textId="77777777" w:rsidR="004B4EAF" w:rsidRDefault="00000000">
            <w:r>
              <w:t>research</w:t>
            </w:r>
          </w:p>
        </w:tc>
        <w:tc>
          <w:tcPr>
            <w:tcW w:w="1234" w:type="dxa"/>
          </w:tcPr>
          <w:p w14:paraId="0B6DCB04" w14:textId="77777777" w:rsidR="004B4EAF" w:rsidRDefault="00000000">
            <w:r>
              <w:t>10.1111/tmi.12590</w:t>
            </w:r>
          </w:p>
        </w:tc>
        <w:tc>
          <w:tcPr>
            <w:tcW w:w="1234" w:type="dxa"/>
          </w:tcPr>
          <w:p w14:paraId="0E121526" w14:textId="77777777" w:rsidR="004B4EAF" w:rsidRDefault="00000000">
            <w:r>
              <w:t>&lt;Go to ISI&gt;://WOS:000362583100013</w:t>
            </w:r>
          </w:p>
        </w:tc>
      </w:tr>
      <w:tr w:rsidR="004B4EAF" w14:paraId="7258B65C" w14:textId="77777777">
        <w:tc>
          <w:tcPr>
            <w:tcW w:w="1234" w:type="dxa"/>
          </w:tcPr>
          <w:p w14:paraId="3D35814B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48ADF030" w14:textId="77777777" w:rsidR="004B4EAF" w:rsidRDefault="00000000">
            <w:r>
              <w:t xml:space="preserve">COMPARATIVE PHARMACOKINETICS OF AMIKACIN SULFATE IN </w:t>
            </w:r>
            <w:r>
              <w:lastRenderedPageBreak/>
              <w:t>CALVES AND SHEEP</w:t>
            </w:r>
          </w:p>
        </w:tc>
        <w:tc>
          <w:tcPr>
            <w:tcW w:w="1234" w:type="dxa"/>
          </w:tcPr>
          <w:p w14:paraId="53E44863" w14:textId="77777777" w:rsidR="004B4EAF" w:rsidRDefault="00000000">
            <w:r>
              <w:lastRenderedPageBreak/>
              <w:t>Research in Veterinary Science</w:t>
            </w:r>
          </w:p>
        </w:tc>
        <w:tc>
          <w:tcPr>
            <w:tcW w:w="1234" w:type="dxa"/>
          </w:tcPr>
          <w:p w14:paraId="77B9EDD4" w14:textId="77777777" w:rsidR="004B4EAF" w:rsidRDefault="00000000">
            <w:r>
              <w:t xml:space="preserve">Carli, S.; Montesissa, C.; Sonzogni, O.; Madonna, M.; </w:t>
            </w:r>
            <w:r>
              <w:lastRenderedPageBreak/>
              <w:t>Saidfaqi, A.</w:t>
            </w:r>
          </w:p>
        </w:tc>
        <w:tc>
          <w:tcPr>
            <w:tcW w:w="1234" w:type="dxa"/>
          </w:tcPr>
          <w:p w14:paraId="32E5E57D" w14:textId="77777777" w:rsidR="004B4EAF" w:rsidRDefault="00000000">
            <w:r>
              <w:lastRenderedPageBreak/>
              <w:t>Veterinary Sciences</w:t>
            </w:r>
          </w:p>
        </w:tc>
        <w:tc>
          <w:tcPr>
            <w:tcW w:w="1234" w:type="dxa"/>
          </w:tcPr>
          <w:p w14:paraId="38A1AF79" w14:textId="77777777" w:rsidR="004B4EAF" w:rsidRDefault="00000000">
            <w:r>
              <w:t>10.1016/s0034-5288(18)30996-2</w:t>
            </w:r>
          </w:p>
        </w:tc>
        <w:tc>
          <w:tcPr>
            <w:tcW w:w="1234" w:type="dxa"/>
          </w:tcPr>
          <w:p w14:paraId="2DD57E3D" w14:textId="77777777" w:rsidR="004B4EAF" w:rsidRDefault="00000000">
            <w:r>
              <w:t>&lt;Go to ISI&gt;://WOS:A1990CV76900018</w:t>
            </w:r>
          </w:p>
        </w:tc>
      </w:tr>
      <w:tr w:rsidR="004B4EAF" w14:paraId="0F32A939" w14:textId="77777777">
        <w:tc>
          <w:tcPr>
            <w:tcW w:w="1234" w:type="dxa"/>
          </w:tcPr>
          <w:p w14:paraId="5058DD35" w14:textId="77777777" w:rsidR="004B4EAF" w:rsidRDefault="00000000">
            <w:r>
              <w:t>1988</w:t>
            </w:r>
          </w:p>
        </w:tc>
        <w:tc>
          <w:tcPr>
            <w:tcW w:w="1234" w:type="dxa"/>
          </w:tcPr>
          <w:p w14:paraId="7C2B28C5" w14:textId="77777777" w:rsidR="004B4EAF" w:rsidRDefault="00000000">
            <w:r>
              <w:t>A 2-YEAR STUDY OF ENTERIC INFECTIONS ASSOCIATED WITH DIARRHEAL DISEASES IN CHILDREN IN URBAN SOMALIA</w:t>
            </w:r>
          </w:p>
        </w:tc>
        <w:tc>
          <w:tcPr>
            <w:tcW w:w="1234" w:type="dxa"/>
          </w:tcPr>
          <w:p w14:paraId="1EC80AB3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7B4F358A" w14:textId="77777777" w:rsidR="004B4EAF" w:rsidRDefault="00000000">
            <w:r>
              <w:t>Casalino, M.; Yusuf, M. W.; Nicoletti, M.; Bazzicalupo, P.; Coppo, A.; Colonna, B.; Cappelli, C.; Bianchini, C.; Falbo, V.; Ahmed, H. J.; Omar, K. H.; Maxamuud, K. B.; Maimone, F.</w:t>
            </w:r>
          </w:p>
        </w:tc>
        <w:tc>
          <w:tcPr>
            <w:tcW w:w="1234" w:type="dxa"/>
          </w:tcPr>
          <w:p w14:paraId="28C5D809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48FD9022" w14:textId="77777777" w:rsidR="004B4EAF" w:rsidRDefault="00000000">
            <w:r>
              <w:t>10.1016/0035-9203(88)90542-1</w:t>
            </w:r>
          </w:p>
        </w:tc>
        <w:tc>
          <w:tcPr>
            <w:tcW w:w="1234" w:type="dxa"/>
          </w:tcPr>
          <w:p w14:paraId="428F5167" w14:textId="77777777" w:rsidR="004B4EAF" w:rsidRDefault="00000000">
            <w:r>
              <w:t>&lt;Go to ISI&gt;://WOS:A1988Q036200047</w:t>
            </w:r>
          </w:p>
        </w:tc>
      </w:tr>
      <w:tr w:rsidR="004B4EAF" w14:paraId="1284E31D" w14:textId="77777777">
        <w:tc>
          <w:tcPr>
            <w:tcW w:w="1234" w:type="dxa"/>
          </w:tcPr>
          <w:p w14:paraId="2592AA27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069667B9" w14:textId="77777777" w:rsidR="004B4EAF" w:rsidRDefault="00000000">
            <w:r>
              <w:t>VIBRIO-CHOLERAE IN THE HORN-OF-AFRICA - EPIDEMIOLOGY, PLASMIDS, TETRACYCLINE RESISTANCE GENE AMPLIFICATION, AND COMPARISON BETWEEN O1 AND NON-O1 STRAINS</w:t>
            </w:r>
          </w:p>
        </w:tc>
        <w:tc>
          <w:tcPr>
            <w:tcW w:w="1234" w:type="dxa"/>
          </w:tcPr>
          <w:p w14:paraId="5315D79B" w14:textId="77777777" w:rsidR="004B4EAF" w:rsidRDefault="00000000">
            <w:r>
              <w:t>American Journal of Tropical Medicine and Hygiene</w:t>
            </w:r>
          </w:p>
        </w:tc>
        <w:tc>
          <w:tcPr>
            <w:tcW w:w="1234" w:type="dxa"/>
          </w:tcPr>
          <w:p w14:paraId="07FD4661" w14:textId="77777777" w:rsidR="004B4EAF" w:rsidRDefault="00000000">
            <w:r>
              <w:t>Coppo, A.; Colombo, M.; Pazzani, C.; Bruni, R.; Mohamud, K. A.; Omar, K. H.; Mastrandrea, S.; Salvia, A. M.; Rotigliano, G.; Maimone, F.</w:t>
            </w:r>
          </w:p>
        </w:tc>
        <w:tc>
          <w:tcPr>
            <w:tcW w:w="1234" w:type="dxa"/>
          </w:tcPr>
          <w:p w14:paraId="1A81AE63" w14:textId="77777777" w:rsidR="004B4EAF" w:rsidRDefault="00000000">
            <w:r>
              <w:t>states gulf-coast</w:t>
            </w:r>
          </w:p>
        </w:tc>
        <w:tc>
          <w:tcPr>
            <w:tcW w:w="1234" w:type="dxa"/>
          </w:tcPr>
          <w:p w14:paraId="7C0BD9D0" w14:textId="77777777" w:rsidR="004B4EAF" w:rsidRDefault="00000000">
            <w:r>
              <w:t>10.4269/ajtmh.1995.53.351</w:t>
            </w:r>
          </w:p>
        </w:tc>
        <w:tc>
          <w:tcPr>
            <w:tcW w:w="1234" w:type="dxa"/>
          </w:tcPr>
          <w:p w14:paraId="6DAFF633" w14:textId="77777777" w:rsidR="004B4EAF" w:rsidRDefault="00000000">
            <w:r>
              <w:t>&lt;Go to ISI&gt;://WOS:A1995TD72700006</w:t>
            </w:r>
          </w:p>
        </w:tc>
      </w:tr>
      <w:tr w:rsidR="004B4EAF" w14:paraId="0E8FF9A4" w14:textId="77777777">
        <w:tc>
          <w:tcPr>
            <w:tcW w:w="1234" w:type="dxa"/>
          </w:tcPr>
          <w:p w14:paraId="0F098842" w14:textId="77777777" w:rsidR="004B4EAF" w:rsidRDefault="00000000">
            <w:r>
              <w:t>1986</w:t>
            </w:r>
          </w:p>
        </w:tc>
        <w:tc>
          <w:tcPr>
            <w:tcW w:w="1234" w:type="dxa"/>
          </w:tcPr>
          <w:p w14:paraId="7BBD12B5" w14:textId="77777777" w:rsidR="004B4EAF" w:rsidRDefault="00000000">
            <w:r>
              <w:t>SOMALIA - ENDOCRINOLOGIC ASPECTS OF REPRODUCTION IN THE FEMALE CAMEL</w:t>
            </w:r>
          </w:p>
        </w:tc>
        <w:tc>
          <w:tcPr>
            <w:tcW w:w="1234" w:type="dxa"/>
          </w:tcPr>
          <w:p w14:paraId="1F839594" w14:textId="77777777" w:rsidR="004B4EAF" w:rsidRDefault="00000000">
            <w:r>
              <w:t>World Animal Review</w:t>
            </w:r>
          </w:p>
        </w:tc>
        <w:tc>
          <w:tcPr>
            <w:tcW w:w="1234" w:type="dxa"/>
          </w:tcPr>
          <w:p w14:paraId="160E10EE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Cristofori</w:t>
            </w:r>
            <w:proofErr w:type="spellEnd"/>
            <w:r w:rsidRPr="005440C3">
              <w:rPr>
                <w:lang w:val="nb-NO"/>
              </w:rPr>
              <w:t xml:space="preserve">, P.; </w:t>
            </w:r>
            <w:proofErr w:type="spellStart"/>
            <w:r w:rsidRPr="005440C3">
              <w:rPr>
                <w:lang w:val="nb-NO"/>
              </w:rPr>
              <w:t>Aria</w:t>
            </w:r>
            <w:proofErr w:type="spellEnd"/>
            <w:r w:rsidRPr="005440C3">
              <w:rPr>
                <w:lang w:val="nb-NO"/>
              </w:rPr>
              <w:t xml:space="preserve">, G.; </w:t>
            </w:r>
            <w:proofErr w:type="spellStart"/>
            <w:r w:rsidRPr="005440C3">
              <w:rPr>
                <w:lang w:val="nb-NO"/>
              </w:rPr>
              <w:t>Seren</w:t>
            </w:r>
            <w:proofErr w:type="spellEnd"/>
            <w:r w:rsidRPr="005440C3">
              <w:rPr>
                <w:lang w:val="nb-NO"/>
              </w:rPr>
              <w:t xml:space="preserve">, E.; Bono, G.; </w:t>
            </w:r>
            <w:proofErr w:type="spellStart"/>
            <w:r w:rsidRPr="005440C3">
              <w:rPr>
                <w:lang w:val="nb-NO"/>
              </w:rPr>
              <w:t>Aaden</w:t>
            </w:r>
            <w:proofErr w:type="spellEnd"/>
            <w:r w:rsidRPr="005440C3">
              <w:rPr>
                <w:lang w:val="nb-NO"/>
              </w:rPr>
              <w:t xml:space="preserve">, A. S.; </w:t>
            </w:r>
            <w:proofErr w:type="spellStart"/>
            <w:r w:rsidRPr="005440C3">
              <w:rPr>
                <w:lang w:val="nb-NO"/>
              </w:rPr>
              <w:t>Nur</w:t>
            </w:r>
            <w:proofErr w:type="spellEnd"/>
            <w:r w:rsidRPr="005440C3">
              <w:rPr>
                <w:lang w:val="nb-NO"/>
              </w:rPr>
              <w:t>, H. M.</w:t>
            </w:r>
          </w:p>
        </w:tc>
        <w:tc>
          <w:tcPr>
            <w:tcW w:w="1234" w:type="dxa"/>
          </w:tcPr>
          <w:p w14:paraId="34AC3CD9" w14:textId="77777777" w:rsidR="004B4EAF" w:rsidRDefault="00000000">
            <w:r>
              <w:t>Agriculture</w:t>
            </w:r>
          </w:p>
        </w:tc>
        <w:tc>
          <w:tcPr>
            <w:tcW w:w="1234" w:type="dxa"/>
          </w:tcPr>
          <w:p w14:paraId="4EA7281F" w14:textId="77777777" w:rsidR="004B4EAF" w:rsidRDefault="004B4EAF"/>
        </w:tc>
        <w:tc>
          <w:tcPr>
            <w:tcW w:w="1234" w:type="dxa"/>
          </w:tcPr>
          <w:p w14:paraId="7DBB1E8D" w14:textId="77777777" w:rsidR="004B4EAF" w:rsidRDefault="00000000">
            <w:r>
              <w:t>&lt;Go to ISI&gt;://WOS:A1986A720500004</w:t>
            </w:r>
          </w:p>
        </w:tc>
      </w:tr>
      <w:tr w:rsidR="004B4EAF" w14:paraId="1E4AC826" w14:textId="77777777">
        <w:tc>
          <w:tcPr>
            <w:tcW w:w="1234" w:type="dxa"/>
          </w:tcPr>
          <w:p w14:paraId="4468CA24" w14:textId="77777777" w:rsidR="004B4EAF" w:rsidRDefault="00000000">
            <w:r>
              <w:t>202</w:t>
            </w:r>
            <w:r>
              <w:lastRenderedPageBreak/>
              <w:t>2</w:t>
            </w:r>
          </w:p>
        </w:tc>
        <w:tc>
          <w:tcPr>
            <w:tcW w:w="1234" w:type="dxa"/>
          </w:tcPr>
          <w:p w14:paraId="031F9E73" w14:textId="77777777" w:rsidR="004B4EAF" w:rsidRDefault="00000000">
            <w:r>
              <w:lastRenderedPageBreak/>
              <w:t xml:space="preserve">Prevalence of </w:t>
            </w:r>
            <w:r>
              <w:lastRenderedPageBreak/>
              <w:t>Multidrug-Resistant TB Among Smear-Positive Pulmonary TB Patients in Banadir, Somalia: A Multicenter Study</w:t>
            </w:r>
          </w:p>
        </w:tc>
        <w:tc>
          <w:tcPr>
            <w:tcW w:w="1234" w:type="dxa"/>
          </w:tcPr>
          <w:p w14:paraId="6F0E4D4F" w14:textId="77777777" w:rsidR="004B4EAF" w:rsidRDefault="00000000">
            <w:r>
              <w:lastRenderedPageBreak/>
              <w:t xml:space="preserve">Infection and </w:t>
            </w:r>
            <w:r>
              <w:lastRenderedPageBreak/>
              <w:t>Drug Resistance</w:t>
            </w:r>
          </w:p>
        </w:tc>
        <w:tc>
          <w:tcPr>
            <w:tcW w:w="1234" w:type="dxa"/>
          </w:tcPr>
          <w:p w14:paraId="12B8BE00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lastRenderedPageBreak/>
              <w:t>Dirie</w:t>
            </w:r>
            <w:proofErr w:type="spellEnd"/>
            <w:r w:rsidRPr="005440C3">
              <w:rPr>
                <w:lang w:val="nb-NO"/>
              </w:rPr>
              <w:t xml:space="preserve">, A. M. H.; </w:t>
            </w:r>
            <w:proofErr w:type="spellStart"/>
            <w:r w:rsidRPr="005440C3">
              <w:rPr>
                <w:lang w:val="nb-NO"/>
              </w:rPr>
              <w:lastRenderedPageBreak/>
              <w:t>Çolakoglu</w:t>
            </w:r>
            <w:proofErr w:type="spellEnd"/>
            <w:r w:rsidRPr="005440C3">
              <w:rPr>
                <w:lang w:val="nb-NO"/>
              </w:rPr>
              <w:t xml:space="preserve">, S.; </w:t>
            </w:r>
            <w:proofErr w:type="spellStart"/>
            <w:r w:rsidRPr="005440C3">
              <w:rPr>
                <w:lang w:val="nb-NO"/>
              </w:rPr>
              <w:t>Abdulle</w:t>
            </w:r>
            <w:proofErr w:type="spellEnd"/>
            <w:r w:rsidRPr="005440C3">
              <w:rPr>
                <w:lang w:val="nb-NO"/>
              </w:rPr>
              <w:t xml:space="preserve">, O. M.; Abdi, B. M.; Osman, M. A.; </w:t>
            </w:r>
            <w:proofErr w:type="spellStart"/>
            <w:r w:rsidRPr="005440C3">
              <w:rPr>
                <w:lang w:val="nb-NO"/>
              </w:rPr>
              <w:t>Shire</w:t>
            </w:r>
            <w:proofErr w:type="spellEnd"/>
            <w:r w:rsidRPr="005440C3">
              <w:rPr>
                <w:lang w:val="nb-NO"/>
              </w:rPr>
              <w:t>, A. M.; Hussein, A. M.</w:t>
            </w:r>
          </w:p>
        </w:tc>
        <w:tc>
          <w:tcPr>
            <w:tcW w:w="1234" w:type="dxa"/>
          </w:tcPr>
          <w:p w14:paraId="545DB86D" w14:textId="77777777" w:rsidR="004B4EAF" w:rsidRDefault="00000000">
            <w:r>
              <w:lastRenderedPageBreak/>
              <w:t>TB</w:t>
            </w:r>
          </w:p>
        </w:tc>
        <w:tc>
          <w:tcPr>
            <w:tcW w:w="1234" w:type="dxa"/>
          </w:tcPr>
          <w:p w14:paraId="2A7910CE" w14:textId="77777777" w:rsidR="004B4EAF" w:rsidRDefault="00000000">
            <w:r>
              <w:t>10.2147/idr.S386497</w:t>
            </w:r>
          </w:p>
        </w:tc>
        <w:tc>
          <w:tcPr>
            <w:tcW w:w="1234" w:type="dxa"/>
          </w:tcPr>
          <w:p w14:paraId="01867533" w14:textId="77777777" w:rsidR="004B4EAF" w:rsidRDefault="00000000">
            <w:r>
              <w:t xml:space="preserve">&lt;Go to </w:t>
            </w:r>
            <w:r>
              <w:lastRenderedPageBreak/>
              <w:t>ISI&gt;://WOS:000894699700001</w:t>
            </w:r>
          </w:p>
        </w:tc>
      </w:tr>
      <w:tr w:rsidR="004B4EAF" w14:paraId="2856C078" w14:textId="77777777">
        <w:tc>
          <w:tcPr>
            <w:tcW w:w="1234" w:type="dxa"/>
          </w:tcPr>
          <w:p w14:paraId="35ED0A23" w14:textId="77777777" w:rsidR="004B4EAF" w:rsidRDefault="00000000">
            <w:r>
              <w:lastRenderedPageBreak/>
              <w:t>1989</w:t>
            </w:r>
          </w:p>
        </w:tc>
        <w:tc>
          <w:tcPr>
            <w:tcW w:w="1234" w:type="dxa"/>
          </w:tcPr>
          <w:p w14:paraId="61AAA5C2" w14:textId="77777777" w:rsidR="004B4EAF" w:rsidRDefault="00000000">
            <w:r>
              <w:t>CAMEL TRYPANOSOMIASIS AND ITS VECTORS IN SOMALIA</w:t>
            </w:r>
          </w:p>
        </w:tc>
        <w:tc>
          <w:tcPr>
            <w:tcW w:w="1234" w:type="dxa"/>
          </w:tcPr>
          <w:p w14:paraId="6AA5FF2E" w14:textId="77777777" w:rsidR="004B4EAF" w:rsidRDefault="00000000">
            <w:r>
              <w:t>Veterinary Parasitology</w:t>
            </w:r>
          </w:p>
        </w:tc>
        <w:tc>
          <w:tcPr>
            <w:tcW w:w="1234" w:type="dxa"/>
          </w:tcPr>
          <w:p w14:paraId="7D3B83A4" w14:textId="77777777" w:rsidR="004B4EAF" w:rsidRDefault="00000000">
            <w:r>
              <w:t>Dirie, M. F.; Wallbanks, K. R.; Aden, A. A.; Bornstein, S.; Ibrahim, M. D.</w:t>
            </w:r>
          </w:p>
        </w:tc>
        <w:tc>
          <w:tcPr>
            <w:tcW w:w="1234" w:type="dxa"/>
          </w:tcPr>
          <w:p w14:paraId="6F36150C" w14:textId="77777777" w:rsidR="004B4EAF" w:rsidRDefault="00000000">
            <w:r>
              <w:t>Parasitology</w:t>
            </w:r>
          </w:p>
        </w:tc>
        <w:tc>
          <w:tcPr>
            <w:tcW w:w="1234" w:type="dxa"/>
          </w:tcPr>
          <w:p w14:paraId="08D271E9" w14:textId="77777777" w:rsidR="004B4EAF" w:rsidRDefault="00000000">
            <w:r>
              <w:t>10.1016/0304-4017(89)90039-3</w:t>
            </w:r>
          </w:p>
        </w:tc>
        <w:tc>
          <w:tcPr>
            <w:tcW w:w="1234" w:type="dxa"/>
          </w:tcPr>
          <w:p w14:paraId="0C68B790" w14:textId="77777777" w:rsidR="004B4EAF" w:rsidRDefault="00000000">
            <w:r>
              <w:t>&lt;Go to ISI&gt;://WOS:A1989AL38700003</w:t>
            </w:r>
          </w:p>
        </w:tc>
      </w:tr>
      <w:tr w:rsidR="004B4EAF" w14:paraId="4290B91A" w14:textId="77777777">
        <w:tc>
          <w:tcPr>
            <w:tcW w:w="1234" w:type="dxa"/>
          </w:tcPr>
          <w:p w14:paraId="23227511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7BF1CCDD" w14:textId="77777777" w:rsidR="004B4EAF" w:rsidRDefault="00000000">
            <w:r>
              <w:t>Mycetoma case series in Somalia</w:t>
            </w:r>
          </w:p>
        </w:tc>
        <w:tc>
          <w:tcPr>
            <w:tcW w:w="1234" w:type="dxa"/>
          </w:tcPr>
          <w:p w14:paraId="064D2343" w14:textId="77777777" w:rsidR="004B4EAF" w:rsidRDefault="00000000">
            <w:r>
              <w:t>Tropical Doctor</w:t>
            </w:r>
          </w:p>
        </w:tc>
        <w:tc>
          <w:tcPr>
            <w:tcW w:w="1234" w:type="dxa"/>
          </w:tcPr>
          <w:p w14:paraId="584E873F" w14:textId="77777777" w:rsidR="004B4EAF" w:rsidRDefault="00000000">
            <w:r>
              <w:t>Dogan, A.; Ali, A. M.; Ali, M. A.; Abdullahi, I. M.</w:t>
            </w:r>
          </w:p>
        </w:tc>
        <w:tc>
          <w:tcPr>
            <w:tcW w:w="1234" w:type="dxa"/>
          </w:tcPr>
          <w:p w14:paraId="57A767C8" w14:textId="77777777" w:rsidR="004B4EAF" w:rsidRDefault="00000000">
            <w:r>
              <w:t>Actinomycetoma</w:t>
            </w:r>
          </w:p>
        </w:tc>
        <w:tc>
          <w:tcPr>
            <w:tcW w:w="1234" w:type="dxa"/>
          </w:tcPr>
          <w:p w14:paraId="4C455313" w14:textId="77777777" w:rsidR="004B4EAF" w:rsidRDefault="00000000">
            <w:r>
              <w:t>10.1177/00494755231201664</w:t>
            </w:r>
          </w:p>
        </w:tc>
        <w:tc>
          <w:tcPr>
            <w:tcW w:w="1234" w:type="dxa"/>
          </w:tcPr>
          <w:p w14:paraId="1A90DD91" w14:textId="77777777" w:rsidR="004B4EAF" w:rsidRDefault="00000000">
            <w:r>
              <w:t>&lt;Go to ISI&gt;://WOS:001067709100001</w:t>
            </w:r>
          </w:p>
        </w:tc>
      </w:tr>
      <w:tr w:rsidR="004B4EAF" w14:paraId="449549A0" w14:textId="77777777">
        <w:tc>
          <w:tcPr>
            <w:tcW w:w="1234" w:type="dxa"/>
          </w:tcPr>
          <w:p w14:paraId="4519E17A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0CEBE6A8" w14:textId="77777777" w:rsidR="004B4EAF" w:rsidRDefault="00000000">
            <w:r>
              <w:t>Prevalence of Post COVID-19 Condition among Healthcare Workers: Self-Reported Online Survey in Four African Countries, December 2021-January 2022</w:t>
            </w:r>
          </w:p>
        </w:tc>
        <w:tc>
          <w:tcPr>
            <w:tcW w:w="1234" w:type="dxa"/>
          </w:tcPr>
          <w:p w14:paraId="50FC6CA2" w14:textId="77777777" w:rsidR="004B4EAF" w:rsidRDefault="00000000">
            <w:r>
              <w:t>Covid</w:t>
            </w:r>
          </w:p>
        </w:tc>
        <w:tc>
          <w:tcPr>
            <w:tcW w:w="1234" w:type="dxa"/>
          </w:tcPr>
          <w:p w14:paraId="7EE06621" w14:textId="77777777" w:rsidR="004B4EAF" w:rsidRDefault="00000000">
            <w:r>
              <w:t>Elnadi, H.; Al-Mustapha, A. I.; Odetokun, I. A.; Anjorin, A. A.; Mosbah, R.; Fasina, F. O.; Razouqi, Y.; Awiagah, K. S.; Nyandwi, J. B.; Mhgoob, Z. E.; Gachara, G.; Mohamud, M. F. Y.; Damaris, B. F.; Maisara, A. M. O.; Radwan, M.</w:t>
            </w:r>
          </w:p>
        </w:tc>
        <w:tc>
          <w:tcPr>
            <w:tcW w:w="1234" w:type="dxa"/>
          </w:tcPr>
          <w:p w14:paraId="01BAF3AF" w14:textId="77777777" w:rsidR="004B4EAF" w:rsidRDefault="00000000">
            <w:r>
              <w:t>PCC</w:t>
            </w:r>
          </w:p>
        </w:tc>
        <w:tc>
          <w:tcPr>
            <w:tcW w:w="1234" w:type="dxa"/>
          </w:tcPr>
          <w:p w14:paraId="7C231F11" w14:textId="77777777" w:rsidR="004B4EAF" w:rsidRDefault="00000000">
            <w:r>
              <w:t>10.3390/covid3110114</w:t>
            </w:r>
          </w:p>
        </w:tc>
        <w:tc>
          <w:tcPr>
            <w:tcW w:w="1234" w:type="dxa"/>
          </w:tcPr>
          <w:p w14:paraId="6A6BCC9B" w14:textId="77777777" w:rsidR="004B4EAF" w:rsidRDefault="00000000">
            <w:r>
              <w:t>&lt;Go to ISI&gt;://WOS:001182208600001</w:t>
            </w:r>
          </w:p>
        </w:tc>
      </w:tr>
      <w:tr w:rsidR="004B4EAF" w14:paraId="23182F75" w14:textId="77777777">
        <w:tc>
          <w:tcPr>
            <w:tcW w:w="1234" w:type="dxa"/>
          </w:tcPr>
          <w:p w14:paraId="2E364782" w14:textId="77777777" w:rsidR="004B4EAF" w:rsidRDefault="00000000">
            <w:r>
              <w:t>1988</w:t>
            </w:r>
          </w:p>
        </w:tc>
        <w:tc>
          <w:tcPr>
            <w:tcW w:w="1234" w:type="dxa"/>
          </w:tcPr>
          <w:p w14:paraId="73620B88" w14:textId="77777777" w:rsidR="004B4EAF" w:rsidRDefault="00000000">
            <w:r>
              <w:t xml:space="preserve">A FILTER-PAPER TECHNIQUE FOR THE DETECTION </w:t>
            </w:r>
            <w:r>
              <w:lastRenderedPageBreak/>
              <w:t>OF IGG AND IGM CLASS SCHISTOSOME-SPECIFIC ANTIBODIES IN AN ENDEMIC AREA</w:t>
            </w:r>
          </w:p>
        </w:tc>
        <w:tc>
          <w:tcPr>
            <w:tcW w:w="1234" w:type="dxa"/>
          </w:tcPr>
          <w:p w14:paraId="13616149" w14:textId="77777777" w:rsidR="004B4EAF" w:rsidRDefault="00000000">
            <w:r>
              <w:lastRenderedPageBreak/>
              <w:t xml:space="preserve">Annals of Tropical Medicine and </w:t>
            </w:r>
            <w:r>
              <w:lastRenderedPageBreak/>
              <w:t>Parasitology</w:t>
            </w:r>
          </w:p>
        </w:tc>
        <w:tc>
          <w:tcPr>
            <w:tcW w:w="1234" w:type="dxa"/>
          </w:tcPr>
          <w:p w14:paraId="19DDF12F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lastRenderedPageBreak/>
              <w:t>Evengard</w:t>
            </w:r>
            <w:proofErr w:type="spellEnd"/>
            <w:r w:rsidRPr="005440C3">
              <w:rPr>
                <w:lang w:val="nb-NO"/>
              </w:rPr>
              <w:t>, B.; Hagi, H.; Linder, E.</w:t>
            </w:r>
          </w:p>
        </w:tc>
        <w:tc>
          <w:tcPr>
            <w:tcW w:w="1234" w:type="dxa"/>
          </w:tcPr>
          <w:p w14:paraId="727A4C5F" w14:textId="77777777" w:rsidR="004B4EAF" w:rsidRDefault="00000000">
            <w:r>
              <w:t xml:space="preserve">Public, Environmental &amp; </w:t>
            </w:r>
            <w:r>
              <w:lastRenderedPageBreak/>
              <w:t>Occupational Health</w:t>
            </w:r>
          </w:p>
        </w:tc>
        <w:tc>
          <w:tcPr>
            <w:tcW w:w="1234" w:type="dxa"/>
          </w:tcPr>
          <w:p w14:paraId="58D0D079" w14:textId="77777777" w:rsidR="004B4EAF" w:rsidRDefault="00000000">
            <w:r>
              <w:lastRenderedPageBreak/>
              <w:t>10.1080/00034983.1988.11812248</w:t>
            </w:r>
          </w:p>
        </w:tc>
        <w:tc>
          <w:tcPr>
            <w:tcW w:w="1234" w:type="dxa"/>
          </w:tcPr>
          <w:p w14:paraId="5DDA8474" w14:textId="77777777" w:rsidR="004B4EAF" w:rsidRDefault="00000000">
            <w:r>
              <w:t>&lt;Go to ISI&gt;://WOS:A1988P034200013</w:t>
            </w:r>
          </w:p>
        </w:tc>
      </w:tr>
      <w:tr w:rsidR="004B4EAF" w14:paraId="581927EF" w14:textId="77777777">
        <w:tc>
          <w:tcPr>
            <w:tcW w:w="1234" w:type="dxa"/>
          </w:tcPr>
          <w:p w14:paraId="71E162C2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6E96A2B6" w14:textId="77777777" w:rsidR="004B4EAF" w:rsidRDefault="00000000">
            <w:r>
              <w:t>Hemoplasmas and ticks in cattle from Somalia</w:t>
            </w:r>
          </w:p>
        </w:tc>
        <w:tc>
          <w:tcPr>
            <w:tcW w:w="1234" w:type="dxa"/>
          </w:tcPr>
          <w:p w14:paraId="23ED1216" w14:textId="77777777" w:rsidR="004B4EAF" w:rsidRDefault="00000000">
            <w:r>
              <w:t>Acta Tropica</w:t>
            </w:r>
          </w:p>
        </w:tc>
        <w:tc>
          <w:tcPr>
            <w:tcW w:w="1234" w:type="dxa"/>
          </w:tcPr>
          <w:p w14:paraId="58DB941B" w14:textId="77777777" w:rsidR="004B4EAF" w:rsidRDefault="00000000">
            <w:r>
              <w:t>Ferrari, L. D. R.; Hassan-Kadle, A. A.; Collere, F. C. M.; Coradi, V. S.; Ibrahim, A. M.; Osman, A. M.; Shair, M. A.; André, M. R.; Vieira, Tswj; Machado, R. Z.; Vieira, R. F. C.</w:t>
            </w:r>
          </w:p>
        </w:tc>
        <w:tc>
          <w:tcPr>
            <w:tcW w:w="1234" w:type="dxa"/>
          </w:tcPr>
          <w:p w14:paraId="7ACDBFE6" w14:textId="77777777" w:rsidR="004B4EAF" w:rsidRDefault="00000000">
            <w:r>
              <w:t>Hemotropic mycoplasmas</w:t>
            </w:r>
          </w:p>
        </w:tc>
        <w:tc>
          <w:tcPr>
            <w:tcW w:w="1234" w:type="dxa"/>
          </w:tcPr>
          <w:p w14:paraId="4247D091" w14:textId="77777777" w:rsidR="004B4EAF" w:rsidRDefault="00000000">
            <w:r>
              <w:t>10.1016/j.actatropica.2022.106696</w:t>
            </w:r>
          </w:p>
        </w:tc>
        <w:tc>
          <w:tcPr>
            <w:tcW w:w="1234" w:type="dxa"/>
          </w:tcPr>
          <w:p w14:paraId="581927CF" w14:textId="77777777" w:rsidR="004B4EAF" w:rsidRDefault="00000000">
            <w:r>
              <w:t>&lt;Go to ISI&gt;://WOS:000866460500001</w:t>
            </w:r>
          </w:p>
        </w:tc>
      </w:tr>
      <w:tr w:rsidR="004B4EAF" w14:paraId="41BF2C44" w14:textId="77777777">
        <w:tc>
          <w:tcPr>
            <w:tcW w:w="1234" w:type="dxa"/>
          </w:tcPr>
          <w:p w14:paraId="581DDFB4" w14:textId="77777777" w:rsidR="004B4EAF" w:rsidRDefault="00000000">
            <w:r>
              <w:t>2004</w:t>
            </w:r>
          </w:p>
        </w:tc>
        <w:tc>
          <w:tcPr>
            <w:tcW w:w="1234" w:type="dxa"/>
          </w:tcPr>
          <w:p w14:paraId="0D1BDB1A" w14:textId="77777777" w:rsidR="004B4EAF" w:rsidRDefault="00000000">
            <w:r>
              <w:t>Mapping the potential distribution of &lt;i&gt;Phlebotomus martini&lt;/i&gt; and &lt;i&gt;P-orientalis&lt;/i&gt; (Diptera: Psychodidae), vectors of kala-azar in East Africa by use of geographic information systems</w:t>
            </w:r>
          </w:p>
        </w:tc>
        <w:tc>
          <w:tcPr>
            <w:tcW w:w="1234" w:type="dxa"/>
          </w:tcPr>
          <w:p w14:paraId="00B13EB4" w14:textId="77777777" w:rsidR="004B4EAF" w:rsidRDefault="00000000">
            <w:r>
              <w:t>Acta Tropica</w:t>
            </w:r>
          </w:p>
        </w:tc>
        <w:tc>
          <w:tcPr>
            <w:tcW w:w="1234" w:type="dxa"/>
          </w:tcPr>
          <w:p w14:paraId="2ABF3318" w14:textId="77777777" w:rsidR="004B4EAF" w:rsidRDefault="00000000">
            <w:r>
              <w:t>Gebre-Michael, T.; Malone, J. B.; Balkew, M.; Ali, A.; Berhe, N.; Hailu, A.; Herzi, A. A.</w:t>
            </w:r>
          </w:p>
        </w:tc>
        <w:tc>
          <w:tcPr>
            <w:tcW w:w="1234" w:type="dxa"/>
          </w:tcPr>
          <w:p w14:paraId="0417DFF0" w14:textId="77777777" w:rsidR="004B4EAF" w:rsidRDefault="00000000">
            <w:r>
              <w:t>kala-azar</w:t>
            </w:r>
          </w:p>
        </w:tc>
        <w:tc>
          <w:tcPr>
            <w:tcW w:w="1234" w:type="dxa"/>
          </w:tcPr>
          <w:p w14:paraId="22F6AC5B" w14:textId="77777777" w:rsidR="004B4EAF" w:rsidRDefault="00000000">
            <w:r>
              <w:t>10.1016/j.actatropica.2003.09.021</w:t>
            </w:r>
          </w:p>
        </w:tc>
        <w:tc>
          <w:tcPr>
            <w:tcW w:w="1234" w:type="dxa"/>
          </w:tcPr>
          <w:p w14:paraId="6C3ED6B1" w14:textId="77777777" w:rsidR="004B4EAF" w:rsidRDefault="00000000">
            <w:r>
              <w:t>&lt;Go to ISI&gt;://WOS:000188776600011</w:t>
            </w:r>
          </w:p>
        </w:tc>
      </w:tr>
      <w:tr w:rsidR="004B4EAF" w14:paraId="3BBEFBC9" w14:textId="77777777">
        <w:tc>
          <w:tcPr>
            <w:tcW w:w="1234" w:type="dxa"/>
          </w:tcPr>
          <w:p w14:paraId="5E11F468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1DA3376" w14:textId="77777777" w:rsidR="004B4EAF" w:rsidRDefault="00000000">
            <w:r>
              <w:t xml:space="preserve">Increasing prevalence of malaria and acute </w:t>
            </w:r>
            <w:r>
              <w:lastRenderedPageBreak/>
              <w:t>dengue virus coinfection in Africa: a meta-analysis and meta-regression of cross-sectional studies</w:t>
            </w:r>
          </w:p>
        </w:tc>
        <w:tc>
          <w:tcPr>
            <w:tcW w:w="1234" w:type="dxa"/>
          </w:tcPr>
          <w:p w14:paraId="5AF53578" w14:textId="77777777" w:rsidR="004B4EAF" w:rsidRDefault="00000000">
            <w:r>
              <w:lastRenderedPageBreak/>
              <w:t>Malaria Journal</w:t>
            </w:r>
          </w:p>
        </w:tc>
        <w:tc>
          <w:tcPr>
            <w:tcW w:w="1234" w:type="dxa"/>
          </w:tcPr>
          <w:p w14:paraId="0C112353" w14:textId="77777777" w:rsidR="004B4EAF" w:rsidRDefault="00000000">
            <w:r>
              <w:t xml:space="preserve">Gebremariam, T. T.; Schalling, Hdfh; Kurmane, </w:t>
            </w:r>
            <w:r>
              <w:lastRenderedPageBreak/>
              <w:t>Z. M.; Danquah, J. B.</w:t>
            </w:r>
          </w:p>
        </w:tc>
        <w:tc>
          <w:tcPr>
            <w:tcW w:w="1234" w:type="dxa"/>
          </w:tcPr>
          <w:p w14:paraId="0884DBC1" w14:textId="77777777" w:rsidR="004B4EAF" w:rsidRDefault="00000000">
            <w:r>
              <w:lastRenderedPageBreak/>
              <w:t>Prevalence</w:t>
            </w:r>
          </w:p>
        </w:tc>
        <w:tc>
          <w:tcPr>
            <w:tcW w:w="1234" w:type="dxa"/>
          </w:tcPr>
          <w:p w14:paraId="6BEF4238" w14:textId="77777777" w:rsidR="004B4EAF" w:rsidRDefault="00000000">
            <w:r>
              <w:t>10.1186/s12936-023-04723-y</w:t>
            </w:r>
          </w:p>
        </w:tc>
        <w:tc>
          <w:tcPr>
            <w:tcW w:w="1234" w:type="dxa"/>
          </w:tcPr>
          <w:p w14:paraId="54CC46A5" w14:textId="77777777" w:rsidR="004B4EAF" w:rsidRDefault="00000000">
            <w:r>
              <w:t>&lt;Go to ISI&gt;://WOS:001079379500001</w:t>
            </w:r>
          </w:p>
        </w:tc>
      </w:tr>
      <w:tr w:rsidR="004B4EAF" w14:paraId="642BD361" w14:textId="77777777">
        <w:tc>
          <w:tcPr>
            <w:tcW w:w="1234" w:type="dxa"/>
          </w:tcPr>
          <w:p w14:paraId="28CE31AD" w14:textId="77777777" w:rsidR="004B4EAF" w:rsidRDefault="00000000">
            <w:r>
              <w:t>2009</w:t>
            </w:r>
          </w:p>
        </w:tc>
        <w:tc>
          <w:tcPr>
            <w:tcW w:w="1234" w:type="dxa"/>
          </w:tcPr>
          <w:p w14:paraId="095483A8" w14:textId="77777777" w:rsidR="004B4EAF" w:rsidRDefault="00000000">
            <w:r>
              <w:t>Seroprevalence of camel brucellosis (Camelus dromedarius) in Somaliland</w:t>
            </w:r>
          </w:p>
        </w:tc>
        <w:tc>
          <w:tcPr>
            <w:tcW w:w="1234" w:type="dxa"/>
          </w:tcPr>
          <w:p w14:paraId="0A4B744A" w14:textId="77777777" w:rsidR="004B4EAF" w:rsidRDefault="00000000">
            <w:r>
              <w:t>Tropical Animal Health and Production</w:t>
            </w:r>
          </w:p>
        </w:tc>
        <w:tc>
          <w:tcPr>
            <w:tcW w:w="1234" w:type="dxa"/>
          </w:tcPr>
          <w:p w14:paraId="0BB8ED77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Ghanem</w:t>
            </w:r>
            <w:proofErr w:type="spellEnd"/>
            <w:r w:rsidRPr="005440C3">
              <w:rPr>
                <w:lang w:val="nb-NO"/>
              </w:rPr>
              <w:t>, Y. M.; El-</w:t>
            </w:r>
            <w:proofErr w:type="spellStart"/>
            <w:r w:rsidRPr="005440C3">
              <w:rPr>
                <w:lang w:val="nb-NO"/>
              </w:rPr>
              <w:t>Khodery</w:t>
            </w:r>
            <w:proofErr w:type="spellEnd"/>
            <w:r w:rsidRPr="005440C3">
              <w:rPr>
                <w:lang w:val="nb-NO"/>
              </w:rPr>
              <w:t xml:space="preserve">, S. A.; Saad, A. A.; Abdelkader, A. H.; </w:t>
            </w:r>
            <w:proofErr w:type="spellStart"/>
            <w:r w:rsidRPr="005440C3">
              <w:rPr>
                <w:lang w:val="nb-NO"/>
              </w:rPr>
              <w:t>Heybe</w:t>
            </w:r>
            <w:proofErr w:type="spellEnd"/>
            <w:r w:rsidRPr="005440C3">
              <w:rPr>
                <w:lang w:val="nb-NO"/>
              </w:rPr>
              <w:t>, A.; Musse, Y. A.</w:t>
            </w:r>
          </w:p>
        </w:tc>
        <w:tc>
          <w:tcPr>
            <w:tcW w:w="1234" w:type="dxa"/>
          </w:tcPr>
          <w:p w14:paraId="507A92A5" w14:textId="77777777" w:rsidR="004B4EAF" w:rsidRDefault="00000000">
            <w:r>
              <w:t>Camel brucellosis</w:t>
            </w:r>
          </w:p>
        </w:tc>
        <w:tc>
          <w:tcPr>
            <w:tcW w:w="1234" w:type="dxa"/>
          </w:tcPr>
          <w:p w14:paraId="0958A86D" w14:textId="77777777" w:rsidR="004B4EAF" w:rsidRDefault="00000000">
            <w:r>
              <w:t>10.1007/s11250-009-9377-9</w:t>
            </w:r>
          </w:p>
        </w:tc>
        <w:tc>
          <w:tcPr>
            <w:tcW w:w="1234" w:type="dxa"/>
          </w:tcPr>
          <w:p w14:paraId="294200F7" w14:textId="77777777" w:rsidR="004B4EAF" w:rsidRDefault="00000000">
            <w:r>
              <w:t>&lt;Go to ISI&gt;://WOS:000271421200022</w:t>
            </w:r>
          </w:p>
        </w:tc>
      </w:tr>
      <w:tr w:rsidR="004B4EAF" w14:paraId="2D9DBF97" w14:textId="77777777">
        <w:tc>
          <w:tcPr>
            <w:tcW w:w="1234" w:type="dxa"/>
          </w:tcPr>
          <w:p w14:paraId="00590D4E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73600D60" w14:textId="77777777" w:rsidR="004B4EAF" w:rsidRDefault="00000000">
            <w:r>
              <w:t>Using non-exceedance probabilities of policy-relevant malaria prevalence thresholds to identify areas of low transmission in Somalia</w:t>
            </w:r>
          </w:p>
        </w:tc>
        <w:tc>
          <w:tcPr>
            <w:tcW w:w="1234" w:type="dxa"/>
          </w:tcPr>
          <w:p w14:paraId="46EE03E0" w14:textId="77777777" w:rsidR="004B4EAF" w:rsidRDefault="00000000">
            <w:r>
              <w:t>Malaria Journal</w:t>
            </w:r>
          </w:p>
        </w:tc>
        <w:tc>
          <w:tcPr>
            <w:tcW w:w="1234" w:type="dxa"/>
          </w:tcPr>
          <w:p w14:paraId="34179519" w14:textId="77777777" w:rsidR="004B4EAF" w:rsidRDefault="00000000">
            <w:r>
              <w:t>Giorgi, E.; Osman, A. A.; Hassan, A. H.; Ali, A. A.; Ibrahim, F.; Amran, J. G. H.; Noor, A. M.; Snow, R. W.</w:t>
            </w:r>
          </w:p>
        </w:tc>
        <w:tc>
          <w:tcPr>
            <w:tcW w:w="1234" w:type="dxa"/>
          </w:tcPr>
          <w:p w14:paraId="07BFA911" w14:textId="77777777" w:rsidR="004B4EAF" w:rsidRDefault="00000000">
            <w:r>
              <w:t>plasmodium-falciparum</w:t>
            </w:r>
          </w:p>
        </w:tc>
        <w:tc>
          <w:tcPr>
            <w:tcW w:w="1234" w:type="dxa"/>
          </w:tcPr>
          <w:p w14:paraId="5EC5A181" w14:textId="77777777" w:rsidR="004B4EAF" w:rsidRDefault="00000000">
            <w:r>
              <w:t>10.1186/s12936-018-2238-0</w:t>
            </w:r>
          </w:p>
        </w:tc>
        <w:tc>
          <w:tcPr>
            <w:tcW w:w="1234" w:type="dxa"/>
          </w:tcPr>
          <w:p w14:paraId="5ED1B1C5" w14:textId="77777777" w:rsidR="004B4EAF" w:rsidRDefault="00000000">
            <w:r>
              <w:t>&lt;Go to ISI&gt;://WOS:000425536000006</w:t>
            </w:r>
          </w:p>
        </w:tc>
      </w:tr>
      <w:tr w:rsidR="004B4EAF" w14:paraId="0CB9BE14" w14:textId="77777777">
        <w:tc>
          <w:tcPr>
            <w:tcW w:w="1234" w:type="dxa"/>
          </w:tcPr>
          <w:p w14:paraId="17CBC259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EEB9689" w14:textId="77777777" w:rsidR="004B4EAF" w:rsidRDefault="00000000">
            <w:r>
              <w:t>Minimal Change Nephrotic Syndrome with Acute Kidney Injury after the Administration of Pfizer-BioNTech COVID-19 Vaccine</w:t>
            </w:r>
          </w:p>
        </w:tc>
        <w:tc>
          <w:tcPr>
            <w:tcW w:w="1234" w:type="dxa"/>
          </w:tcPr>
          <w:p w14:paraId="2EFB0D8A" w14:textId="77777777" w:rsidR="004B4EAF" w:rsidRDefault="00000000">
            <w:r>
              <w:t>Case Reports in Infectious Diseases</w:t>
            </w:r>
          </w:p>
        </w:tc>
        <w:tc>
          <w:tcPr>
            <w:tcW w:w="1234" w:type="dxa"/>
          </w:tcPr>
          <w:p w14:paraId="70434610" w14:textId="77777777" w:rsidR="004B4EAF" w:rsidRDefault="00000000">
            <w:r>
              <w:t>Gulumsek, E.; Ozturk, D. D.; Ozturk, H. A.; Saler, T.; Erdogan, K. E.; Bashir, A. M.; Sumbul, H. E.</w:t>
            </w:r>
          </w:p>
        </w:tc>
        <w:tc>
          <w:tcPr>
            <w:tcW w:w="1234" w:type="dxa"/>
          </w:tcPr>
          <w:p w14:paraId="5FE3D955" w14:textId="77777777" w:rsidR="004B4EAF" w:rsidRDefault="00000000">
            <w:r>
              <w:t>change disease</w:t>
            </w:r>
          </w:p>
        </w:tc>
        <w:tc>
          <w:tcPr>
            <w:tcW w:w="1234" w:type="dxa"/>
          </w:tcPr>
          <w:p w14:paraId="431585F1" w14:textId="77777777" w:rsidR="004B4EAF" w:rsidRDefault="00000000">
            <w:r>
              <w:t>10.1155/2023/5122228</w:t>
            </w:r>
          </w:p>
        </w:tc>
        <w:tc>
          <w:tcPr>
            <w:tcW w:w="1234" w:type="dxa"/>
          </w:tcPr>
          <w:p w14:paraId="2BC05641" w14:textId="77777777" w:rsidR="004B4EAF" w:rsidRDefault="00000000">
            <w:r>
              <w:t>&lt;Go to ISI&gt;://WOS:000943639400001</w:t>
            </w:r>
          </w:p>
        </w:tc>
      </w:tr>
      <w:tr w:rsidR="004B4EAF" w14:paraId="4B1FD174" w14:textId="77777777">
        <w:tc>
          <w:tcPr>
            <w:tcW w:w="1234" w:type="dxa"/>
          </w:tcPr>
          <w:p w14:paraId="4CBDBD29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260EBB11" w14:textId="77777777" w:rsidR="004B4EAF" w:rsidRDefault="00000000">
            <w:r>
              <w:t xml:space="preserve">ANTIBODY-RESPONSES IN SCHISTOSOMIASIS-HAEMATOBIA IN </w:t>
            </w:r>
            <w:r>
              <w:lastRenderedPageBreak/>
              <w:t>SOMALIA - RELATION TO AGE AND INFECTION INTENSITY</w:t>
            </w:r>
          </w:p>
        </w:tc>
        <w:tc>
          <w:tcPr>
            <w:tcW w:w="1234" w:type="dxa"/>
          </w:tcPr>
          <w:p w14:paraId="1E2B479B" w14:textId="77777777" w:rsidR="004B4EAF" w:rsidRDefault="00000000">
            <w:r>
              <w:lastRenderedPageBreak/>
              <w:t>Annals of Tropical Medicine and Parasitology</w:t>
            </w:r>
          </w:p>
        </w:tc>
        <w:tc>
          <w:tcPr>
            <w:tcW w:w="1234" w:type="dxa"/>
          </w:tcPr>
          <w:p w14:paraId="7D66C345" w14:textId="77777777" w:rsidR="004B4EAF" w:rsidRDefault="00000000">
            <w:r>
              <w:t>Hagi, H.; Huldt, G.; Loftenius, A.; Schroder, H.</w:t>
            </w:r>
          </w:p>
        </w:tc>
        <w:tc>
          <w:tcPr>
            <w:tcW w:w="1234" w:type="dxa"/>
          </w:tcPr>
          <w:p w14:paraId="6A5E3695" w14:textId="77777777" w:rsidR="004B4EAF" w:rsidRDefault="00000000">
            <w:r>
              <w:t xml:space="preserve">Public, Environmental &amp; Occupational </w:t>
            </w:r>
            <w:r>
              <w:lastRenderedPageBreak/>
              <w:t>Health</w:t>
            </w:r>
          </w:p>
        </w:tc>
        <w:tc>
          <w:tcPr>
            <w:tcW w:w="1234" w:type="dxa"/>
          </w:tcPr>
          <w:p w14:paraId="3B60F062" w14:textId="77777777" w:rsidR="004B4EAF" w:rsidRDefault="00000000">
            <w:r>
              <w:lastRenderedPageBreak/>
              <w:t>10.1080/00034983.1990.11812451</w:t>
            </w:r>
          </w:p>
        </w:tc>
        <w:tc>
          <w:tcPr>
            <w:tcW w:w="1234" w:type="dxa"/>
          </w:tcPr>
          <w:p w14:paraId="10F2BBEB" w14:textId="77777777" w:rsidR="004B4EAF" w:rsidRDefault="00000000">
            <w:r>
              <w:t>&lt;Go to ISI&gt;://WOS:A1990DB56100009</w:t>
            </w:r>
          </w:p>
        </w:tc>
      </w:tr>
      <w:tr w:rsidR="004B4EAF" w14:paraId="6AFAA4BE" w14:textId="77777777">
        <w:tc>
          <w:tcPr>
            <w:tcW w:w="1234" w:type="dxa"/>
          </w:tcPr>
          <w:p w14:paraId="1EB339FE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5CC4797F" w14:textId="77777777" w:rsidR="004B4EAF" w:rsidRDefault="00000000">
            <w:r>
              <w:t>SILICATE PNEUMOCONIOSIS IN CAMELS (CAMELUS-DROMEDARIUS L)</w:t>
            </w:r>
          </w:p>
        </w:tc>
        <w:tc>
          <w:tcPr>
            <w:tcW w:w="1234" w:type="dxa"/>
          </w:tcPr>
          <w:p w14:paraId="7875EE20" w14:textId="77777777" w:rsidR="004B4EAF" w:rsidRDefault="00000000">
            <w:r>
              <w:t>Journal of Veterinary Medicine Series a-Physiology Pathology Clinical Medicine</w:t>
            </w:r>
          </w:p>
        </w:tc>
        <w:tc>
          <w:tcPr>
            <w:tcW w:w="1234" w:type="dxa"/>
          </w:tcPr>
          <w:p w14:paraId="5F3D3E87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Hansen, H. J.; Jama, F. M.; Nilsson, C.; </w:t>
            </w:r>
            <w:proofErr w:type="spellStart"/>
            <w:r w:rsidRPr="005440C3">
              <w:rPr>
                <w:lang w:val="nb-NO"/>
              </w:rPr>
              <w:t>Norrgren</w:t>
            </w:r>
            <w:proofErr w:type="spellEnd"/>
            <w:r w:rsidRPr="005440C3">
              <w:rPr>
                <w:lang w:val="nb-NO"/>
              </w:rPr>
              <w:t xml:space="preserve">, L.; </w:t>
            </w:r>
            <w:proofErr w:type="spellStart"/>
            <w:r w:rsidRPr="005440C3">
              <w:rPr>
                <w:lang w:val="nb-NO"/>
              </w:rPr>
              <w:t>Abdurahman</w:t>
            </w:r>
            <w:proofErr w:type="spellEnd"/>
            <w:r w:rsidRPr="005440C3">
              <w:rPr>
                <w:lang w:val="nb-NO"/>
              </w:rPr>
              <w:t>, O. S.</w:t>
            </w:r>
          </w:p>
        </w:tc>
        <w:tc>
          <w:tcPr>
            <w:tcW w:w="1234" w:type="dxa"/>
          </w:tcPr>
          <w:p w14:paraId="4B94B974" w14:textId="77777777" w:rsidR="004B4EAF" w:rsidRDefault="00000000">
            <w:r>
              <w:t>Veterinary Sciences</w:t>
            </w:r>
          </w:p>
        </w:tc>
        <w:tc>
          <w:tcPr>
            <w:tcW w:w="1234" w:type="dxa"/>
          </w:tcPr>
          <w:p w14:paraId="239B6D03" w14:textId="77777777" w:rsidR="004B4EAF" w:rsidRDefault="00000000">
            <w:r>
              <w:t>10.1111/j.1439-0442.1989.tb00793.x</w:t>
            </w:r>
          </w:p>
        </w:tc>
        <w:tc>
          <w:tcPr>
            <w:tcW w:w="1234" w:type="dxa"/>
          </w:tcPr>
          <w:p w14:paraId="1CB1C5B6" w14:textId="77777777" w:rsidR="004B4EAF" w:rsidRDefault="00000000">
            <w:r>
              <w:t>&lt;Go to ISI&gt;://WOS:A1989CJ03200009</w:t>
            </w:r>
          </w:p>
        </w:tc>
      </w:tr>
      <w:tr w:rsidR="004B4EAF" w14:paraId="5AC06AFF" w14:textId="77777777">
        <w:tc>
          <w:tcPr>
            <w:tcW w:w="1234" w:type="dxa"/>
          </w:tcPr>
          <w:p w14:paraId="2C8EEDC2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0243F223" w14:textId="77777777" w:rsidR="004B4EAF" w:rsidRDefault="00000000">
            <w:r>
              <w:t>A Late Diagnosis of Visceral Leishmaniasis Using Tru-Cut Biopsy of the Spleen and Malaria Co-Infection - A Diagnostic Challenge: A Case Report in Somalia</w:t>
            </w:r>
          </w:p>
        </w:tc>
        <w:tc>
          <w:tcPr>
            <w:tcW w:w="1234" w:type="dxa"/>
          </w:tcPr>
          <w:p w14:paraId="03ACE736" w14:textId="77777777" w:rsidR="004B4EAF" w:rsidRDefault="00000000">
            <w:r>
              <w:t>Infection and Drug Resistance</w:t>
            </w:r>
          </w:p>
        </w:tc>
        <w:tc>
          <w:tcPr>
            <w:tcW w:w="1234" w:type="dxa"/>
          </w:tcPr>
          <w:p w14:paraId="1B2EA277" w14:textId="77777777" w:rsidR="004B4EAF" w:rsidRDefault="00000000">
            <w:r>
              <w:t>Hassan, M. A.; Omar, A. A.; Mohamed, I. A.; Garba, B.; Fuje, M. M. A.; Salad, S. O.</w:t>
            </w:r>
          </w:p>
        </w:tc>
        <w:tc>
          <w:tcPr>
            <w:tcW w:w="1234" w:type="dxa"/>
          </w:tcPr>
          <w:p w14:paraId="671B8145" w14:textId="77777777" w:rsidR="004B4EAF" w:rsidRDefault="00000000">
            <w:r>
              <w:t>visceral leishmaniasis</w:t>
            </w:r>
          </w:p>
        </w:tc>
        <w:tc>
          <w:tcPr>
            <w:tcW w:w="1234" w:type="dxa"/>
          </w:tcPr>
          <w:p w14:paraId="253B28A8" w14:textId="77777777" w:rsidR="004B4EAF" w:rsidRDefault="00000000">
            <w:r>
              <w:t>10.2147/idr.S420832</w:t>
            </w:r>
          </w:p>
        </w:tc>
        <w:tc>
          <w:tcPr>
            <w:tcW w:w="1234" w:type="dxa"/>
          </w:tcPr>
          <w:p w14:paraId="699380C8" w14:textId="77777777" w:rsidR="004B4EAF" w:rsidRDefault="00000000">
            <w:r>
              <w:t>&lt;Go to ISI&gt;://WOS:001078624900001</w:t>
            </w:r>
          </w:p>
        </w:tc>
      </w:tr>
      <w:tr w:rsidR="004B4EAF" w14:paraId="7B0B2D8D" w14:textId="77777777">
        <w:tc>
          <w:tcPr>
            <w:tcW w:w="1234" w:type="dxa"/>
          </w:tcPr>
          <w:p w14:paraId="22D59985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776F57D5" w14:textId="77777777" w:rsidR="004B4EAF" w:rsidRDefault="00000000">
            <w:r>
              <w:t>Prevalence and Species Identification of Ixodid Ticks of Small Ruminants in Benadir Region, Somalia</w:t>
            </w:r>
          </w:p>
        </w:tc>
        <w:tc>
          <w:tcPr>
            <w:tcW w:w="1234" w:type="dxa"/>
          </w:tcPr>
          <w:p w14:paraId="05898264" w14:textId="77777777" w:rsidR="004B4EAF" w:rsidRDefault="00000000">
            <w:r>
              <w:t>Veterinary Medicine International</w:t>
            </w:r>
          </w:p>
        </w:tc>
        <w:tc>
          <w:tcPr>
            <w:tcW w:w="1234" w:type="dxa"/>
          </w:tcPr>
          <w:p w14:paraId="075BDB1F" w14:textId="77777777" w:rsidR="004B4EAF" w:rsidRDefault="00000000">
            <w:r>
              <w:t>Hassan, Y. H. S.; Jimale, K. A.; Dirie, S. S.; Salah, O. M.; Afrah, O. H.; Mohamed, M. O. S.; Dubad, A. B.</w:t>
            </w:r>
          </w:p>
        </w:tc>
        <w:tc>
          <w:tcPr>
            <w:tcW w:w="1234" w:type="dxa"/>
          </w:tcPr>
          <w:p w14:paraId="69F1EEDA" w14:textId="77777777" w:rsidR="004B4EAF" w:rsidRDefault="00000000">
            <w:r>
              <w:t>Veterinary Sciences</w:t>
            </w:r>
          </w:p>
        </w:tc>
        <w:tc>
          <w:tcPr>
            <w:tcW w:w="1234" w:type="dxa"/>
          </w:tcPr>
          <w:p w14:paraId="0165230D" w14:textId="77777777" w:rsidR="004B4EAF" w:rsidRDefault="00000000">
            <w:r>
              <w:t>10.1155/2022/9224737</w:t>
            </w:r>
          </w:p>
        </w:tc>
        <w:tc>
          <w:tcPr>
            <w:tcW w:w="1234" w:type="dxa"/>
          </w:tcPr>
          <w:p w14:paraId="1FFE54E2" w14:textId="77777777" w:rsidR="004B4EAF" w:rsidRDefault="00000000">
            <w:r>
              <w:t>&lt;Go to ISI&gt;://WOS:000993224000001</w:t>
            </w:r>
          </w:p>
        </w:tc>
      </w:tr>
      <w:tr w:rsidR="004B4EAF" w14:paraId="59431FDB" w14:textId="77777777">
        <w:tc>
          <w:tcPr>
            <w:tcW w:w="1234" w:type="dxa"/>
          </w:tcPr>
          <w:p w14:paraId="76DF828D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77A05B46" w14:textId="77777777" w:rsidR="004B4EAF" w:rsidRDefault="00000000">
            <w:r>
              <w:t xml:space="preserve">Parasitological, serological and molecular survey of camel </w:t>
            </w:r>
            <w:r>
              <w:lastRenderedPageBreak/>
              <w:t>trypanosomiasis in Somalia</w:t>
            </w:r>
          </w:p>
        </w:tc>
        <w:tc>
          <w:tcPr>
            <w:tcW w:w="1234" w:type="dxa"/>
          </w:tcPr>
          <w:p w14:paraId="5DDA769A" w14:textId="77777777" w:rsidR="004B4EAF" w:rsidRDefault="00000000">
            <w:r>
              <w:lastRenderedPageBreak/>
              <w:t>Parasites &amp; Vectors</w:t>
            </w:r>
          </w:p>
        </w:tc>
        <w:tc>
          <w:tcPr>
            <w:tcW w:w="1234" w:type="dxa"/>
          </w:tcPr>
          <w:p w14:paraId="2104DA9F" w14:textId="77777777" w:rsidR="004B4EAF" w:rsidRDefault="00000000">
            <w:r>
              <w:t xml:space="preserve">Hassan-Kadle, A. A.; Ibrahim, A. M.; Nyingilili, H. S.; Yusuf, A. A.; </w:t>
            </w:r>
            <w:r>
              <w:lastRenderedPageBreak/>
              <w:t>Vieira, Tswj; Vieira, R. F. C.</w:t>
            </w:r>
          </w:p>
        </w:tc>
        <w:tc>
          <w:tcPr>
            <w:tcW w:w="1234" w:type="dxa"/>
          </w:tcPr>
          <w:p w14:paraId="5243D616" w14:textId="77777777" w:rsidR="004B4EAF" w:rsidRDefault="00000000">
            <w:r>
              <w:lastRenderedPageBreak/>
              <w:t>CATT/T</w:t>
            </w:r>
          </w:p>
        </w:tc>
        <w:tc>
          <w:tcPr>
            <w:tcW w:w="1234" w:type="dxa"/>
          </w:tcPr>
          <w:p w14:paraId="0F78D90B" w14:textId="77777777" w:rsidR="004B4EAF" w:rsidRDefault="00000000">
            <w:r>
              <w:t>10.1186/s13071-019-3853-5</w:t>
            </w:r>
          </w:p>
        </w:tc>
        <w:tc>
          <w:tcPr>
            <w:tcW w:w="1234" w:type="dxa"/>
          </w:tcPr>
          <w:p w14:paraId="2A2B46AD" w14:textId="77777777" w:rsidR="004B4EAF" w:rsidRDefault="00000000">
            <w:r>
              <w:t>&lt;Go to ISI&gt;://WOS:000503802300002</w:t>
            </w:r>
          </w:p>
        </w:tc>
      </w:tr>
      <w:tr w:rsidR="004B4EAF" w14:paraId="3A781E4C" w14:textId="77777777">
        <w:tc>
          <w:tcPr>
            <w:tcW w:w="1234" w:type="dxa"/>
          </w:tcPr>
          <w:p w14:paraId="7F29F98F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0857DD76" w14:textId="77777777" w:rsidR="004B4EAF" w:rsidRDefault="00000000">
            <w:r>
              <w:t>One Health in Somalia: Present status, opportunities, and challenges</w:t>
            </w:r>
          </w:p>
        </w:tc>
        <w:tc>
          <w:tcPr>
            <w:tcW w:w="1234" w:type="dxa"/>
          </w:tcPr>
          <w:p w14:paraId="2DD7AABF" w14:textId="77777777" w:rsidR="004B4EAF" w:rsidRDefault="00000000">
            <w:r>
              <w:t>One Health</w:t>
            </w:r>
          </w:p>
        </w:tc>
        <w:tc>
          <w:tcPr>
            <w:tcW w:w="1234" w:type="dxa"/>
          </w:tcPr>
          <w:p w14:paraId="45BE21AD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Hassan-</w:t>
            </w:r>
            <w:proofErr w:type="spellStart"/>
            <w:r w:rsidRPr="005440C3">
              <w:rPr>
                <w:lang w:val="nb-NO"/>
              </w:rPr>
              <w:t>Kadle</w:t>
            </w:r>
            <w:proofErr w:type="spellEnd"/>
            <w:r w:rsidRPr="005440C3">
              <w:rPr>
                <w:lang w:val="nb-NO"/>
              </w:rPr>
              <w:t xml:space="preserve">, A. A.; Osman, A. M.; Ibrahim, A. M.; Mohamed, A. A.; de </w:t>
            </w:r>
            <w:proofErr w:type="spellStart"/>
            <w:r w:rsidRPr="005440C3">
              <w:rPr>
                <w:lang w:val="nb-NO"/>
              </w:rPr>
              <w:t>Oliveira</w:t>
            </w:r>
            <w:proofErr w:type="spellEnd"/>
            <w:r w:rsidRPr="005440C3">
              <w:rPr>
                <w:lang w:val="nb-NO"/>
              </w:rPr>
              <w:t>, C. J. B.; Vieira, R. F. C.</w:t>
            </w:r>
          </w:p>
        </w:tc>
        <w:tc>
          <w:tcPr>
            <w:tcW w:w="1234" w:type="dxa"/>
          </w:tcPr>
          <w:p w14:paraId="2A1EBDD8" w14:textId="77777777" w:rsidR="004B4EAF" w:rsidRDefault="00000000">
            <w:r>
              <w:t>One Health</w:t>
            </w:r>
          </w:p>
        </w:tc>
        <w:tc>
          <w:tcPr>
            <w:tcW w:w="1234" w:type="dxa"/>
          </w:tcPr>
          <w:p w14:paraId="7865D2B2" w14:textId="77777777" w:rsidR="004B4EAF" w:rsidRDefault="00000000">
            <w:r>
              <w:t>10.1016/j.onehlt.2023.100666</w:t>
            </w:r>
          </w:p>
        </w:tc>
        <w:tc>
          <w:tcPr>
            <w:tcW w:w="1234" w:type="dxa"/>
          </w:tcPr>
          <w:p w14:paraId="7550DE96" w14:textId="77777777" w:rsidR="004B4EAF" w:rsidRDefault="00000000">
            <w:r>
              <w:t>&lt;Go to ISI&gt;://WOS:001146491500001</w:t>
            </w:r>
          </w:p>
        </w:tc>
      </w:tr>
      <w:tr w:rsidR="004B4EAF" w14:paraId="3C935FF7" w14:textId="77777777">
        <w:tc>
          <w:tcPr>
            <w:tcW w:w="1234" w:type="dxa"/>
          </w:tcPr>
          <w:p w14:paraId="2D2F228D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044D4601" w14:textId="77777777" w:rsidR="004B4EAF" w:rsidRDefault="00000000">
            <w:r>
              <w:t>Rift Valley fever and &lt;i&gt;Brucella&lt;/i&gt; spp. in ruminants, Somalia</w:t>
            </w:r>
          </w:p>
        </w:tc>
        <w:tc>
          <w:tcPr>
            <w:tcW w:w="1234" w:type="dxa"/>
          </w:tcPr>
          <w:p w14:paraId="2383527B" w14:textId="77777777" w:rsidR="004B4EAF" w:rsidRDefault="00000000">
            <w:r>
              <w:t>Bmc Veterinary Research</w:t>
            </w:r>
          </w:p>
        </w:tc>
        <w:tc>
          <w:tcPr>
            <w:tcW w:w="1234" w:type="dxa"/>
          </w:tcPr>
          <w:p w14:paraId="0000026B" w14:textId="77777777" w:rsidR="004B4EAF" w:rsidRDefault="00000000">
            <w:r>
              <w:t>Hassan-Kadle, A. A.; Osman, A. M.; Shair, M. A.; Abdi, O. M.; Yusuf, A. A.; Ibrahim, A. M.; Vieira, R. F. C.</w:t>
            </w:r>
          </w:p>
        </w:tc>
        <w:tc>
          <w:tcPr>
            <w:tcW w:w="1234" w:type="dxa"/>
          </w:tcPr>
          <w:p w14:paraId="1B696C29" w14:textId="77777777" w:rsidR="004B4EAF" w:rsidRDefault="00000000">
            <w:r>
              <w:t>Neglected zoonotic diseases</w:t>
            </w:r>
          </w:p>
        </w:tc>
        <w:tc>
          <w:tcPr>
            <w:tcW w:w="1234" w:type="dxa"/>
          </w:tcPr>
          <w:p w14:paraId="36671798" w14:textId="77777777" w:rsidR="004B4EAF" w:rsidRDefault="00000000">
            <w:r>
              <w:t>10.1186/s12917-021-02980-0</w:t>
            </w:r>
          </w:p>
        </w:tc>
        <w:tc>
          <w:tcPr>
            <w:tcW w:w="1234" w:type="dxa"/>
          </w:tcPr>
          <w:p w14:paraId="2C00FA69" w14:textId="77777777" w:rsidR="004B4EAF" w:rsidRDefault="00000000">
            <w:r>
              <w:t>&lt;Go to ISI&gt;://WOS:000687184800001</w:t>
            </w:r>
          </w:p>
        </w:tc>
      </w:tr>
      <w:tr w:rsidR="004B4EAF" w14:paraId="6243BD8A" w14:textId="77777777">
        <w:tc>
          <w:tcPr>
            <w:tcW w:w="1234" w:type="dxa"/>
          </w:tcPr>
          <w:p w14:paraId="7CD56E0E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22EBFB6F" w14:textId="77777777" w:rsidR="004B4EAF" w:rsidRDefault="00000000">
            <w:r>
              <w:t>Population-based sero-epidemiological investigation of SARS-CoV-2 infection in Somalia</w:t>
            </w:r>
          </w:p>
        </w:tc>
        <w:tc>
          <w:tcPr>
            <w:tcW w:w="1234" w:type="dxa"/>
          </w:tcPr>
          <w:p w14:paraId="52199DD3" w14:textId="77777777" w:rsidR="004B4EAF" w:rsidRDefault="00000000">
            <w:r>
              <w:t>Journal of Infection and Public Health</w:t>
            </w:r>
          </w:p>
        </w:tc>
        <w:tc>
          <w:tcPr>
            <w:tcW w:w="1234" w:type="dxa"/>
          </w:tcPr>
          <w:p w14:paraId="3BC892F3" w14:textId="77777777" w:rsidR="004B4EAF" w:rsidRDefault="00000000">
            <w:r>
              <w:t>Hossain, M. S.; Derrow, M. M.; Mohamed, S. I.; Abukar, H. M.; Qayad, M. G.; Malik, Smmr; Mengistu, K. F.; Obsie, A. A. A.; Anwar, I.</w:t>
            </w:r>
          </w:p>
        </w:tc>
        <w:tc>
          <w:tcPr>
            <w:tcW w:w="1234" w:type="dxa"/>
          </w:tcPr>
          <w:p w14:paraId="18BA5251" w14:textId="77777777" w:rsidR="004B4EAF" w:rsidRDefault="00000000">
            <w:r>
              <w:t>COVID-19</w:t>
            </w:r>
          </w:p>
        </w:tc>
        <w:tc>
          <w:tcPr>
            <w:tcW w:w="1234" w:type="dxa"/>
          </w:tcPr>
          <w:p w14:paraId="3EF49F54" w14:textId="77777777" w:rsidR="004B4EAF" w:rsidRDefault="00000000">
            <w:r>
              <w:t>10.1016/j.jiph.2023.04.016</w:t>
            </w:r>
          </w:p>
        </w:tc>
        <w:tc>
          <w:tcPr>
            <w:tcW w:w="1234" w:type="dxa"/>
          </w:tcPr>
          <w:p w14:paraId="4991324E" w14:textId="77777777" w:rsidR="004B4EAF" w:rsidRDefault="00000000">
            <w:r>
              <w:t>&lt;Go to ISI&gt;://WOS:000988525200001</w:t>
            </w:r>
          </w:p>
        </w:tc>
      </w:tr>
      <w:tr w:rsidR="004B4EAF" w14:paraId="56A64174" w14:textId="77777777">
        <w:tc>
          <w:tcPr>
            <w:tcW w:w="1234" w:type="dxa"/>
          </w:tcPr>
          <w:p w14:paraId="5BCB43DA" w14:textId="77777777" w:rsidR="004B4EAF" w:rsidRDefault="00000000">
            <w:r>
              <w:t>1987</w:t>
            </w:r>
          </w:p>
        </w:tc>
        <w:tc>
          <w:tcPr>
            <w:tcW w:w="1234" w:type="dxa"/>
          </w:tcPr>
          <w:p w14:paraId="1FF6F18B" w14:textId="77777777" w:rsidR="004B4EAF" w:rsidRDefault="00000000">
            <w:r>
              <w:t>EPIDEMIOLOGIC-STUDY OF PARASITIC INFECTIONS IN SOMALI NOMADS</w:t>
            </w:r>
          </w:p>
        </w:tc>
        <w:tc>
          <w:tcPr>
            <w:tcW w:w="1234" w:type="dxa"/>
          </w:tcPr>
          <w:p w14:paraId="5F9D11D3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27C1AB90" w14:textId="77777777" w:rsidR="004B4EAF" w:rsidRDefault="00000000">
            <w:r>
              <w:t>Ilardi, I.; Sebastiani, A.; Leone, F.; Madera, A.; Bile, M. K.; Shiddo, S. C.; Mohamed, H. H.; Amiconi, G.</w:t>
            </w:r>
          </w:p>
        </w:tc>
        <w:tc>
          <w:tcPr>
            <w:tcW w:w="1234" w:type="dxa"/>
          </w:tcPr>
          <w:p w14:paraId="4BDF79F8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575703F2" w14:textId="77777777" w:rsidR="004B4EAF" w:rsidRDefault="00000000">
            <w:r>
              <w:t>10.1016/0035-9203(87)90027-7</w:t>
            </w:r>
          </w:p>
        </w:tc>
        <w:tc>
          <w:tcPr>
            <w:tcW w:w="1234" w:type="dxa"/>
          </w:tcPr>
          <w:p w14:paraId="403F477C" w14:textId="77777777" w:rsidR="004B4EAF" w:rsidRDefault="00000000">
            <w:r>
              <w:t>&lt;Go to ISI&gt;://WOS:A1987K878000024</w:t>
            </w:r>
          </w:p>
        </w:tc>
      </w:tr>
      <w:tr w:rsidR="004B4EAF" w14:paraId="66FE5DC4" w14:textId="77777777">
        <w:tc>
          <w:tcPr>
            <w:tcW w:w="1234" w:type="dxa"/>
          </w:tcPr>
          <w:p w14:paraId="4329DE13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38395E10" w14:textId="77777777" w:rsidR="004B4EAF" w:rsidRDefault="00000000">
            <w:r>
              <w:t xml:space="preserve">Community Based Surveillance in </w:t>
            </w:r>
            <w:r>
              <w:lastRenderedPageBreak/>
              <w:t>Somaliland: Analysis of the Functionality and Effectiveness using the CBS Platform Nyss</w:t>
            </w:r>
          </w:p>
        </w:tc>
        <w:tc>
          <w:tcPr>
            <w:tcW w:w="1234" w:type="dxa"/>
          </w:tcPr>
          <w:p w14:paraId="0BDA5984" w14:textId="77777777" w:rsidR="004B4EAF" w:rsidRDefault="00000000">
            <w:r>
              <w:lastRenderedPageBreak/>
              <w:t xml:space="preserve">International Journal of </w:t>
            </w:r>
            <w:r>
              <w:lastRenderedPageBreak/>
              <w:t>Infectious Diseases</w:t>
            </w:r>
          </w:p>
        </w:tc>
        <w:tc>
          <w:tcPr>
            <w:tcW w:w="1234" w:type="dxa"/>
          </w:tcPr>
          <w:p w14:paraId="52A8DE4A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lastRenderedPageBreak/>
              <w:t xml:space="preserve">Jung, J.; </w:t>
            </w:r>
            <w:proofErr w:type="spellStart"/>
            <w:r w:rsidRPr="005440C3">
              <w:rPr>
                <w:lang w:val="nb-NO"/>
              </w:rPr>
              <w:t>Beledi</w:t>
            </w:r>
            <w:proofErr w:type="spellEnd"/>
            <w:r w:rsidRPr="005440C3">
              <w:rPr>
                <w:lang w:val="nb-NO"/>
              </w:rPr>
              <w:t xml:space="preserve">, A. H.; Riedel, N.; </w:t>
            </w:r>
            <w:r w:rsidRPr="005440C3">
              <w:rPr>
                <w:lang w:val="nb-NO"/>
              </w:rPr>
              <w:lastRenderedPageBreak/>
              <w:t>Ahmed, A. O.; Larsen, T. M.</w:t>
            </w:r>
          </w:p>
        </w:tc>
        <w:tc>
          <w:tcPr>
            <w:tcW w:w="1234" w:type="dxa"/>
          </w:tcPr>
          <w:p w14:paraId="3364A5B5" w14:textId="77777777" w:rsidR="004B4EAF" w:rsidRDefault="00000000">
            <w:r>
              <w:lastRenderedPageBreak/>
              <w:t>Infectious Diseases</w:t>
            </w:r>
          </w:p>
        </w:tc>
        <w:tc>
          <w:tcPr>
            <w:tcW w:w="1234" w:type="dxa"/>
          </w:tcPr>
          <w:p w14:paraId="3735EF04" w14:textId="77777777" w:rsidR="004B4EAF" w:rsidRDefault="00000000">
            <w:r>
              <w:t>10.1016/j.ijid.2021.12.236</w:t>
            </w:r>
          </w:p>
        </w:tc>
        <w:tc>
          <w:tcPr>
            <w:tcW w:w="1234" w:type="dxa"/>
          </w:tcPr>
          <w:p w14:paraId="2B1F3343" w14:textId="77777777" w:rsidR="004B4EAF" w:rsidRDefault="00000000">
            <w:r>
              <w:t>&lt;Go to ISI&gt;://WOS:0007758941</w:t>
            </w:r>
            <w:r>
              <w:lastRenderedPageBreak/>
              <w:t>00236</w:t>
            </w:r>
          </w:p>
        </w:tc>
      </w:tr>
      <w:tr w:rsidR="004B4EAF" w14:paraId="2A844E8B" w14:textId="77777777">
        <w:tc>
          <w:tcPr>
            <w:tcW w:w="1234" w:type="dxa"/>
          </w:tcPr>
          <w:p w14:paraId="47600C88" w14:textId="77777777" w:rsidR="004B4EAF" w:rsidRDefault="00000000">
            <w:r>
              <w:lastRenderedPageBreak/>
              <w:t>2011</w:t>
            </w:r>
          </w:p>
        </w:tc>
        <w:tc>
          <w:tcPr>
            <w:tcW w:w="1234" w:type="dxa"/>
          </w:tcPr>
          <w:p w14:paraId="4ACD9F90" w14:textId="77777777" w:rsidR="004B4EAF" w:rsidRDefault="00000000">
            <w:r>
              <w:t>Measles Control and Elimination in Somalia: The Good, the Bad, and the Ugly</w:t>
            </w:r>
          </w:p>
        </w:tc>
        <w:tc>
          <w:tcPr>
            <w:tcW w:w="1234" w:type="dxa"/>
          </w:tcPr>
          <w:p w14:paraId="4D6F2F34" w14:textId="77777777" w:rsidR="004B4EAF" w:rsidRDefault="00000000">
            <w:r>
              <w:t>Journal of Infectious Diseases</w:t>
            </w:r>
          </w:p>
        </w:tc>
        <w:tc>
          <w:tcPr>
            <w:tcW w:w="1234" w:type="dxa"/>
          </w:tcPr>
          <w:p w14:paraId="3D72BA34" w14:textId="77777777" w:rsidR="004B4EAF" w:rsidRDefault="00000000">
            <w:r>
              <w:t>Kamadjeu, R.; Assegid, K.; Naouri, B.; Mirza, I. R.; Hirsi, A.; Mohammed, A.; Omer, M.; Dualle, A. H.; Mulugeta, A.</w:t>
            </w:r>
          </w:p>
        </w:tc>
        <w:tc>
          <w:tcPr>
            <w:tcW w:w="1234" w:type="dxa"/>
          </w:tcPr>
          <w:p w14:paraId="755E2E56" w14:textId="77777777" w:rsidR="004B4EAF" w:rsidRDefault="00000000">
            <w:r>
              <w:t>eastern mediterranean region</w:t>
            </w:r>
          </w:p>
        </w:tc>
        <w:tc>
          <w:tcPr>
            <w:tcW w:w="1234" w:type="dxa"/>
          </w:tcPr>
          <w:p w14:paraId="39248417" w14:textId="77777777" w:rsidR="004B4EAF" w:rsidRDefault="00000000">
            <w:r>
              <w:t>10.1093/infdis/jir066</w:t>
            </w:r>
          </w:p>
        </w:tc>
        <w:tc>
          <w:tcPr>
            <w:tcW w:w="1234" w:type="dxa"/>
          </w:tcPr>
          <w:p w14:paraId="48EC40F2" w14:textId="77777777" w:rsidR="004B4EAF" w:rsidRDefault="00000000">
            <w:r>
              <w:t>&lt;Go to ISI&gt;://WOS:000293547600040</w:t>
            </w:r>
          </w:p>
        </w:tc>
      </w:tr>
      <w:tr w:rsidR="004B4EAF" w14:paraId="7FD359D7" w14:textId="77777777">
        <w:tc>
          <w:tcPr>
            <w:tcW w:w="1234" w:type="dxa"/>
          </w:tcPr>
          <w:p w14:paraId="30C6010A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3722AE9B" w14:textId="77777777" w:rsidR="004B4EAF" w:rsidRDefault="00000000">
            <w:r>
              <w:t>Diversity of Glossinidae (Diptera) species in The Gambia in relation to vegetation</w:t>
            </w:r>
          </w:p>
        </w:tc>
        <w:tc>
          <w:tcPr>
            <w:tcW w:w="1234" w:type="dxa"/>
          </w:tcPr>
          <w:p w14:paraId="48913F35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Revista</w:t>
            </w:r>
            <w:proofErr w:type="spellEnd"/>
            <w:r w:rsidRPr="005440C3">
              <w:rPr>
                <w:lang w:val="nb-NO"/>
              </w:rPr>
              <w:t xml:space="preserve"> Brasileira De </w:t>
            </w:r>
            <w:proofErr w:type="spellStart"/>
            <w:r w:rsidRPr="005440C3">
              <w:rPr>
                <w:lang w:val="nb-NO"/>
              </w:rPr>
              <w:t>Parasitologia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Veterinaria</w:t>
            </w:r>
            <w:proofErr w:type="spellEnd"/>
          </w:p>
        </w:tc>
        <w:tc>
          <w:tcPr>
            <w:tcW w:w="1234" w:type="dxa"/>
          </w:tcPr>
          <w:p w14:paraId="0732B85D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Kargbo</w:t>
            </w:r>
            <w:proofErr w:type="spellEnd"/>
            <w:r w:rsidRPr="005440C3">
              <w:rPr>
                <w:lang w:val="nb-NO"/>
              </w:rPr>
              <w:t xml:space="preserve">, A.; </w:t>
            </w:r>
            <w:proofErr w:type="spellStart"/>
            <w:r w:rsidRPr="005440C3">
              <w:rPr>
                <w:lang w:val="nb-NO"/>
              </w:rPr>
              <w:t>Jallow</w:t>
            </w:r>
            <w:proofErr w:type="spellEnd"/>
            <w:r w:rsidRPr="005440C3">
              <w:rPr>
                <w:lang w:val="nb-NO"/>
              </w:rPr>
              <w:t xml:space="preserve">, M.; Vieira, </w:t>
            </w:r>
            <w:proofErr w:type="spellStart"/>
            <w:r w:rsidRPr="005440C3">
              <w:rPr>
                <w:lang w:val="nb-NO"/>
              </w:rPr>
              <w:t>Tswj</w:t>
            </w:r>
            <w:proofErr w:type="spellEnd"/>
            <w:r w:rsidRPr="005440C3">
              <w:rPr>
                <w:lang w:val="nb-NO"/>
              </w:rPr>
              <w:t xml:space="preserve">; </w:t>
            </w:r>
            <w:proofErr w:type="spellStart"/>
            <w:r w:rsidRPr="005440C3">
              <w:rPr>
                <w:lang w:val="nb-NO"/>
              </w:rPr>
              <w:t>Amoutchi</w:t>
            </w:r>
            <w:proofErr w:type="spellEnd"/>
            <w:r w:rsidRPr="005440C3">
              <w:rPr>
                <w:lang w:val="nb-NO"/>
              </w:rPr>
              <w:t xml:space="preserve">, A. I.; </w:t>
            </w:r>
            <w:proofErr w:type="spellStart"/>
            <w:r w:rsidRPr="005440C3">
              <w:rPr>
                <w:lang w:val="nb-NO"/>
              </w:rPr>
              <w:t>Koua</w:t>
            </w:r>
            <w:proofErr w:type="spellEnd"/>
            <w:r w:rsidRPr="005440C3">
              <w:rPr>
                <w:lang w:val="nb-NO"/>
              </w:rPr>
              <w:t>, H. K.; Osman, A. M.; Vieira, R. F. D.</w:t>
            </w:r>
          </w:p>
        </w:tc>
        <w:tc>
          <w:tcPr>
            <w:tcW w:w="1234" w:type="dxa"/>
          </w:tcPr>
          <w:p w14:paraId="3FD76EAC" w14:textId="77777777" w:rsidR="004B4EAF" w:rsidRDefault="00000000">
            <w:r>
              <w:t xml:space="preserve">Glossina </w:t>
            </w:r>
            <w:proofErr w:type="spellStart"/>
            <w:r>
              <w:t>morsitans</w:t>
            </w:r>
            <w:proofErr w:type="spellEnd"/>
            <w:r>
              <w:t xml:space="preserve"> </w:t>
            </w:r>
            <w:proofErr w:type="spellStart"/>
            <w:r>
              <w:t>submorsitans</w:t>
            </w:r>
            <w:proofErr w:type="spellEnd"/>
          </w:p>
        </w:tc>
        <w:tc>
          <w:tcPr>
            <w:tcW w:w="1234" w:type="dxa"/>
          </w:tcPr>
          <w:p w14:paraId="46BDA0BD" w14:textId="77777777" w:rsidR="004B4EAF" w:rsidRDefault="00000000">
            <w:r>
              <w:t>10.1590/s1984-29612024010</w:t>
            </w:r>
          </w:p>
        </w:tc>
        <w:tc>
          <w:tcPr>
            <w:tcW w:w="1234" w:type="dxa"/>
          </w:tcPr>
          <w:p w14:paraId="73CC4DD8" w14:textId="77777777" w:rsidR="004B4EAF" w:rsidRDefault="00000000">
            <w:r>
              <w:t>&lt;Go to ISI&gt;://WOS:001169842200001</w:t>
            </w:r>
          </w:p>
        </w:tc>
      </w:tr>
      <w:tr w:rsidR="004B4EAF" w14:paraId="3054CFE4" w14:textId="77777777">
        <w:tc>
          <w:tcPr>
            <w:tcW w:w="1234" w:type="dxa"/>
          </w:tcPr>
          <w:p w14:paraId="6A2A8F67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7DCC5DD2" w14:textId="77777777" w:rsidR="004B4EAF" w:rsidRDefault="00000000">
            <w:r>
              <w:t>Clinical characteristics of acute liver failure associated with hepatitis A infection in children in Mogadishu, Somalia: a hospital-based retrospective study</w:t>
            </w:r>
          </w:p>
        </w:tc>
        <w:tc>
          <w:tcPr>
            <w:tcW w:w="1234" w:type="dxa"/>
          </w:tcPr>
          <w:p w14:paraId="243847B6" w14:textId="77777777" w:rsidR="004B4EAF" w:rsidRDefault="00000000">
            <w:r>
              <w:t>Bmc Infectious Diseases</w:t>
            </w:r>
          </w:p>
        </w:tc>
        <w:tc>
          <w:tcPr>
            <w:tcW w:w="1234" w:type="dxa"/>
          </w:tcPr>
          <w:p w14:paraId="1E23E5B7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Keles</w:t>
            </w:r>
            <w:proofErr w:type="spellEnd"/>
            <w:r w:rsidRPr="005440C3">
              <w:rPr>
                <w:lang w:val="nb-NO"/>
              </w:rPr>
              <w:t>, E.; Hassan-</w:t>
            </w:r>
            <w:proofErr w:type="spellStart"/>
            <w:r w:rsidRPr="005440C3">
              <w:rPr>
                <w:lang w:val="nb-NO"/>
              </w:rPr>
              <w:t>Kadle</w:t>
            </w:r>
            <w:proofErr w:type="spellEnd"/>
            <w:r w:rsidRPr="005440C3">
              <w:rPr>
                <w:lang w:val="nb-NO"/>
              </w:rPr>
              <w:t xml:space="preserve">, M. A.; Osman, M. M.; Eker, H. H.; </w:t>
            </w:r>
            <w:proofErr w:type="spellStart"/>
            <w:r w:rsidRPr="005440C3">
              <w:rPr>
                <w:lang w:val="nb-NO"/>
              </w:rPr>
              <w:t>Abusoglu</w:t>
            </w:r>
            <w:proofErr w:type="spellEnd"/>
            <w:r w:rsidRPr="005440C3">
              <w:rPr>
                <w:lang w:val="nb-NO"/>
              </w:rPr>
              <w:t xml:space="preserve">, Z.; </w:t>
            </w:r>
            <w:proofErr w:type="spellStart"/>
            <w:r w:rsidRPr="005440C3">
              <w:rPr>
                <w:lang w:val="nb-NO"/>
              </w:rPr>
              <w:t>Baydili</w:t>
            </w:r>
            <w:proofErr w:type="spellEnd"/>
            <w:r w:rsidRPr="005440C3">
              <w:rPr>
                <w:lang w:val="nb-NO"/>
              </w:rPr>
              <w:t>, K. N.; Osman, A. M.</w:t>
            </w:r>
          </w:p>
        </w:tc>
        <w:tc>
          <w:tcPr>
            <w:tcW w:w="1234" w:type="dxa"/>
          </w:tcPr>
          <w:p w14:paraId="623053BA" w14:textId="77777777" w:rsidR="004B4EAF" w:rsidRDefault="00000000">
            <w:r>
              <w:t>Acute liver failure</w:t>
            </w:r>
          </w:p>
        </w:tc>
        <w:tc>
          <w:tcPr>
            <w:tcW w:w="1234" w:type="dxa"/>
          </w:tcPr>
          <w:p w14:paraId="7308F3E3" w14:textId="77777777" w:rsidR="004B4EAF" w:rsidRDefault="00000000">
            <w:r>
              <w:t>10.1186/s12879-021-06594-7</w:t>
            </w:r>
          </w:p>
        </w:tc>
        <w:tc>
          <w:tcPr>
            <w:tcW w:w="1234" w:type="dxa"/>
          </w:tcPr>
          <w:p w14:paraId="39814C31" w14:textId="77777777" w:rsidR="004B4EAF" w:rsidRDefault="00000000">
            <w:r>
              <w:t>&lt;Go to ISI&gt;://WOS:000693837600002</w:t>
            </w:r>
          </w:p>
        </w:tc>
      </w:tr>
      <w:tr w:rsidR="004B4EAF" w14:paraId="15C96681" w14:textId="77777777">
        <w:tc>
          <w:tcPr>
            <w:tcW w:w="1234" w:type="dxa"/>
          </w:tcPr>
          <w:p w14:paraId="40B81A5F" w14:textId="77777777" w:rsidR="004B4EAF" w:rsidRDefault="00000000">
            <w:r>
              <w:t>198</w:t>
            </w:r>
            <w:r>
              <w:lastRenderedPageBreak/>
              <w:t>1</w:t>
            </w:r>
          </w:p>
        </w:tc>
        <w:tc>
          <w:tcPr>
            <w:tcW w:w="1234" w:type="dxa"/>
          </w:tcPr>
          <w:p w14:paraId="71D87F5B" w14:textId="77777777" w:rsidR="004B4EAF" w:rsidRDefault="00000000">
            <w:r>
              <w:lastRenderedPageBreak/>
              <w:t xml:space="preserve">PREVALENCE OF </w:t>
            </w:r>
            <w:r>
              <w:lastRenderedPageBreak/>
              <w:t>SCHISTOSOMA-HAEMATOBIUM IN THE KORYOLE AND MERCA DISTRICTS OF THE SOMALI-DEMOCRATIC-REPUBLIC</w:t>
            </w:r>
          </w:p>
        </w:tc>
        <w:tc>
          <w:tcPr>
            <w:tcW w:w="1234" w:type="dxa"/>
          </w:tcPr>
          <w:p w14:paraId="199AC5E4" w14:textId="77777777" w:rsidR="004B4EAF" w:rsidRDefault="00000000">
            <w:r>
              <w:lastRenderedPageBreak/>
              <w:t xml:space="preserve">Annals of </w:t>
            </w:r>
            <w:r>
              <w:lastRenderedPageBreak/>
              <w:t>Tropical Medicine and Parasitology</w:t>
            </w:r>
          </w:p>
        </w:tc>
        <w:tc>
          <w:tcPr>
            <w:tcW w:w="1234" w:type="dxa"/>
          </w:tcPr>
          <w:p w14:paraId="61A66AA8" w14:textId="77777777" w:rsidR="004B4EAF" w:rsidRDefault="00000000">
            <w:r>
              <w:lastRenderedPageBreak/>
              <w:t xml:space="preserve">Koura, M.; </w:t>
            </w:r>
            <w:r>
              <w:lastRenderedPageBreak/>
              <w:t>Upatham, E. S.; Awad, A. H.; Ahmed, M. D.</w:t>
            </w:r>
          </w:p>
        </w:tc>
        <w:tc>
          <w:tcPr>
            <w:tcW w:w="1234" w:type="dxa"/>
          </w:tcPr>
          <w:p w14:paraId="48569D07" w14:textId="77777777" w:rsidR="004B4EAF" w:rsidRDefault="00000000">
            <w:r>
              <w:lastRenderedPageBreak/>
              <w:t xml:space="preserve">Public, </w:t>
            </w:r>
            <w:r>
              <w:lastRenderedPageBreak/>
              <w:t>Environmental &amp; Occupational Health</w:t>
            </w:r>
          </w:p>
        </w:tc>
        <w:tc>
          <w:tcPr>
            <w:tcW w:w="1234" w:type="dxa"/>
          </w:tcPr>
          <w:p w14:paraId="3DD2E1E5" w14:textId="77777777" w:rsidR="004B4EAF" w:rsidRDefault="00000000">
            <w:r>
              <w:lastRenderedPageBreak/>
              <w:t>10.1080/00034983.1981.116</w:t>
            </w:r>
            <w:r>
              <w:lastRenderedPageBreak/>
              <w:t>87408</w:t>
            </w:r>
          </w:p>
        </w:tc>
        <w:tc>
          <w:tcPr>
            <w:tcW w:w="1234" w:type="dxa"/>
          </w:tcPr>
          <w:p w14:paraId="5E30EB8D" w14:textId="77777777" w:rsidR="004B4EAF" w:rsidRDefault="00000000">
            <w:r>
              <w:lastRenderedPageBreak/>
              <w:t xml:space="preserve">&lt;Go to </w:t>
            </w:r>
            <w:r>
              <w:lastRenderedPageBreak/>
              <w:t>ISI&gt;://WOS:A1981LC43600008</w:t>
            </w:r>
          </w:p>
        </w:tc>
      </w:tr>
      <w:tr w:rsidR="004B4EAF" w14:paraId="14E9633A" w14:textId="77777777">
        <w:tc>
          <w:tcPr>
            <w:tcW w:w="1234" w:type="dxa"/>
          </w:tcPr>
          <w:p w14:paraId="6A6E1404" w14:textId="77777777" w:rsidR="004B4EAF" w:rsidRDefault="00000000">
            <w:r>
              <w:lastRenderedPageBreak/>
              <w:t>2010</w:t>
            </w:r>
          </w:p>
        </w:tc>
        <w:tc>
          <w:tcPr>
            <w:tcW w:w="1234" w:type="dxa"/>
          </w:tcPr>
          <w:p w14:paraId="1C02BD4A" w14:textId="77777777" w:rsidR="004B4EAF" w:rsidRDefault="00000000">
            <w:r>
              <w:t>HIV prevalence and characteristics of sex work among female sex workers in Hargeisa, Somaliland, Somalia</w:t>
            </w:r>
          </w:p>
        </w:tc>
        <w:tc>
          <w:tcPr>
            <w:tcW w:w="1234" w:type="dxa"/>
          </w:tcPr>
          <w:p w14:paraId="30247F93" w14:textId="77777777" w:rsidR="004B4EAF" w:rsidRDefault="00000000">
            <w:r>
              <w:t>Aids</w:t>
            </w:r>
          </w:p>
        </w:tc>
        <w:tc>
          <w:tcPr>
            <w:tcW w:w="1234" w:type="dxa"/>
          </w:tcPr>
          <w:p w14:paraId="033EED05" w14:textId="77777777" w:rsidR="004B4EAF" w:rsidRDefault="00000000">
            <w:r>
              <w:t>Kriitmaa, K.; Testa, A.; Osman, M.; Bozicevic, I.; Riedner, G.; Malungu, J.; Irving, G.; Abdalla, I.</w:t>
            </w:r>
          </w:p>
        </w:tc>
        <w:tc>
          <w:tcPr>
            <w:tcW w:w="1234" w:type="dxa"/>
          </w:tcPr>
          <w:p w14:paraId="2017784A" w14:textId="77777777" w:rsidR="004B4EAF" w:rsidRDefault="00000000">
            <w:r>
              <w:t>biological and behavioural surveillance</w:t>
            </w:r>
          </w:p>
        </w:tc>
        <w:tc>
          <w:tcPr>
            <w:tcW w:w="1234" w:type="dxa"/>
          </w:tcPr>
          <w:p w14:paraId="3F6E6D73" w14:textId="77777777" w:rsidR="004B4EAF" w:rsidRDefault="00000000">
            <w:r>
              <w:t>10.1097/01.aids.0000386735.87177.2a</w:t>
            </w:r>
          </w:p>
        </w:tc>
        <w:tc>
          <w:tcPr>
            <w:tcW w:w="1234" w:type="dxa"/>
          </w:tcPr>
          <w:p w14:paraId="0A69B8F6" w14:textId="77777777" w:rsidR="004B4EAF" w:rsidRDefault="00000000">
            <w:r>
              <w:t>&lt;Go to ISI&gt;://WOS:000279697100008</w:t>
            </w:r>
          </w:p>
        </w:tc>
      </w:tr>
      <w:tr w:rsidR="004B4EAF" w14:paraId="6B730B52" w14:textId="77777777">
        <w:tc>
          <w:tcPr>
            <w:tcW w:w="1234" w:type="dxa"/>
          </w:tcPr>
          <w:p w14:paraId="589061D7" w14:textId="77777777" w:rsidR="004B4EAF" w:rsidRDefault="00000000">
            <w:r>
              <w:t>1992</w:t>
            </w:r>
          </w:p>
        </w:tc>
        <w:tc>
          <w:tcPr>
            <w:tcW w:w="1234" w:type="dxa"/>
          </w:tcPr>
          <w:p w14:paraId="360650AB" w14:textId="77777777" w:rsidR="004B4EAF" w:rsidRDefault="00000000">
            <w:r>
              <w:t>EFFECT OF DIFFERENT FRACTIONS OF HEPARIN ON PLASMODIUM-FALCIPARUM MEROZOITE INVASION OF RED-BLOOD-CELLS INVITRO</w:t>
            </w:r>
          </w:p>
        </w:tc>
        <w:tc>
          <w:tcPr>
            <w:tcW w:w="1234" w:type="dxa"/>
          </w:tcPr>
          <w:p w14:paraId="2B51889D" w14:textId="77777777" w:rsidR="004B4EAF" w:rsidRDefault="00000000">
            <w:r>
              <w:t>American Journal of Tropical Medicine and Hygiene</w:t>
            </w:r>
          </w:p>
        </w:tc>
        <w:tc>
          <w:tcPr>
            <w:tcW w:w="1234" w:type="dxa"/>
          </w:tcPr>
          <w:p w14:paraId="71F2B65D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Kulane</w:t>
            </w:r>
            <w:proofErr w:type="spellEnd"/>
            <w:r w:rsidRPr="005440C3">
              <w:rPr>
                <w:lang w:val="nb-NO"/>
              </w:rPr>
              <w:t xml:space="preserve">, A.; Ekre, H. P.; Perlmann, P.; </w:t>
            </w:r>
            <w:proofErr w:type="spellStart"/>
            <w:r w:rsidRPr="005440C3">
              <w:rPr>
                <w:lang w:val="nb-NO"/>
              </w:rPr>
              <w:t>Rombo</w:t>
            </w:r>
            <w:proofErr w:type="spellEnd"/>
            <w:r w:rsidRPr="005440C3">
              <w:rPr>
                <w:lang w:val="nb-NO"/>
              </w:rPr>
              <w:t>, L.; Wahlgren, M.; Wahlin, B.</w:t>
            </w:r>
          </w:p>
        </w:tc>
        <w:tc>
          <w:tcPr>
            <w:tcW w:w="1234" w:type="dxa"/>
          </w:tcPr>
          <w:p w14:paraId="074B0AFE" w14:textId="77777777" w:rsidR="004B4EAF" w:rsidRDefault="00000000">
            <w:r>
              <w:t>spontaneous erythrocyte rosettes</w:t>
            </w:r>
          </w:p>
        </w:tc>
        <w:tc>
          <w:tcPr>
            <w:tcW w:w="1234" w:type="dxa"/>
          </w:tcPr>
          <w:p w14:paraId="64F179D4" w14:textId="77777777" w:rsidR="004B4EAF" w:rsidRDefault="00000000">
            <w:r>
              <w:t>10.4269/ajtmh.1992.46.589</w:t>
            </w:r>
          </w:p>
        </w:tc>
        <w:tc>
          <w:tcPr>
            <w:tcW w:w="1234" w:type="dxa"/>
          </w:tcPr>
          <w:p w14:paraId="1EDBA5C4" w14:textId="77777777" w:rsidR="004B4EAF" w:rsidRDefault="00000000">
            <w:r>
              <w:t>&lt;Go to ISI&gt;://WOS:A1992HX46300013</w:t>
            </w:r>
          </w:p>
        </w:tc>
      </w:tr>
      <w:tr w:rsidR="004B4EAF" w14:paraId="1AFC743C" w14:textId="77777777">
        <w:tc>
          <w:tcPr>
            <w:tcW w:w="1234" w:type="dxa"/>
          </w:tcPr>
          <w:p w14:paraId="37862EB1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31BA1757" w14:textId="77777777" w:rsidR="004B4EAF" w:rsidRDefault="00000000">
            <w:r>
              <w:t xml:space="preserve">Detection and molecular characterization of tick-borne pathogens infecting sheep and goats in Blue Nile and West Kordofan states in </w:t>
            </w:r>
            <w:r>
              <w:lastRenderedPageBreak/>
              <w:t>Sudan</w:t>
            </w:r>
          </w:p>
        </w:tc>
        <w:tc>
          <w:tcPr>
            <w:tcW w:w="1234" w:type="dxa"/>
          </w:tcPr>
          <w:p w14:paraId="4B1E32AE" w14:textId="77777777" w:rsidR="004B4EAF" w:rsidRDefault="00000000">
            <w:r>
              <w:lastRenderedPageBreak/>
              <w:t>Ticks and Tick-Borne Diseases</w:t>
            </w:r>
          </w:p>
        </w:tc>
        <w:tc>
          <w:tcPr>
            <w:tcW w:w="1234" w:type="dxa"/>
          </w:tcPr>
          <w:p w14:paraId="608B2163" w14:textId="77777777" w:rsidR="004B4EAF" w:rsidRDefault="00000000">
            <w:r>
              <w:t xml:space="preserve">Lee, S. H.; Mossaad, E.; Ibrahim, A. M.; Ismail, A. A.; Moumouni, P. F. A.; Liu, M. M.; Ringo, A. E.; Gao, Y.; Guo, H. P.; Li, </w:t>
            </w:r>
            <w:r>
              <w:lastRenderedPageBreak/>
              <w:t>J. X.; Efstratiou, A.; Musinguzi, P.; Angara, T. E. E.; Suganuma, K.; Inoue, N.; Xuan, X. N.</w:t>
            </w:r>
          </w:p>
        </w:tc>
        <w:tc>
          <w:tcPr>
            <w:tcW w:w="1234" w:type="dxa"/>
          </w:tcPr>
          <w:p w14:paraId="548CCD8C" w14:textId="77777777" w:rsidR="004B4EAF" w:rsidRDefault="00000000">
            <w:r>
              <w:lastRenderedPageBreak/>
              <w:t>Anaplasma ovis</w:t>
            </w:r>
          </w:p>
        </w:tc>
        <w:tc>
          <w:tcPr>
            <w:tcW w:w="1234" w:type="dxa"/>
          </w:tcPr>
          <w:p w14:paraId="38B653FE" w14:textId="77777777" w:rsidR="004B4EAF" w:rsidRDefault="00000000">
            <w:r>
              <w:t>10.1016/j.ttbdis.2018.01.014</w:t>
            </w:r>
          </w:p>
        </w:tc>
        <w:tc>
          <w:tcPr>
            <w:tcW w:w="1234" w:type="dxa"/>
          </w:tcPr>
          <w:p w14:paraId="45C112D6" w14:textId="77777777" w:rsidR="004B4EAF" w:rsidRDefault="00000000">
            <w:r>
              <w:t>&lt;Go to ISI&gt;://WOS:000433128600021</w:t>
            </w:r>
          </w:p>
        </w:tc>
      </w:tr>
      <w:tr w:rsidR="004B4EAF" w14:paraId="1F4B46C6" w14:textId="77777777">
        <w:tc>
          <w:tcPr>
            <w:tcW w:w="1234" w:type="dxa"/>
          </w:tcPr>
          <w:p w14:paraId="6203E920" w14:textId="77777777" w:rsidR="004B4EAF" w:rsidRDefault="00000000">
            <w:r>
              <w:t>1986</w:t>
            </w:r>
          </w:p>
        </w:tc>
        <w:tc>
          <w:tcPr>
            <w:tcW w:w="1234" w:type="dxa"/>
          </w:tcPr>
          <w:p w14:paraId="4B136DD4" w14:textId="77777777" w:rsidR="004B4EAF" w:rsidRDefault="00000000">
            <w:r>
              <w:t>CLONAL SPREAD OF MULTIPLY RESISTANT STRAINS OF VIBRIO-CHOLERAE O1 IN SOMALIA</w:t>
            </w:r>
          </w:p>
        </w:tc>
        <w:tc>
          <w:tcPr>
            <w:tcW w:w="1234" w:type="dxa"/>
          </w:tcPr>
          <w:p w14:paraId="43694BDC" w14:textId="77777777" w:rsidR="004B4EAF" w:rsidRDefault="00000000">
            <w:r>
              <w:t>Journal of Infectious Diseases</w:t>
            </w:r>
          </w:p>
        </w:tc>
        <w:tc>
          <w:tcPr>
            <w:tcW w:w="1234" w:type="dxa"/>
          </w:tcPr>
          <w:p w14:paraId="39901BB3" w14:textId="77777777" w:rsidR="004B4EAF" w:rsidRDefault="00000000">
            <w:r>
              <w:t>Maimone, F.; Coppo, A.; Pazzani, C.; Ismail, S. O.; Guerra, R.; Procacci, P.; Rotigliano, G.; Omar, K. H.</w:t>
            </w:r>
          </w:p>
        </w:tc>
        <w:tc>
          <w:tcPr>
            <w:tcW w:w="1234" w:type="dxa"/>
          </w:tcPr>
          <w:p w14:paraId="688387A1" w14:textId="77777777" w:rsidR="004B4EAF" w:rsidRDefault="00000000">
            <w:r>
              <w:t>Immunology</w:t>
            </w:r>
          </w:p>
        </w:tc>
        <w:tc>
          <w:tcPr>
            <w:tcW w:w="1234" w:type="dxa"/>
          </w:tcPr>
          <w:p w14:paraId="18F71105" w14:textId="77777777" w:rsidR="004B4EAF" w:rsidRDefault="00000000">
            <w:r>
              <w:t>10.1093/infdis/153.4.802</w:t>
            </w:r>
          </w:p>
        </w:tc>
        <w:tc>
          <w:tcPr>
            <w:tcW w:w="1234" w:type="dxa"/>
          </w:tcPr>
          <w:p w14:paraId="5954A503" w14:textId="77777777" w:rsidR="004B4EAF" w:rsidRDefault="00000000">
            <w:r>
              <w:t>&lt;Go to ISI&gt;://WOS:A1986A498100029</w:t>
            </w:r>
          </w:p>
        </w:tc>
      </w:tr>
      <w:tr w:rsidR="004B4EAF" w14:paraId="3079C387" w14:textId="77777777">
        <w:tc>
          <w:tcPr>
            <w:tcW w:w="1234" w:type="dxa"/>
          </w:tcPr>
          <w:p w14:paraId="25E6D5E0" w14:textId="77777777" w:rsidR="004B4EAF" w:rsidRDefault="00000000">
            <w:r>
              <w:t>1988</w:t>
            </w:r>
          </w:p>
        </w:tc>
        <w:tc>
          <w:tcPr>
            <w:tcW w:w="1234" w:type="dxa"/>
          </w:tcPr>
          <w:p w14:paraId="23A7B1D7" w14:textId="77777777" w:rsidR="004B4EAF" w:rsidRDefault="00000000">
            <w:r>
              <w:t>OUTBREAK OF CAMEL CONTAGIOUS ECTHYMA IN CENTRAL SOMALIA</w:t>
            </w:r>
          </w:p>
        </w:tc>
        <w:tc>
          <w:tcPr>
            <w:tcW w:w="1234" w:type="dxa"/>
          </w:tcPr>
          <w:p w14:paraId="735E592C" w14:textId="77777777" w:rsidR="004B4EAF" w:rsidRDefault="00000000">
            <w:r>
              <w:t>Tropical Animal Health and Production</w:t>
            </w:r>
          </w:p>
        </w:tc>
        <w:tc>
          <w:tcPr>
            <w:tcW w:w="1234" w:type="dxa"/>
          </w:tcPr>
          <w:p w14:paraId="058FE58C" w14:textId="77777777" w:rsidR="004B4EAF" w:rsidRDefault="00000000">
            <w:r>
              <w:t>Moallin, A. S. M.; Zessin, K. H.</w:t>
            </w:r>
          </w:p>
        </w:tc>
        <w:tc>
          <w:tcPr>
            <w:tcW w:w="1234" w:type="dxa"/>
          </w:tcPr>
          <w:p w14:paraId="7C65E95F" w14:textId="77777777" w:rsidR="004B4EAF" w:rsidRDefault="00000000">
            <w:r>
              <w:t>Agriculture</w:t>
            </w:r>
          </w:p>
        </w:tc>
        <w:tc>
          <w:tcPr>
            <w:tcW w:w="1234" w:type="dxa"/>
          </w:tcPr>
          <w:p w14:paraId="6CB6E695" w14:textId="77777777" w:rsidR="004B4EAF" w:rsidRDefault="00000000">
            <w:r>
              <w:t>10.1007/bf02240091</w:t>
            </w:r>
          </w:p>
        </w:tc>
        <w:tc>
          <w:tcPr>
            <w:tcW w:w="1234" w:type="dxa"/>
          </w:tcPr>
          <w:p w14:paraId="3FB8D2BF" w14:textId="77777777" w:rsidR="004B4EAF" w:rsidRDefault="00000000">
            <w:r>
              <w:t>&lt;Go to ISI&gt;://WOS:A1988Q403200013</w:t>
            </w:r>
          </w:p>
        </w:tc>
      </w:tr>
      <w:tr w:rsidR="004B4EAF" w14:paraId="6DF51317" w14:textId="77777777">
        <w:tc>
          <w:tcPr>
            <w:tcW w:w="1234" w:type="dxa"/>
          </w:tcPr>
          <w:p w14:paraId="4A4ED939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4DF04EFA" w14:textId="77777777" w:rsidR="004B4EAF" w:rsidRDefault="00000000">
            <w:r>
              <w:t xml:space="preserve">Antimicrobial Resistance and Predisposing Factors Associated with Catheter-Associated UTI Caused by Uropathogens Exhibiting Multidrug-Resistant Patterns: A 3-Year Retrospective Study at a Tertiary </w:t>
            </w:r>
            <w:r>
              <w:lastRenderedPageBreak/>
              <w:t>Hospital in Mogadishu, Somalia</w:t>
            </w:r>
          </w:p>
        </w:tc>
        <w:tc>
          <w:tcPr>
            <w:tcW w:w="1234" w:type="dxa"/>
          </w:tcPr>
          <w:p w14:paraId="17129C8C" w14:textId="77777777" w:rsidR="004B4EAF" w:rsidRDefault="00000000">
            <w:r>
              <w:lastRenderedPageBreak/>
              <w:t>Tropical Medicine and Infectious Disease</w:t>
            </w:r>
          </w:p>
        </w:tc>
        <w:tc>
          <w:tcPr>
            <w:tcW w:w="1234" w:type="dxa"/>
          </w:tcPr>
          <w:p w14:paraId="400C6487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Mohamed, A. H.; Omar, N. M. S.; Osman, M. M.; Mohamud, H. A.; </w:t>
            </w:r>
            <w:proofErr w:type="spellStart"/>
            <w:r w:rsidRPr="005440C3">
              <w:rPr>
                <w:lang w:val="nb-NO"/>
              </w:rPr>
              <w:t>Eraslan</w:t>
            </w:r>
            <w:proofErr w:type="spellEnd"/>
            <w:r w:rsidRPr="005440C3">
              <w:rPr>
                <w:lang w:val="nb-NO"/>
              </w:rPr>
              <w:t>, A.; Gur, M.</w:t>
            </w:r>
          </w:p>
        </w:tc>
        <w:tc>
          <w:tcPr>
            <w:tcW w:w="1234" w:type="dxa"/>
          </w:tcPr>
          <w:p w14:paraId="36795554" w14:textId="77777777" w:rsidR="004B4EAF" w:rsidRDefault="00000000">
            <w:r>
              <w:t>catheter-associated UTI</w:t>
            </w:r>
          </w:p>
        </w:tc>
        <w:tc>
          <w:tcPr>
            <w:tcW w:w="1234" w:type="dxa"/>
          </w:tcPr>
          <w:p w14:paraId="67CB3986" w14:textId="77777777" w:rsidR="004B4EAF" w:rsidRDefault="00000000">
            <w:r>
              <w:t>10.3390/tropicalmed7030042</w:t>
            </w:r>
          </w:p>
        </w:tc>
        <w:tc>
          <w:tcPr>
            <w:tcW w:w="1234" w:type="dxa"/>
          </w:tcPr>
          <w:p w14:paraId="7A6ACADA" w14:textId="77777777" w:rsidR="004B4EAF" w:rsidRDefault="00000000">
            <w:r>
              <w:t>&lt;Go to ISI&gt;://WOS:000774574300001</w:t>
            </w:r>
          </w:p>
        </w:tc>
      </w:tr>
      <w:tr w:rsidR="004B4EAF" w14:paraId="250B2A32" w14:textId="77777777">
        <w:tc>
          <w:tcPr>
            <w:tcW w:w="1234" w:type="dxa"/>
          </w:tcPr>
          <w:p w14:paraId="6DEA49F8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5024AF98" w14:textId="77777777" w:rsidR="004B4EAF" w:rsidRDefault="00000000">
            <w:r>
              <w:t>Epidemiological investigation of dengue fever outbreak and its socioeconomic determinants in Banadir region, Somalia</w:t>
            </w:r>
          </w:p>
        </w:tc>
        <w:tc>
          <w:tcPr>
            <w:tcW w:w="1234" w:type="dxa"/>
          </w:tcPr>
          <w:p w14:paraId="2A7147D7" w14:textId="77777777" w:rsidR="004B4EAF" w:rsidRDefault="00000000">
            <w:r>
              <w:t>Bmc Infectious Diseases</w:t>
            </w:r>
          </w:p>
        </w:tc>
        <w:tc>
          <w:tcPr>
            <w:tcW w:w="1234" w:type="dxa"/>
          </w:tcPr>
          <w:p w14:paraId="56DDD2FA" w14:textId="77777777" w:rsidR="004B4EAF" w:rsidRDefault="00000000">
            <w:r>
              <w:t>Mohamed, M. A.; Hassan, N. Y.; Osman, M. M.; Gedi, S.; Maalin, B. A. A.; Sultan, K. M.; Garba, B.; Osman, A. A.; Osman, A. Y.; Ahmed, A. D.</w:t>
            </w:r>
          </w:p>
        </w:tc>
        <w:tc>
          <w:tcPr>
            <w:tcW w:w="1234" w:type="dxa"/>
          </w:tcPr>
          <w:p w14:paraId="16F3B2CA" w14:textId="77777777" w:rsidR="004B4EAF" w:rsidRDefault="00000000">
            <w:r>
              <w:t>Dengue fever</w:t>
            </w:r>
          </w:p>
        </w:tc>
        <w:tc>
          <w:tcPr>
            <w:tcW w:w="1234" w:type="dxa"/>
          </w:tcPr>
          <w:p w14:paraId="1E1EAD6D" w14:textId="77777777" w:rsidR="004B4EAF" w:rsidRDefault="00000000">
            <w:r>
              <w:t>10.1186/s12879-024-09276-2</w:t>
            </w:r>
          </w:p>
        </w:tc>
        <w:tc>
          <w:tcPr>
            <w:tcW w:w="1234" w:type="dxa"/>
          </w:tcPr>
          <w:p w14:paraId="19EFF15D" w14:textId="77777777" w:rsidR="004B4EAF" w:rsidRDefault="00000000">
            <w:r>
              <w:t>&lt;Go to ISI&gt;://WOS:001220488800002</w:t>
            </w:r>
          </w:p>
        </w:tc>
      </w:tr>
      <w:tr w:rsidR="004B4EAF" w14:paraId="59B2F0F0" w14:textId="77777777">
        <w:tc>
          <w:tcPr>
            <w:tcW w:w="1234" w:type="dxa"/>
          </w:tcPr>
          <w:p w14:paraId="385E767D" w14:textId="77777777" w:rsidR="004B4EAF" w:rsidRDefault="00000000">
            <w:r>
              <w:t>1979</w:t>
            </w:r>
          </w:p>
        </w:tc>
        <w:tc>
          <w:tcPr>
            <w:tcW w:w="1234" w:type="dxa"/>
          </w:tcPr>
          <w:p w14:paraId="1AF46757" w14:textId="77777777" w:rsidR="004B4EAF" w:rsidRDefault="00000000">
            <w:r>
              <w:t>C-DROMEDARIUS ERYTHROCYTES - INVITRO RESISTENCE TO HEMOLYSIS</w:t>
            </w:r>
          </w:p>
        </w:tc>
        <w:tc>
          <w:tcPr>
            <w:tcW w:w="1234" w:type="dxa"/>
          </w:tcPr>
          <w:p w14:paraId="2D2D247C" w14:textId="77777777" w:rsidR="004B4EAF" w:rsidRDefault="00000000">
            <w:r>
              <w:t>Archivio Veterinario Italiano</w:t>
            </w:r>
          </w:p>
        </w:tc>
        <w:tc>
          <w:tcPr>
            <w:tcW w:w="1234" w:type="dxa"/>
          </w:tcPr>
          <w:p w14:paraId="37DD8582" w14:textId="77777777" w:rsidR="004B4EAF" w:rsidRDefault="00000000">
            <w:r>
              <w:t>Mohamed, M. H.; Locatelli, A.; Macchioni, G.</w:t>
            </w:r>
          </w:p>
        </w:tc>
        <w:tc>
          <w:tcPr>
            <w:tcW w:w="1234" w:type="dxa"/>
          </w:tcPr>
          <w:p w14:paraId="4857AB9C" w14:textId="77777777" w:rsidR="004B4EAF" w:rsidRDefault="00000000">
            <w:r>
              <w:t>Veterinary Sciences</w:t>
            </w:r>
          </w:p>
        </w:tc>
        <w:tc>
          <w:tcPr>
            <w:tcW w:w="1234" w:type="dxa"/>
          </w:tcPr>
          <w:p w14:paraId="665F6247" w14:textId="77777777" w:rsidR="004B4EAF" w:rsidRDefault="004B4EAF"/>
        </w:tc>
        <w:tc>
          <w:tcPr>
            <w:tcW w:w="1234" w:type="dxa"/>
          </w:tcPr>
          <w:p w14:paraId="744A1921" w14:textId="77777777" w:rsidR="004B4EAF" w:rsidRDefault="00000000">
            <w:r>
              <w:t>&lt;Go to ISI&gt;://WOS:A1979HR34200012</w:t>
            </w:r>
          </w:p>
        </w:tc>
      </w:tr>
      <w:tr w:rsidR="004B4EAF" w14:paraId="10F6084A" w14:textId="77777777">
        <w:tc>
          <w:tcPr>
            <w:tcW w:w="1234" w:type="dxa"/>
          </w:tcPr>
          <w:p w14:paraId="40D1FAE2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529285D2" w14:textId="77777777" w:rsidR="004B4EAF" w:rsidRDefault="00000000">
            <w:r>
              <w:t>Determinants of HIV/Aids Knowledge Among Females in Somalia: Findings from 2018 to 2019 SDHS Data</w:t>
            </w:r>
          </w:p>
        </w:tc>
        <w:tc>
          <w:tcPr>
            <w:tcW w:w="1234" w:type="dxa"/>
          </w:tcPr>
          <w:p w14:paraId="5A249B56" w14:textId="77777777" w:rsidR="004B4EAF" w:rsidRDefault="00000000">
            <w:r>
              <w:t>Hiv Aids-Research and Palliative Care</w:t>
            </w:r>
          </w:p>
        </w:tc>
        <w:tc>
          <w:tcPr>
            <w:tcW w:w="1234" w:type="dxa"/>
          </w:tcPr>
          <w:p w14:paraId="4968081C" w14:textId="77777777" w:rsidR="004B4EAF" w:rsidRDefault="00000000">
            <w:r>
              <w:t>Mohamud, L. A.; Hassan, A. M.; Nasir, J. A.</w:t>
            </w:r>
          </w:p>
        </w:tc>
        <w:tc>
          <w:tcPr>
            <w:tcW w:w="1234" w:type="dxa"/>
          </w:tcPr>
          <w:p w14:paraId="370BFA28" w14:textId="77777777" w:rsidR="004B4EAF" w:rsidRDefault="00000000">
            <w:r>
              <w:t>knowledge of HIV</w:t>
            </w:r>
          </w:p>
        </w:tc>
        <w:tc>
          <w:tcPr>
            <w:tcW w:w="1234" w:type="dxa"/>
          </w:tcPr>
          <w:p w14:paraId="61889E28" w14:textId="77777777" w:rsidR="004B4EAF" w:rsidRDefault="00000000">
            <w:r>
              <w:t>10.2147/hiv.S414290</w:t>
            </w:r>
          </w:p>
        </w:tc>
        <w:tc>
          <w:tcPr>
            <w:tcW w:w="1234" w:type="dxa"/>
          </w:tcPr>
          <w:p w14:paraId="51284543" w14:textId="77777777" w:rsidR="004B4EAF" w:rsidRDefault="00000000">
            <w:r>
              <w:t>&lt;Go to ISI&gt;://WOS:001038306400001</w:t>
            </w:r>
          </w:p>
        </w:tc>
      </w:tr>
      <w:tr w:rsidR="004B4EAF" w14:paraId="331FACCD" w14:textId="77777777">
        <w:tc>
          <w:tcPr>
            <w:tcW w:w="1234" w:type="dxa"/>
          </w:tcPr>
          <w:p w14:paraId="49A8B668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686A7E1C" w14:textId="77777777" w:rsidR="004B4EAF" w:rsidRDefault="00000000">
            <w:r>
              <w:t>Loss of Taste and Smell are Common Clinical Characteristics of Patients with COVID-19 in Somalia: A Retrospective Double Centre Study</w:t>
            </w:r>
          </w:p>
        </w:tc>
        <w:tc>
          <w:tcPr>
            <w:tcW w:w="1234" w:type="dxa"/>
          </w:tcPr>
          <w:p w14:paraId="5874D934" w14:textId="77777777" w:rsidR="004B4EAF" w:rsidRDefault="00000000">
            <w:r>
              <w:t>Infection and Drug Resistance</w:t>
            </w:r>
          </w:p>
        </w:tc>
        <w:tc>
          <w:tcPr>
            <w:tcW w:w="1234" w:type="dxa"/>
          </w:tcPr>
          <w:p w14:paraId="15BD8259" w14:textId="77777777" w:rsidR="004B4EAF" w:rsidRDefault="00000000">
            <w:r>
              <w:t>Mohamud, M. F. Y.; Mohamed, Y. G.; Ali, A. M.; Adam, B. A.</w:t>
            </w:r>
          </w:p>
        </w:tc>
        <w:tc>
          <w:tcPr>
            <w:tcW w:w="1234" w:type="dxa"/>
          </w:tcPr>
          <w:p w14:paraId="223E5DBC" w14:textId="77777777" w:rsidR="004B4EAF" w:rsidRDefault="00000000">
            <w:r>
              <w:t>anosmia</w:t>
            </w:r>
          </w:p>
        </w:tc>
        <w:tc>
          <w:tcPr>
            <w:tcW w:w="1234" w:type="dxa"/>
          </w:tcPr>
          <w:p w14:paraId="4D9EC120" w14:textId="77777777" w:rsidR="004B4EAF" w:rsidRDefault="00000000">
            <w:r>
              <w:t>10.2147/idr.S263632</w:t>
            </w:r>
          </w:p>
        </w:tc>
        <w:tc>
          <w:tcPr>
            <w:tcW w:w="1234" w:type="dxa"/>
          </w:tcPr>
          <w:p w14:paraId="5E63BB92" w14:textId="77777777" w:rsidR="004B4EAF" w:rsidRDefault="00000000">
            <w:r>
              <w:t>&lt;Go to ISI&gt;://WOS:000571494000001</w:t>
            </w:r>
          </w:p>
        </w:tc>
      </w:tr>
      <w:tr w:rsidR="004B4EAF" w14:paraId="50AA750B" w14:textId="77777777">
        <w:tc>
          <w:tcPr>
            <w:tcW w:w="1234" w:type="dxa"/>
          </w:tcPr>
          <w:p w14:paraId="6135095D" w14:textId="77777777" w:rsidR="004B4EAF" w:rsidRDefault="00000000">
            <w:r>
              <w:t>202</w:t>
            </w:r>
            <w:r>
              <w:lastRenderedPageBreak/>
              <w:t>0</w:t>
            </w:r>
          </w:p>
        </w:tc>
        <w:tc>
          <w:tcPr>
            <w:tcW w:w="1234" w:type="dxa"/>
          </w:tcPr>
          <w:p w14:paraId="4AB52D45" w14:textId="77777777" w:rsidR="004B4EAF" w:rsidRDefault="00000000">
            <w:r>
              <w:lastRenderedPageBreak/>
              <w:t xml:space="preserve">A cost effectiveness </w:t>
            </w:r>
            <w:r>
              <w:lastRenderedPageBreak/>
              <w:t>analysis of active case finding and passive case finding for case detection of TB at Kisugu Health Center III, Kampala, Uganda</w:t>
            </w:r>
          </w:p>
        </w:tc>
        <w:tc>
          <w:tcPr>
            <w:tcW w:w="1234" w:type="dxa"/>
          </w:tcPr>
          <w:p w14:paraId="23968CE8" w14:textId="77777777" w:rsidR="004B4EAF" w:rsidRDefault="00000000">
            <w:r>
              <w:lastRenderedPageBreak/>
              <w:t xml:space="preserve">International </w:t>
            </w:r>
            <w:r>
              <w:lastRenderedPageBreak/>
              <w:t>Journal of Infectious Diseases</w:t>
            </w:r>
          </w:p>
        </w:tc>
        <w:tc>
          <w:tcPr>
            <w:tcW w:w="1234" w:type="dxa"/>
          </w:tcPr>
          <w:p w14:paraId="61A855C7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lastRenderedPageBreak/>
              <w:t>Muhoozi</w:t>
            </w:r>
            <w:proofErr w:type="spellEnd"/>
            <w:r w:rsidRPr="005440C3">
              <w:rPr>
                <w:lang w:val="nb-NO"/>
              </w:rPr>
              <w:t xml:space="preserve">, M.; </w:t>
            </w:r>
            <w:proofErr w:type="spellStart"/>
            <w:r w:rsidRPr="005440C3">
              <w:rPr>
                <w:lang w:val="nb-NO"/>
              </w:rPr>
              <w:lastRenderedPageBreak/>
              <w:t>Tusabe</w:t>
            </w:r>
            <w:proofErr w:type="spellEnd"/>
            <w:r w:rsidRPr="005440C3">
              <w:rPr>
                <w:lang w:val="nb-NO"/>
              </w:rPr>
              <w:t xml:space="preserve">, J.; </w:t>
            </w:r>
            <w:proofErr w:type="spellStart"/>
            <w:r w:rsidRPr="005440C3">
              <w:rPr>
                <w:lang w:val="nb-NO"/>
              </w:rPr>
              <w:t>Tabwenda</w:t>
            </w:r>
            <w:proofErr w:type="spellEnd"/>
            <w:r w:rsidRPr="005440C3">
              <w:rPr>
                <w:lang w:val="nb-NO"/>
              </w:rPr>
              <w:t xml:space="preserve">, L.; </w:t>
            </w:r>
            <w:proofErr w:type="spellStart"/>
            <w:r w:rsidRPr="005440C3">
              <w:rPr>
                <w:lang w:val="nb-NO"/>
              </w:rPr>
              <w:t>Jimale</w:t>
            </w:r>
            <w:proofErr w:type="spellEnd"/>
            <w:r w:rsidRPr="005440C3">
              <w:rPr>
                <w:lang w:val="nb-NO"/>
              </w:rPr>
              <w:t xml:space="preserve">, S. M.; </w:t>
            </w:r>
            <w:proofErr w:type="spellStart"/>
            <w:r w:rsidRPr="005440C3">
              <w:rPr>
                <w:lang w:val="nb-NO"/>
              </w:rPr>
              <w:t>Mukama</w:t>
            </w:r>
            <w:proofErr w:type="spellEnd"/>
            <w:r w:rsidRPr="005440C3">
              <w:rPr>
                <w:lang w:val="nb-NO"/>
              </w:rPr>
              <w:t>, P. A.</w:t>
            </w:r>
          </w:p>
        </w:tc>
        <w:tc>
          <w:tcPr>
            <w:tcW w:w="1234" w:type="dxa"/>
          </w:tcPr>
          <w:p w14:paraId="11EFA7A9" w14:textId="77777777" w:rsidR="004B4EAF" w:rsidRDefault="00000000">
            <w:r>
              <w:lastRenderedPageBreak/>
              <w:t xml:space="preserve">Infectious </w:t>
            </w:r>
            <w:r>
              <w:lastRenderedPageBreak/>
              <w:t>Diseases</w:t>
            </w:r>
          </w:p>
        </w:tc>
        <w:tc>
          <w:tcPr>
            <w:tcW w:w="1234" w:type="dxa"/>
          </w:tcPr>
          <w:p w14:paraId="31FFB53E" w14:textId="77777777" w:rsidR="004B4EAF" w:rsidRDefault="00000000">
            <w:r>
              <w:lastRenderedPageBreak/>
              <w:t>10.1016/j.ijid.2020.09.1184</w:t>
            </w:r>
          </w:p>
        </w:tc>
        <w:tc>
          <w:tcPr>
            <w:tcW w:w="1234" w:type="dxa"/>
          </w:tcPr>
          <w:p w14:paraId="39D8E3DD" w14:textId="77777777" w:rsidR="004B4EAF" w:rsidRDefault="00000000">
            <w:r>
              <w:t xml:space="preserve">&lt;Go to </w:t>
            </w:r>
            <w:r>
              <w:lastRenderedPageBreak/>
              <w:t>ISI&gt;://WOS:000612135101347</w:t>
            </w:r>
          </w:p>
        </w:tc>
      </w:tr>
      <w:tr w:rsidR="004B4EAF" w14:paraId="7DC89193" w14:textId="77777777">
        <w:tc>
          <w:tcPr>
            <w:tcW w:w="1234" w:type="dxa"/>
          </w:tcPr>
          <w:p w14:paraId="36590615" w14:textId="77777777" w:rsidR="004B4EAF" w:rsidRDefault="00000000">
            <w:r>
              <w:lastRenderedPageBreak/>
              <w:t>2023</w:t>
            </w:r>
          </w:p>
        </w:tc>
        <w:tc>
          <w:tcPr>
            <w:tcW w:w="1234" w:type="dxa"/>
          </w:tcPr>
          <w:p w14:paraId="104B1A5D" w14:textId="77777777" w:rsidR="004B4EAF" w:rsidRDefault="00000000">
            <w:r>
              <w:t>Zoonoses research in Somalia: A scoping review using a One Health approach</w:t>
            </w:r>
          </w:p>
        </w:tc>
        <w:tc>
          <w:tcPr>
            <w:tcW w:w="1234" w:type="dxa"/>
          </w:tcPr>
          <w:p w14:paraId="2C3F273F" w14:textId="77777777" w:rsidR="004B4EAF" w:rsidRDefault="00000000">
            <w:r>
              <w:t>One Health</w:t>
            </w:r>
          </w:p>
        </w:tc>
        <w:tc>
          <w:tcPr>
            <w:tcW w:w="1234" w:type="dxa"/>
          </w:tcPr>
          <w:p w14:paraId="0DD15DFA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Mumin</w:t>
            </w:r>
            <w:proofErr w:type="spellEnd"/>
            <w:r w:rsidRPr="005440C3">
              <w:rPr>
                <w:lang w:val="nb-NO"/>
              </w:rPr>
              <w:t xml:space="preserve">, F. I.; </w:t>
            </w:r>
            <w:proofErr w:type="spellStart"/>
            <w:r w:rsidRPr="005440C3">
              <w:rPr>
                <w:lang w:val="nb-NO"/>
              </w:rPr>
              <w:t>Fenton</w:t>
            </w:r>
            <w:proofErr w:type="spellEnd"/>
            <w:r w:rsidRPr="005440C3">
              <w:rPr>
                <w:lang w:val="nb-NO"/>
              </w:rPr>
              <w:t>, A.; Osman, A. Y.; Mor, S. M.</w:t>
            </w:r>
          </w:p>
        </w:tc>
        <w:tc>
          <w:tcPr>
            <w:tcW w:w="1234" w:type="dxa"/>
          </w:tcPr>
          <w:p w14:paraId="340EFB3D" w14:textId="77777777" w:rsidR="004B4EAF" w:rsidRDefault="00000000">
            <w:r>
              <w:t>Zoonoses</w:t>
            </w:r>
          </w:p>
        </w:tc>
        <w:tc>
          <w:tcPr>
            <w:tcW w:w="1234" w:type="dxa"/>
          </w:tcPr>
          <w:p w14:paraId="3DC92E93" w14:textId="77777777" w:rsidR="004B4EAF" w:rsidRDefault="00000000">
            <w:r>
              <w:t>10.1016/j.onehlt.2023.100626</w:t>
            </w:r>
          </w:p>
        </w:tc>
        <w:tc>
          <w:tcPr>
            <w:tcW w:w="1234" w:type="dxa"/>
          </w:tcPr>
          <w:p w14:paraId="6A0C87F4" w14:textId="77777777" w:rsidR="004B4EAF" w:rsidRDefault="00000000">
            <w:r>
              <w:t>&lt;Go to ISI&gt;://WOS:001081387900001</w:t>
            </w:r>
          </w:p>
        </w:tc>
      </w:tr>
      <w:tr w:rsidR="004B4EAF" w14:paraId="1428CD1F" w14:textId="77777777">
        <w:tc>
          <w:tcPr>
            <w:tcW w:w="1234" w:type="dxa"/>
          </w:tcPr>
          <w:p w14:paraId="1285B0DD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2DDEB686" w14:textId="77777777" w:rsidR="004B4EAF" w:rsidRDefault="00000000">
            <w:r>
              <w:t>CAMEL PAPILLOMATOSIS IN SOMALIA</w:t>
            </w:r>
          </w:p>
        </w:tc>
        <w:tc>
          <w:tcPr>
            <w:tcW w:w="1234" w:type="dxa"/>
          </w:tcPr>
          <w:p w14:paraId="540CFAE9" w14:textId="77777777" w:rsidR="004B4EAF" w:rsidRDefault="00000000">
            <w:r>
              <w:t>Journal of Veterinary Medicine Series B-Infectious Diseases and Veterinary Public Health</w:t>
            </w:r>
          </w:p>
        </w:tc>
        <w:tc>
          <w:tcPr>
            <w:tcW w:w="1234" w:type="dxa"/>
          </w:tcPr>
          <w:p w14:paraId="11029A62" w14:textId="77777777" w:rsidR="004B4EAF" w:rsidRDefault="00000000">
            <w:r>
              <w:t>Munz, E.; Moallin, A. S. M.; Mahnel, H.; Reimann, M.</w:t>
            </w:r>
          </w:p>
        </w:tc>
        <w:tc>
          <w:tcPr>
            <w:tcW w:w="1234" w:type="dxa"/>
          </w:tcPr>
          <w:p w14:paraId="2BE95DFF" w14:textId="77777777" w:rsidR="004B4EAF" w:rsidRDefault="00000000">
            <w:r>
              <w:t>Veterinary Sciences</w:t>
            </w:r>
          </w:p>
        </w:tc>
        <w:tc>
          <w:tcPr>
            <w:tcW w:w="1234" w:type="dxa"/>
          </w:tcPr>
          <w:p w14:paraId="32C7C28C" w14:textId="77777777" w:rsidR="004B4EAF" w:rsidRDefault="00000000">
            <w:r>
              <w:t>10.1111/j.1439-0450.1990.tb01046.x</w:t>
            </w:r>
          </w:p>
        </w:tc>
        <w:tc>
          <w:tcPr>
            <w:tcW w:w="1234" w:type="dxa"/>
          </w:tcPr>
          <w:p w14:paraId="347F5691" w14:textId="77777777" w:rsidR="004B4EAF" w:rsidRDefault="00000000">
            <w:r>
              <w:t>&lt;Go to ISI&gt;://WOS:A1990DH75300006</w:t>
            </w:r>
          </w:p>
        </w:tc>
      </w:tr>
      <w:tr w:rsidR="004B4EAF" w14:paraId="2E210246" w14:textId="77777777">
        <w:tc>
          <w:tcPr>
            <w:tcW w:w="1234" w:type="dxa"/>
          </w:tcPr>
          <w:p w14:paraId="7C51ECEF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6DFB8262" w14:textId="77777777" w:rsidR="004B4EAF" w:rsidRDefault="00000000">
            <w:r>
              <w:t>IgM antibodies in hospitalized children with febrile illness during an inter-epidemic period of measles, in Somalia</w:t>
            </w:r>
          </w:p>
        </w:tc>
        <w:tc>
          <w:tcPr>
            <w:tcW w:w="1234" w:type="dxa"/>
          </w:tcPr>
          <w:p w14:paraId="64C5E9A7" w14:textId="77777777" w:rsidR="004B4EAF" w:rsidRDefault="00000000">
            <w:r>
              <w:t>Journal of Clinical Virology</w:t>
            </w:r>
          </w:p>
        </w:tc>
        <w:tc>
          <w:tcPr>
            <w:tcW w:w="1234" w:type="dxa"/>
          </w:tcPr>
          <w:p w14:paraId="17A195D8" w14:textId="77777777" w:rsidR="004B4EAF" w:rsidRDefault="00000000">
            <w:r>
              <w:t>Nur, Y. A.; Groen, J.; Yusuf, M. A.; Osterhaus, Adme</w:t>
            </w:r>
          </w:p>
        </w:tc>
        <w:tc>
          <w:tcPr>
            <w:tcW w:w="1234" w:type="dxa"/>
          </w:tcPr>
          <w:p w14:paraId="2CFE41B5" w14:textId="77777777" w:rsidR="004B4EAF" w:rsidRDefault="00000000">
            <w:r>
              <w:t>measles</w:t>
            </w:r>
          </w:p>
        </w:tc>
        <w:tc>
          <w:tcPr>
            <w:tcW w:w="1234" w:type="dxa"/>
          </w:tcPr>
          <w:p w14:paraId="312B861C" w14:textId="77777777" w:rsidR="004B4EAF" w:rsidRDefault="00000000">
            <w:r>
              <w:t>10.1016/s1386-6532(98)00002-x</w:t>
            </w:r>
          </w:p>
        </w:tc>
        <w:tc>
          <w:tcPr>
            <w:tcW w:w="1234" w:type="dxa"/>
          </w:tcPr>
          <w:p w14:paraId="6DC4B357" w14:textId="77777777" w:rsidR="004B4EAF" w:rsidRDefault="00000000">
            <w:r>
              <w:t>&lt;Go to ISI&gt;://WOS:000078699700004</w:t>
            </w:r>
          </w:p>
        </w:tc>
      </w:tr>
      <w:tr w:rsidR="004B4EAF" w14:paraId="1B493DFF" w14:textId="77777777">
        <w:tc>
          <w:tcPr>
            <w:tcW w:w="1234" w:type="dxa"/>
          </w:tcPr>
          <w:p w14:paraId="43610009" w14:textId="77777777" w:rsidR="004B4EAF" w:rsidRDefault="00000000">
            <w:r>
              <w:t>1979</w:t>
            </w:r>
          </w:p>
        </w:tc>
        <w:tc>
          <w:tcPr>
            <w:tcW w:w="1234" w:type="dxa"/>
          </w:tcPr>
          <w:p w14:paraId="7B4B337B" w14:textId="77777777" w:rsidR="004B4EAF" w:rsidRDefault="00000000">
            <w:r>
              <w:t>E-ANTIGEN (HBEAG) IN LEPROSY</w:t>
            </w:r>
          </w:p>
        </w:tc>
        <w:tc>
          <w:tcPr>
            <w:tcW w:w="1234" w:type="dxa"/>
          </w:tcPr>
          <w:p w14:paraId="0F02EA33" w14:textId="77777777" w:rsidR="004B4EAF" w:rsidRDefault="00000000">
            <w:r>
              <w:t>International Journal of Leprosy and Other Mycobacterial Diseases</w:t>
            </w:r>
          </w:p>
        </w:tc>
        <w:tc>
          <w:tcPr>
            <w:tcW w:w="1234" w:type="dxa"/>
          </w:tcPr>
          <w:p w14:paraId="7DDF6B62" w14:textId="77777777" w:rsidR="004B4EAF" w:rsidRDefault="00000000">
            <w:r>
              <w:t>Nuti, M.; Tarabini, C. G.; Tarabini, C. G. L.; Thamer, G.</w:t>
            </w:r>
          </w:p>
        </w:tc>
        <w:tc>
          <w:tcPr>
            <w:tcW w:w="1234" w:type="dxa"/>
          </w:tcPr>
          <w:p w14:paraId="7F278C07" w14:textId="77777777" w:rsidR="004B4EAF" w:rsidRDefault="00000000">
            <w:r>
              <w:t>Microbiology</w:t>
            </w:r>
          </w:p>
        </w:tc>
        <w:tc>
          <w:tcPr>
            <w:tcW w:w="1234" w:type="dxa"/>
          </w:tcPr>
          <w:p w14:paraId="2B33EB4B" w14:textId="77777777" w:rsidR="004B4EAF" w:rsidRDefault="004B4EAF"/>
        </w:tc>
        <w:tc>
          <w:tcPr>
            <w:tcW w:w="1234" w:type="dxa"/>
          </w:tcPr>
          <w:p w14:paraId="01D674BE" w14:textId="77777777" w:rsidR="004B4EAF" w:rsidRDefault="00000000">
            <w:r>
              <w:t>&lt;Go to ISI&gt;://WOS:A1979HF06000037</w:t>
            </w:r>
          </w:p>
        </w:tc>
      </w:tr>
      <w:tr w:rsidR="004B4EAF" w14:paraId="07D31C48" w14:textId="77777777">
        <w:tc>
          <w:tcPr>
            <w:tcW w:w="1234" w:type="dxa"/>
          </w:tcPr>
          <w:p w14:paraId="63DC101E" w14:textId="77777777" w:rsidR="004B4EAF" w:rsidRDefault="00000000">
            <w:r>
              <w:lastRenderedPageBreak/>
              <w:t>1979</w:t>
            </w:r>
          </w:p>
        </w:tc>
        <w:tc>
          <w:tcPr>
            <w:tcW w:w="1234" w:type="dxa"/>
          </w:tcPr>
          <w:p w14:paraId="0C632D63" w14:textId="77777777" w:rsidR="004B4EAF" w:rsidRDefault="00000000">
            <w:r>
              <w:t>LEPROSY AND HEPATITIS-B VIRUS MARKERS - INCIDENCE OF HBSAG AND HBEAG IN SOMALIAN PATIENTS</w:t>
            </w:r>
          </w:p>
        </w:tc>
        <w:tc>
          <w:tcPr>
            <w:tcW w:w="1234" w:type="dxa"/>
          </w:tcPr>
          <w:p w14:paraId="53D0E450" w14:textId="77777777" w:rsidR="004B4EAF" w:rsidRDefault="00000000">
            <w:r>
              <w:t>International Journal of Leprosy and Other Mycobacterial Diseases</w:t>
            </w:r>
          </w:p>
        </w:tc>
        <w:tc>
          <w:tcPr>
            <w:tcW w:w="1234" w:type="dxa"/>
          </w:tcPr>
          <w:p w14:paraId="0FD3B77E" w14:textId="77777777" w:rsidR="004B4EAF" w:rsidRDefault="00000000">
            <w:r>
              <w:t>Nuti, M.; Tarabini, G.; Palermo, P.; Tarabini, G. L.; Thamer, G.</w:t>
            </w:r>
          </w:p>
        </w:tc>
        <w:tc>
          <w:tcPr>
            <w:tcW w:w="1234" w:type="dxa"/>
          </w:tcPr>
          <w:p w14:paraId="48331BDD" w14:textId="77777777" w:rsidR="004B4EAF" w:rsidRDefault="00000000">
            <w:r>
              <w:t>Microbiology</w:t>
            </w:r>
          </w:p>
        </w:tc>
        <w:tc>
          <w:tcPr>
            <w:tcW w:w="1234" w:type="dxa"/>
          </w:tcPr>
          <w:p w14:paraId="6BC0C4E0" w14:textId="77777777" w:rsidR="004B4EAF" w:rsidRDefault="004B4EAF"/>
        </w:tc>
        <w:tc>
          <w:tcPr>
            <w:tcW w:w="1234" w:type="dxa"/>
          </w:tcPr>
          <w:p w14:paraId="5D4DAC2D" w14:textId="77777777" w:rsidR="004B4EAF" w:rsidRDefault="00000000">
            <w:r>
              <w:t>&lt;Go to ISI&gt;://WOS:A1979JA95900004</w:t>
            </w:r>
          </w:p>
        </w:tc>
      </w:tr>
      <w:tr w:rsidR="004B4EAF" w14:paraId="0EB3E8C8" w14:textId="77777777">
        <w:tc>
          <w:tcPr>
            <w:tcW w:w="1234" w:type="dxa"/>
          </w:tcPr>
          <w:p w14:paraId="48F0B924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55FB82C0" w14:textId="77777777" w:rsidR="004B4EAF" w:rsidRDefault="00000000">
            <w:r>
              <w:t>Clinical Characteristics of Acute Kidney Injury Associated with Tropical Acute Febrile Illness</w:t>
            </w:r>
          </w:p>
        </w:tc>
        <w:tc>
          <w:tcPr>
            <w:tcW w:w="1234" w:type="dxa"/>
          </w:tcPr>
          <w:p w14:paraId="2CD3F670" w14:textId="77777777" w:rsidR="004B4EAF" w:rsidRDefault="00000000">
            <w:r>
              <w:t>Tropical Medicine and Infectious Disease</w:t>
            </w:r>
          </w:p>
        </w:tc>
        <w:tc>
          <w:tcPr>
            <w:tcW w:w="1234" w:type="dxa"/>
          </w:tcPr>
          <w:p w14:paraId="5AA1F5BC" w14:textId="77777777" w:rsidR="004B4EAF" w:rsidRDefault="00000000">
            <w:r>
              <w:t>Omar, F. D.; Phumratanaprapin, W.; Silachamroon, U.; Hanboonkunupakarn, B.; Sriboonvorakul, N.; Thaipadungpanit, J.; Pan-ngum, W.</w:t>
            </w:r>
          </w:p>
        </w:tc>
        <w:tc>
          <w:tcPr>
            <w:tcW w:w="1234" w:type="dxa"/>
          </w:tcPr>
          <w:p w14:paraId="125D1F57" w14:textId="77777777" w:rsidR="004B4EAF" w:rsidRDefault="00000000">
            <w:r>
              <w:t>acute kidney injury</w:t>
            </w:r>
          </w:p>
        </w:tc>
        <w:tc>
          <w:tcPr>
            <w:tcW w:w="1234" w:type="dxa"/>
          </w:tcPr>
          <w:p w14:paraId="1988119E" w14:textId="77777777" w:rsidR="004B4EAF" w:rsidRDefault="00000000">
            <w:r>
              <w:t>10.3390/tropicalmed8030147</w:t>
            </w:r>
          </w:p>
        </w:tc>
        <w:tc>
          <w:tcPr>
            <w:tcW w:w="1234" w:type="dxa"/>
          </w:tcPr>
          <w:p w14:paraId="1418990B" w14:textId="77777777" w:rsidR="004B4EAF" w:rsidRDefault="00000000">
            <w:r>
              <w:t>&lt;Go to ISI&gt;://WOS:000959039200001</w:t>
            </w:r>
          </w:p>
        </w:tc>
      </w:tr>
      <w:tr w:rsidR="004B4EAF" w14:paraId="437C37DA" w14:textId="77777777">
        <w:tc>
          <w:tcPr>
            <w:tcW w:w="1234" w:type="dxa"/>
          </w:tcPr>
          <w:p w14:paraId="26F5F376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4489AF30" w14:textId="77777777" w:rsidR="004B4EAF" w:rsidRDefault="00000000">
            <w:r>
              <w:t>&lt;i&gt;Bartonella&lt;/i&gt; species in dromedaries and ruminants from Lower Shabelle and Benadir regions, Somalia</w:t>
            </w:r>
          </w:p>
        </w:tc>
        <w:tc>
          <w:tcPr>
            <w:tcW w:w="1234" w:type="dxa"/>
          </w:tcPr>
          <w:p w14:paraId="71129C8D" w14:textId="77777777" w:rsidR="004B4EAF" w:rsidRDefault="00000000">
            <w:r>
              <w:t>Zoonoses and Public Health</w:t>
            </w:r>
          </w:p>
        </w:tc>
        <w:tc>
          <w:tcPr>
            <w:tcW w:w="1234" w:type="dxa"/>
          </w:tcPr>
          <w:p w14:paraId="720CBE70" w14:textId="77777777" w:rsidR="004B4EAF" w:rsidRDefault="00000000">
            <w:r>
              <w:t>Osman, A. M.; Hassan-Kadle, A. A.; Dias, C. M.; Ibrahim, A. M.; Collere, F. C. M.; Shair, M. A.; Montiani-Ferreira, F.; André, M. R.; Yusuf, A. A.; Vieira, Tswj; Machado, R. Z.; Vieira, R. F. C.</w:t>
            </w:r>
          </w:p>
        </w:tc>
        <w:tc>
          <w:tcPr>
            <w:tcW w:w="1234" w:type="dxa"/>
          </w:tcPr>
          <w:p w14:paraId="6DF2BA35" w14:textId="77777777" w:rsidR="004B4EAF" w:rsidRDefault="00000000">
            <w:r>
              <w:t>Bartonella bovis</w:t>
            </w:r>
          </w:p>
        </w:tc>
        <w:tc>
          <w:tcPr>
            <w:tcW w:w="1234" w:type="dxa"/>
          </w:tcPr>
          <w:p w14:paraId="13DE7646" w14:textId="77777777" w:rsidR="004B4EAF" w:rsidRDefault="00000000">
            <w:r>
              <w:t>10.1111/zph.13158</w:t>
            </w:r>
          </w:p>
        </w:tc>
        <w:tc>
          <w:tcPr>
            <w:tcW w:w="1234" w:type="dxa"/>
          </w:tcPr>
          <w:p w14:paraId="586C0803" w14:textId="77777777" w:rsidR="004B4EAF" w:rsidRDefault="00000000">
            <w:r>
              <w:t>&lt;Go to ISI&gt;://WOS:001235800000001</w:t>
            </w:r>
          </w:p>
        </w:tc>
      </w:tr>
      <w:tr w:rsidR="004B4EAF" w14:paraId="24A307CB" w14:textId="77777777">
        <w:tc>
          <w:tcPr>
            <w:tcW w:w="1234" w:type="dxa"/>
          </w:tcPr>
          <w:p w14:paraId="0F777B18" w14:textId="77777777" w:rsidR="004B4EAF" w:rsidRDefault="00000000">
            <w:r>
              <w:lastRenderedPageBreak/>
              <w:t>2021</w:t>
            </w:r>
          </w:p>
        </w:tc>
        <w:tc>
          <w:tcPr>
            <w:tcW w:w="1234" w:type="dxa"/>
          </w:tcPr>
          <w:p w14:paraId="75B9F379" w14:textId="77777777" w:rsidR="004B4EAF" w:rsidRDefault="00000000">
            <w:r>
              <w:t>Seroprevalence of Newcastle disease in backyard chickens in selected districts of Banadir region, Somalia</w:t>
            </w:r>
          </w:p>
        </w:tc>
        <w:tc>
          <w:tcPr>
            <w:tcW w:w="1234" w:type="dxa"/>
          </w:tcPr>
          <w:p w14:paraId="79BE6C27" w14:textId="77777777" w:rsidR="004B4EAF" w:rsidRDefault="00000000">
            <w:r>
              <w:t>Tropical Animal Health and Production</w:t>
            </w:r>
          </w:p>
        </w:tc>
        <w:tc>
          <w:tcPr>
            <w:tcW w:w="1234" w:type="dxa"/>
          </w:tcPr>
          <w:p w14:paraId="19481679" w14:textId="77777777" w:rsidR="004B4EAF" w:rsidRDefault="00000000">
            <w:r>
              <w:t>Osman, A. M.; Oladele, O. A.; Ibrahim, A. M.; Mahamoud, M. A.; Mohamed, M. A.; Nwachukwu, N. O.</w:t>
            </w:r>
          </w:p>
        </w:tc>
        <w:tc>
          <w:tcPr>
            <w:tcW w:w="1234" w:type="dxa"/>
          </w:tcPr>
          <w:p w14:paraId="7D92CEA2" w14:textId="77777777" w:rsidR="004B4EAF" w:rsidRDefault="00000000">
            <w:r>
              <w:t>Newcastle disease</w:t>
            </w:r>
          </w:p>
        </w:tc>
        <w:tc>
          <w:tcPr>
            <w:tcW w:w="1234" w:type="dxa"/>
          </w:tcPr>
          <w:p w14:paraId="040E2347" w14:textId="77777777" w:rsidR="004B4EAF" w:rsidRDefault="00000000">
            <w:r>
              <w:t>10.1007/s11250-021-02622-5</w:t>
            </w:r>
          </w:p>
        </w:tc>
        <w:tc>
          <w:tcPr>
            <w:tcW w:w="1234" w:type="dxa"/>
          </w:tcPr>
          <w:p w14:paraId="2D6C0906" w14:textId="77777777" w:rsidR="004B4EAF" w:rsidRDefault="00000000">
            <w:r>
              <w:t>&lt;Go to ISI&gt;://WOS:000625109900001</w:t>
            </w:r>
          </w:p>
        </w:tc>
      </w:tr>
      <w:tr w:rsidR="004B4EAF" w14:paraId="63F75B16" w14:textId="77777777">
        <w:tc>
          <w:tcPr>
            <w:tcW w:w="1234" w:type="dxa"/>
          </w:tcPr>
          <w:p w14:paraId="1D6EBDB5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3C707CC1" w14:textId="77777777" w:rsidR="004B4EAF" w:rsidRDefault="00000000">
            <w:r>
              <w:t>Evaluating Fermentation Quality, Aerobic Stability, and Rumen-Degradation (In Situ) Characteristics of Various Protein-Based Total Mixed Rations</w:t>
            </w:r>
          </w:p>
        </w:tc>
        <w:tc>
          <w:tcPr>
            <w:tcW w:w="1234" w:type="dxa"/>
          </w:tcPr>
          <w:p w14:paraId="426ED433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30CF8B6F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Rehemujiang</w:t>
            </w:r>
            <w:proofErr w:type="spellEnd"/>
            <w:r w:rsidRPr="005440C3">
              <w:rPr>
                <w:lang w:val="nb-NO"/>
              </w:rPr>
              <w:t xml:space="preserve">, H.; Yusuf, H. A.; </w:t>
            </w:r>
            <w:proofErr w:type="spellStart"/>
            <w:r w:rsidRPr="005440C3">
              <w:rPr>
                <w:lang w:val="nb-NO"/>
              </w:rPr>
              <w:t>Ma</w:t>
            </w:r>
            <w:proofErr w:type="spellEnd"/>
            <w:r w:rsidRPr="005440C3">
              <w:rPr>
                <w:lang w:val="nb-NO"/>
              </w:rPr>
              <w:t xml:space="preserve">, T.; </w:t>
            </w:r>
            <w:proofErr w:type="spellStart"/>
            <w:r w:rsidRPr="005440C3">
              <w:rPr>
                <w:lang w:val="nb-NO"/>
              </w:rPr>
              <w:t>Diao</w:t>
            </w:r>
            <w:proofErr w:type="spellEnd"/>
            <w:r w:rsidRPr="005440C3">
              <w:rPr>
                <w:lang w:val="nb-NO"/>
              </w:rPr>
              <w:t xml:space="preserve">, Q. Y.; Kong, L. </w:t>
            </w:r>
            <w:proofErr w:type="spellStart"/>
            <w:r w:rsidRPr="005440C3">
              <w:rPr>
                <w:lang w:val="nb-NO"/>
              </w:rPr>
              <w:t>X</w:t>
            </w:r>
            <w:proofErr w:type="spellEnd"/>
            <w:r w:rsidRPr="005440C3">
              <w:rPr>
                <w:lang w:val="nb-NO"/>
              </w:rPr>
              <w:t xml:space="preserve">.; </w:t>
            </w:r>
            <w:proofErr w:type="spellStart"/>
            <w:r w:rsidRPr="005440C3">
              <w:rPr>
                <w:lang w:val="nb-NO"/>
              </w:rPr>
              <w:t>Kang</w:t>
            </w:r>
            <w:proofErr w:type="spellEnd"/>
            <w:r w:rsidRPr="005440C3">
              <w:rPr>
                <w:lang w:val="nb-NO"/>
              </w:rPr>
              <w:t>, L. Y.; Tu, Y.</w:t>
            </w:r>
          </w:p>
        </w:tc>
        <w:tc>
          <w:tcPr>
            <w:tcW w:w="1234" w:type="dxa"/>
          </w:tcPr>
          <w:p w14:paraId="2524F22C" w14:textId="77777777" w:rsidR="004B4EAF" w:rsidRDefault="00000000">
            <w:r>
              <w:t>aerobic stability</w:t>
            </w:r>
          </w:p>
        </w:tc>
        <w:tc>
          <w:tcPr>
            <w:tcW w:w="1234" w:type="dxa"/>
          </w:tcPr>
          <w:p w14:paraId="156B5B74" w14:textId="77777777" w:rsidR="004B4EAF" w:rsidRDefault="00000000">
            <w:r>
              <w:t>10.3390/ani13172730</w:t>
            </w:r>
          </w:p>
        </w:tc>
        <w:tc>
          <w:tcPr>
            <w:tcW w:w="1234" w:type="dxa"/>
          </w:tcPr>
          <w:p w14:paraId="52A01FF8" w14:textId="77777777" w:rsidR="004B4EAF" w:rsidRDefault="00000000">
            <w:r>
              <w:t>&lt;Go to ISI&gt;://WOS:001144788600001</w:t>
            </w:r>
          </w:p>
        </w:tc>
      </w:tr>
      <w:tr w:rsidR="004B4EAF" w14:paraId="1265CA30" w14:textId="77777777">
        <w:tc>
          <w:tcPr>
            <w:tcW w:w="1234" w:type="dxa"/>
          </w:tcPr>
          <w:p w14:paraId="236E4DB6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59A7F61D" w14:textId="77777777" w:rsidR="004B4EAF" w:rsidRDefault="00000000">
            <w:r>
              <w:t>Do Spiders Ride on the Fear of Scorpions? A Cross-Cultural Eye Tracking Study</w:t>
            </w:r>
          </w:p>
        </w:tc>
        <w:tc>
          <w:tcPr>
            <w:tcW w:w="1234" w:type="dxa"/>
          </w:tcPr>
          <w:p w14:paraId="1B999CD1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6F21AF14" w14:textId="77777777" w:rsidR="004B4EAF" w:rsidRDefault="00000000">
            <w:r>
              <w:t>Rudolfová, V.; Stolhoferová, I.; Elmi, H. S. A.; Rádlová, S.; Rexová, K.; Berti, D. A.; Král, D.; Sommer, D.; Landová, E.; Frydlová, P.; Frynta, D.</w:t>
            </w:r>
          </w:p>
        </w:tc>
        <w:tc>
          <w:tcPr>
            <w:tcW w:w="1234" w:type="dxa"/>
          </w:tcPr>
          <w:p w14:paraId="7A467218" w14:textId="77777777" w:rsidR="004B4EAF" w:rsidRDefault="00000000">
            <w:r>
              <w:t>Africa</w:t>
            </w:r>
          </w:p>
        </w:tc>
        <w:tc>
          <w:tcPr>
            <w:tcW w:w="1234" w:type="dxa"/>
          </w:tcPr>
          <w:p w14:paraId="7B940F35" w14:textId="77777777" w:rsidR="004B4EAF" w:rsidRDefault="00000000">
            <w:r>
              <w:t>10.3390/ani12243466</w:t>
            </w:r>
          </w:p>
        </w:tc>
        <w:tc>
          <w:tcPr>
            <w:tcW w:w="1234" w:type="dxa"/>
          </w:tcPr>
          <w:p w14:paraId="7A185445" w14:textId="77777777" w:rsidR="004B4EAF" w:rsidRDefault="00000000">
            <w:r>
              <w:t>&lt;Go to ISI&gt;://WOS:000902131000001</w:t>
            </w:r>
          </w:p>
        </w:tc>
      </w:tr>
      <w:tr w:rsidR="004B4EAF" w14:paraId="1F6BE5D7" w14:textId="77777777">
        <w:tc>
          <w:tcPr>
            <w:tcW w:w="1234" w:type="dxa"/>
          </w:tcPr>
          <w:p w14:paraId="660A554C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357737DA" w14:textId="77777777" w:rsidR="004B4EAF" w:rsidRDefault="00000000">
            <w:r>
              <w:t>Sick and solo: a qualitative study on the life experiences of people living with HIV in Somalia</w:t>
            </w:r>
          </w:p>
        </w:tc>
        <w:tc>
          <w:tcPr>
            <w:tcW w:w="1234" w:type="dxa"/>
          </w:tcPr>
          <w:p w14:paraId="39A6679C" w14:textId="77777777" w:rsidR="004B4EAF" w:rsidRDefault="00000000">
            <w:r>
              <w:t>Hiv Aids-Research and Palliative Care</w:t>
            </w:r>
          </w:p>
        </w:tc>
        <w:tc>
          <w:tcPr>
            <w:tcW w:w="1234" w:type="dxa"/>
          </w:tcPr>
          <w:p w14:paraId="3FE1951A" w14:textId="77777777" w:rsidR="004B4EAF" w:rsidRDefault="00000000">
            <w:r>
              <w:t xml:space="preserve">Salad, A. M.; Mohamed, A.; Da'ar, O. B.; Abdikarim, A.; Kour, P.; </w:t>
            </w:r>
            <w:r>
              <w:lastRenderedPageBreak/>
              <w:t>Shrestha, M.; Gele, A. A.</w:t>
            </w:r>
          </w:p>
        </w:tc>
        <w:tc>
          <w:tcPr>
            <w:tcW w:w="1234" w:type="dxa"/>
          </w:tcPr>
          <w:p w14:paraId="4C21E095" w14:textId="77777777" w:rsidR="004B4EAF" w:rsidRDefault="00000000">
            <w:r>
              <w:lastRenderedPageBreak/>
              <w:t>HIV stigma</w:t>
            </w:r>
          </w:p>
        </w:tc>
        <w:tc>
          <w:tcPr>
            <w:tcW w:w="1234" w:type="dxa"/>
          </w:tcPr>
          <w:p w14:paraId="4AB1A1AC" w14:textId="77777777" w:rsidR="004B4EAF" w:rsidRDefault="00000000">
            <w:r>
              <w:t>10.2147/hiv.S185040</w:t>
            </w:r>
          </w:p>
        </w:tc>
        <w:tc>
          <w:tcPr>
            <w:tcW w:w="1234" w:type="dxa"/>
          </w:tcPr>
          <w:p w14:paraId="1B9432C1" w14:textId="77777777" w:rsidR="004B4EAF" w:rsidRDefault="00000000">
            <w:r>
              <w:t>&lt;Go to ISI&gt;://WOS:000461475100001</w:t>
            </w:r>
          </w:p>
        </w:tc>
      </w:tr>
      <w:tr w:rsidR="004B4EAF" w14:paraId="62395E2B" w14:textId="77777777">
        <w:tc>
          <w:tcPr>
            <w:tcW w:w="1234" w:type="dxa"/>
          </w:tcPr>
          <w:p w14:paraId="095D26C6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55A54036" w14:textId="77777777" w:rsidR="004B4EAF" w:rsidRDefault="00000000">
            <w:r>
              <w:t>Modelling the potential benefits of different strategies to control infection with &lt;i&gt;Trypanosoma evansi&lt;/i&gt; in camels in Somaliland</w:t>
            </w:r>
          </w:p>
        </w:tc>
        <w:tc>
          <w:tcPr>
            <w:tcW w:w="1234" w:type="dxa"/>
          </w:tcPr>
          <w:p w14:paraId="3F9D3FFE" w14:textId="77777777" w:rsidR="004B4EAF" w:rsidRDefault="00000000">
            <w:r>
              <w:t>Tropical Animal Health and Production</w:t>
            </w:r>
          </w:p>
        </w:tc>
        <w:tc>
          <w:tcPr>
            <w:tcW w:w="1234" w:type="dxa"/>
          </w:tcPr>
          <w:p w14:paraId="0EACCE17" w14:textId="77777777" w:rsidR="004B4EAF" w:rsidRDefault="00000000">
            <w:r>
              <w:t>Salah, A.; Robertson, I.; Mohamed, A. S.</w:t>
            </w:r>
          </w:p>
        </w:tc>
        <w:tc>
          <w:tcPr>
            <w:tcW w:w="1234" w:type="dxa"/>
          </w:tcPr>
          <w:p w14:paraId="166B0187" w14:textId="77777777" w:rsidR="004B4EAF" w:rsidRDefault="00000000">
            <w:r>
              <w:t>Trypanosoma evansi</w:t>
            </w:r>
          </w:p>
        </w:tc>
        <w:tc>
          <w:tcPr>
            <w:tcW w:w="1234" w:type="dxa"/>
          </w:tcPr>
          <w:p w14:paraId="22266239" w14:textId="77777777" w:rsidR="004B4EAF" w:rsidRDefault="00000000">
            <w:r>
              <w:t>10.1007/s11250-015-0942-0</w:t>
            </w:r>
          </w:p>
        </w:tc>
        <w:tc>
          <w:tcPr>
            <w:tcW w:w="1234" w:type="dxa"/>
          </w:tcPr>
          <w:p w14:paraId="3592F7CE" w14:textId="77777777" w:rsidR="004B4EAF" w:rsidRDefault="00000000">
            <w:r>
              <w:t>&lt;Go to ISI&gt;://WOS:000369009100026</w:t>
            </w:r>
          </w:p>
        </w:tc>
      </w:tr>
      <w:tr w:rsidR="004B4EAF" w14:paraId="0E66B39F" w14:textId="77777777">
        <w:tc>
          <w:tcPr>
            <w:tcW w:w="1234" w:type="dxa"/>
          </w:tcPr>
          <w:p w14:paraId="4DDE8AA3" w14:textId="77777777" w:rsidR="004B4EAF" w:rsidRDefault="00000000">
            <w:r>
              <w:t>2015</w:t>
            </w:r>
          </w:p>
        </w:tc>
        <w:tc>
          <w:tcPr>
            <w:tcW w:w="1234" w:type="dxa"/>
          </w:tcPr>
          <w:p w14:paraId="6D796215" w14:textId="77777777" w:rsidR="004B4EAF" w:rsidRDefault="00000000">
            <w:r>
              <w:t>Estimating the economic impact of &lt;i&gt;Trypanosoma evansi&lt;/i&gt; infection on production of camel herds in Somaliland</w:t>
            </w:r>
          </w:p>
        </w:tc>
        <w:tc>
          <w:tcPr>
            <w:tcW w:w="1234" w:type="dxa"/>
          </w:tcPr>
          <w:p w14:paraId="64B4BBC8" w14:textId="77777777" w:rsidR="004B4EAF" w:rsidRDefault="00000000">
            <w:r>
              <w:t>Tropical Animal Health and Production</w:t>
            </w:r>
          </w:p>
        </w:tc>
        <w:tc>
          <w:tcPr>
            <w:tcW w:w="1234" w:type="dxa"/>
          </w:tcPr>
          <w:p w14:paraId="0494E71D" w14:textId="77777777" w:rsidR="004B4EAF" w:rsidRDefault="00000000">
            <w:r>
              <w:t>Salah, A. A.; Robertson, I.; Mohamed, A.</w:t>
            </w:r>
          </w:p>
        </w:tc>
        <w:tc>
          <w:tcPr>
            <w:tcW w:w="1234" w:type="dxa"/>
          </w:tcPr>
          <w:p w14:paraId="5F72F5E3" w14:textId="77777777" w:rsidR="004B4EAF" w:rsidRDefault="00000000">
            <w:r>
              <w:t>Trypanosoma evansi</w:t>
            </w:r>
          </w:p>
        </w:tc>
        <w:tc>
          <w:tcPr>
            <w:tcW w:w="1234" w:type="dxa"/>
          </w:tcPr>
          <w:p w14:paraId="584FE1B3" w14:textId="77777777" w:rsidR="004B4EAF" w:rsidRDefault="00000000">
            <w:r>
              <w:t>10.1007/s11250-015-0780-0</w:t>
            </w:r>
          </w:p>
        </w:tc>
        <w:tc>
          <w:tcPr>
            <w:tcW w:w="1234" w:type="dxa"/>
          </w:tcPr>
          <w:p w14:paraId="0B9280DF" w14:textId="77777777" w:rsidR="004B4EAF" w:rsidRDefault="00000000">
            <w:r>
              <w:t>&lt;Go to ISI&gt;://WOS:000351532400010</w:t>
            </w:r>
          </w:p>
        </w:tc>
      </w:tr>
      <w:tr w:rsidR="004B4EAF" w14:paraId="25180C07" w14:textId="77777777">
        <w:tc>
          <w:tcPr>
            <w:tcW w:w="1234" w:type="dxa"/>
          </w:tcPr>
          <w:p w14:paraId="15058E9D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113CEB30" w14:textId="77777777" w:rsidR="004B4EAF" w:rsidRDefault="00000000">
            <w:r>
              <w:t>Prevalence and distribution of &lt;i&gt;Trypanosoma evansi&lt;/i&gt; in camels in Somaliland</w:t>
            </w:r>
          </w:p>
        </w:tc>
        <w:tc>
          <w:tcPr>
            <w:tcW w:w="1234" w:type="dxa"/>
          </w:tcPr>
          <w:p w14:paraId="69175538" w14:textId="77777777" w:rsidR="004B4EAF" w:rsidRDefault="00000000">
            <w:r>
              <w:t>Tropical Animal Health and Production</w:t>
            </w:r>
          </w:p>
        </w:tc>
        <w:tc>
          <w:tcPr>
            <w:tcW w:w="1234" w:type="dxa"/>
          </w:tcPr>
          <w:p w14:paraId="3F2D3BCE" w14:textId="77777777" w:rsidR="004B4EAF" w:rsidRDefault="00000000">
            <w:r>
              <w:t>Salah, A. A.; Robertson, I. D.; Mohamed, A. S.</w:t>
            </w:r>
          </w:p>
        </w:tc>
        <w:tc>
          <w:tcPr>
            <w:tcW w:w="1234" w:type="dxa"/>
          </w:tcPr>
          <w:p w14:paraId="455C2E58" w14:textId="77777777" w:rsidR="004B4EAF" w:rsidRDefault="00000000">
            <w:r>
              <w:t>Trypanosoma evansi</w:t>
            </w:r>
          </w:p>
        </w:tc>
        <w:tc>
          <w:tcPr>
            <w:tcW w:w="1234" w:type="dxa"/>
          </w:tcPr>
          <w:p w14:paraId="7C6ABE02" w14:textId="77777777" w:rsidR="004B4EAF" w:rsidRDefault="00000000">
            <w:r>
              <w:t>10.1007/s11250-019-01947-6</w:t>
            </w:r>
          </w:p>
        </w:tc>
        <w:tc>
          <w:tcPr>
            <w:tcW w:w="1234" w:type="dxa"/>
          </w:tcPr>
          <w:p w14:paraId="26083CFA" w14:textId="77777777" w:rsidR="004B4EAF" w:rsidRDefault="00000000">
            <w:r>
              <w:t>&lt;Go to ISI&gt;://WOS:000494799400031</w:t>
            </w:r>
          </w:p>
        </w:tc>
      </w:tr>
      <w:tr w:rsidR="004B4EAF" w14:paraId="67951B97" w14:textId="77777777">
        <w:tc>
          <w:tcPr>
            <w:tcW w:w="1234" w:type="dxa"/>
          </w:tcPr>
          <w:p w14:paraId="26922DC7" w14:textId="77777777" w:rsidR="004B4EAF" w:rsidRDefault="00000000">
            <w:r>
              <w:t>1984</w:t>
            </w:r>
          </w:p>
        </w:tc>
        <w:tc>
          <w:tcPr>
            <w:tcW w:w="1234" w:type="dxa"/>
          </w:tcPr>
          <w:p w14:paraId="50F2FED6" w14:textId="77777777" w:rsidR="004B4EAF" w:rsidRDefault="00000000">
            <w:r>
              <w:t xml:space="preserve">OBSERVATIONS ON BLOOD-BORNE PARASITES OF DOMESTIC LIVESTOCK IN THE LOWER JUBA REGION OF </w:t>
            </w:r>
            <w:r>
              <w:lastRenderedPageBreak/>
              <w:t>SOMALIA</w:t>
            </w:r>
          </w:p>
        </w:tc>
        <w:tc>
          <w:tcPr>
            <w:tcW w:w="1234" w:type="dxa"/>
          </w:tcPr>
          <w:p w14:paraId="152745E4" w14:textId="77777777" w:rsidR="004B4EAF" w:rsidRDefault="00000000">
            <w:r>
              <w:lastRenderedPageBreak/>
              <w:t>Tropical Animal Health and Production</w:t>
            </w:r>
          </w:p>
        </w:tc>
        <w:tc>
          <w:tcPr>
            <w:tcW w:w="1234" w:type="dxa"/>
          </w:tcPr>
          <w:p w14:paraId="1EB0EFC1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Schoepf</w:t>
            </w:r>
            <w:proofErr w:type="spellEnd"/>
            <w:r w:rsidRPr="005440C3">
              <w:rPr>
                <w:lang w:val="nb-NO"/>
              </w:rPr>
              <w:t xml:space="preserve">, K.; Mohamed, H. A. M.; </w:t>
            </w:r>
            <w:proofErr w:type="spellStart"/>
            <w:r w:rsidRPr="005440C3">
              <w:rPr>
                <w:lang w:val="nb-NO"/>
              </w:rPr>
              <w:t>Katende</w:t>
            </w:r>
            <w:proofErr w:type="spellEnd"/>
            <w:r w:rsidRPr="005440C3">
              <w:rPr>
                <w:lang w:val="nb-NO"/>
              </w:rPr>
              <w:t>, J. M.</w:t>
            </w:r>
          </w:p>
        </w:tc>
        <w:tc>
          <w:tcPr>
            <w:tcW w:w="1234" w:type="dxa"/>
          </w:tcPr>
          <w:p w14:paraId="04EA943C" w14:textId="77777777" w:rsidR="004B4EAF" w:rsidRDefault="00000000">
            <w:r>
              <w:t>Agriculture</w:t>
            </w:r>
          </w:p>
        </w:tc>
        <w:tc>
          <w:tcPr>
            <w:tcW w:w="1234" w:type="dxa"/>
          </w:tcPr>
          <w:p w14:paraId="36458276" w14:textId="77777777" w:rsidR="004B4EAF" w:rsidRDefault="00000000">
            <w:r>
              <w:t>10.1007/bf02265329</w:t>
            </w:r>
          </w:p>
        </w:tc>
        <w:tc>
          <w:tcPr>
            <w:tcW w:w="1234" w:type="dxa"/>
          </w:tcPr>
          <w:p w14:paraId="23AAB958" w14:textId="77777777" w:rsidR="004B4EAF" w:rsidRDefault="00000000">
            <w:r>
              <w:t>&lt;Go to ISI&gt;://WOS:A1984TY37600008</w:t>
            </w:r>
          </w:p>
        </w:tc>
      </w:tr>
      <w:tr w:rsidR="004B4EAF" w14:paraId="2C4F07A1" w14:textId="77777777">
        <w:tc>
          <w:tcPr>
            <w:tcW w:w="1234" w:type="dxa"/>
          </w:tcPr>
          <w:p w14:paraId="5E5059A7" w14:textId="77777777" w:rsidR="004B4EAF" w:rsidRDefault="00000000">
            <w:r>
              <w:t>1991</w:t>
            </w:r>
          </w:p>
        </w:tc>
        <w:tc>
          <w:tcPr>
            <w:tcW w:w="1234" w:type="dxa"/>
          </w:tcPr>
          <w:p w14:paraId="4B8C47CA" w14:textId="77777777" w:rsidR="004B4EAF" w:rsidRDefault="00000000">
            <w:r>
              <w:t>LOW PREVALENCE OF HUMAN IMMUNODEFICIENCY VIRUS-1 (HIV-1), HIV-2, AND HUMAN T-CELL LYMPHOTROPIC VIRUS-1 INFECTION IN SOMALIA</w:t>
            </w:r>
          </w:p>
        </w:tc>
        <w:tc>
          <w:tcPr>
            <w:tcW w:w="1234" w:type="dxa"/>
          </w:tcPr>
          <w:p w14:paraId="5FAAEE57" w14:textId="77777777" w:rsidR="004B4EAF" w:rsidRDefault="00000000">
            <w:r>
              <w:t>American Journal of Tropical Medicine and Hygiene</w:t>
            </w:r>
          </w:p>
        </w:tc>
        <w:tc>
          <w:tcPr>
            <w:tcW w:w="1234" w:type="dxa"/>
          </w:tcPr>
          <w:p w14:paraId="3B867744" w14:textId="77777777" w:rsidR="004B4EAF" w:rsidRDefault="00000000">
            <w:r>
              <w:t>Scott, D. A.; Corwin, A. L.; Constantine, N. T.; Omar, M. A.; Guled, A.; Yusef, M.; Roberts, C. R.; Watts, D. M.</w:t>
            </w:r>
          </w:p>
        </w:tc>
        <w:tc>
          <w:tcPr>
            <w:tcW w:w="1234" w:type="dxa"/>
          </w:tcPr>
          <w:p w14:paraId="309A489E" w14:textId="77777777" w:rsidR="004B4EAF" w:rsidRDefault="00000000">
            <w:r>
              <w:t>htlv-i antibodies</w:t>
            </w:r>
          </w:p>
        </w:tc>
        <w:tc>
          <w:tcPr>
            <w:tcW w:w="1234" w:type="dxa"/>
          </w:tcPr>
          <w:p w14:paraId="29E091DE" w14:textId="77777777" w:rsidR="004B4EAF" w:rsidRDefault="00000000">
            <w:r>
              <w:t>10.4269/ajtmh.1991.45.653</w:t>
            </w:r>
          </w:p>
        </w:tc>
        <w:tc>
          <w:tcPr>
            <w:tcW w:w="1234" w:type="dxa"/>
          </w:tcPr>
          <w:p w14:paraId="2748BB88" w14:textId="77777777" w:rsidR="004B4EAF" w:rsidRDefault="00000000">
            <w:r>
              <w:t>&lt;Go to ISI&gt;://WOS:A1991HA01500001</w:t>
            </w:r>
          </w:p>
        </w:tc>
      </w:tr>
      <w:tr w:rsidR="004B4EAF" w14:paraId="3B2BEAC4" w14:textId="77777777">
        <w:tc>
          <w:tcPr>
            <w:tcW w:w="1234" w:type="dxa"/>
          </w:tcPr>
          <w:p w14:paraId="6EE4804E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4F1B21DA" w14:textId="77777777" w:rsidR="004B4EAF" w:rsidRDefault="00000000">
            <w:r>
              <w:t>Indigestible foreign bodies in the forestomach of slaughtered goats in Mogadishu, Somalia</w:t>
            </w:r>
          </w:p>
        </w:tc>
        <w:tc>
          <w:tcPr>
            <w:tcW w:w="1234" w:type="dxa"/>
          </w:tcPr>
          <w:p w14:paraId="5EEE893A" w14:textId="77777777" w:rsidR="004B4EAF" w:rsidRDefault="00000000">
            <w:r>
              <w:t>Veterinary World</w:t>
            </w:r>
          </w:p>
        </w:tc>
        <w:tc>
          <w:tcPr>
            <w:tcW w:w="1234" w:type="dxa"/>
          </w:tcPr>
          <w:p w14:paraId="00135888" w14:textId="77777777" w:rsidR="004B4EAF" w:rsidRDefault="00000000">
            <w:r>
              <w:t>Shair, M. A.; Hassan-Kadle, A. A.; Osman, A. M.; Ahmed, K. M. Y.; Yusuf, A. A.; Barros-Filho, I. R.; Vieira, R. F. C.</w:t>
            </w:r>
          </w:p>
        </w:tc>
        <w:tc>
          <w:tcPr>
            <w:tcW w:w="1234" w:type="dxa"/>
          </w:tcPr>
          <w:p w14:paraId="01380073" w14:textId="77777777" w:rsidR="004B4EAF" w:rsidRDefault="00000000">
            <w:r>
              <w:t>Capra hircus</w:t>
            </w:r>
          </w:p>
        </w:tc>
        <w:tc>
          <w:tcPr>
            <w:tcW w:w="1234" w:type="dxa"/>
          </w:tcPr>
          <w:p w14:paraId="5C75E13E" w14:textId="77777777" w:rsidR="004B4EAF" w:rsidRDefault="00000000">
            <w:r>
              <w:t>10.14202/vetworld.2023.1829-1832</w:t>
            </w:r>
          </w:p>
        </w:tc>
        <w:tc>
          <w:tcPr>
            <w:tcW w:w="1234" w:type="dxa"/>
          </w:tcPr>
          <w:p w14:paraId="314EE820" w14:textId="77777777" w:rsidR="004B4EAF" w:rsidRDefault="00000000">
            <w:r>
              <w:t>&lt;Go to ISI&gt;://WOS:001098259000008</w:t>
            </w:r>
          </w:p>
        </w:tc>
      </w:tr>
      <w:tr w:rsidR="004B4EAF" w14:paraId="3F56338B" w14:textId="77777777">
        <w:tc>
          <w:tcPr>
            <w:tcW w:w="1234" w:type="dxa"/>
          </w:tcPr>
          <w:p w14:paraId="1EDA448F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3684F63F" w14:textId="77777777" w:rsidR="004B4EAF" w:rsidRDefault="00000000">
            <w:r>
              <w:t>REINFECTION OF SOMALI CHILDREN WITH TRICHURIS-TRICHIURA AFTER CHEMOTHERAPY - RELEVANCE OF IMMUNOSTIMULATION</w:t>
            </w:r>
          </w:p>
        </w:tc>
        <w:tc>
          <w:tcPr>
            <w:tcW w:w="1234" w:type="dxa"/>
          </w:tcPr>
          <w:p w14:paraId="25E78FA0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3F7DC491" w14:textId="77777777" w:rsidR="004B4EAF" w:rsidRDefault="00000000">
            <w:r>
              <w:t>Shiddo, S.; Ilardi, I.; Mussa, C.; Mohamud, M. A.; Aceti, A.; Leone, F.; Sebastiani, A.; Laghi; Amiconi, G.</w:t>
            </w:r>
          </w:p>
        </w:tc>
        <w:tc>
          <w:tcPr>
            <w:tcW w:w="1234" w:type="dxa"/>
          </w:tcPr>
          <w:p w14:paraId="56EAC78A" w14:textId="77777777" w:rsidR="004B4EAF" w:rsidRDefault="00000000">
            <w:r>
              <w:t>population-dynamics</w:t>
            </w:r>
          </w:p>
        </w:tc>
        <w:tc>
          <w:tcPr>
            <w:tcW w:w="1234" w:type="dxa"/>
          </w:tcPr>
          <w:p w14:paraId="07F5E34F" w14:textId="77777777" w:rsidR="004B4EAF" w:rsidRDefault="00000000">
            <w:r>
              <w:t>10.1016/0035-9203(90)90100-s</w:t>
            </w:r>
          </w:p>
        </w:tc>
        <w:tc>
          <w:tcPr>
            <w:tcW w:w="1234" w:type="dxa"/>
          </w:tcPr>
          <w:p w14:paraId="7F1E0FEF" w14:textId="77777777" w:rsidR="004B4EAF" w:rsidRDefault="00000000">
            <w:r>
              <w:t>&lt;Go to ISI&gt;://WOS:A1990ER99800029</w:t>
            </w:r>
          </w:p>
        </w:tc>
      </w:tr>
      <w:tr w:rsidR="004B4EAF" w14:paraId="675AA63A" w14:textId="77777777">
        <w:tc>
          <w:tcPr>
            <w:tcW w:w="1234" w:type="dxa"/>
          </w:tcPr>
          <w:p w14:paraId="69042EBD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6082014B" w14:textId="77777777" w:rsidR="004B4EAF" w:rsidRDefault="00000000">
            <w:r>
              <w:t xml:space="preserve">VISCERAL LEISHMANIASIS IN SOMALIA - PREVALENCE OF LEISHMANIN-POSITIVE AND SEROPOSITIVE </w:t>
            </w:r>
            <w:r>
              <w:lastRenderedPageBreak/>
              <w:t>INHABITANTS IN AN ENDEMIC AREA</w:t>
            </w:r>
          </w:p>
        </w:tc>
        <w:tc>
          <w:tcPr>
            <w:tcW w:w="1234" w:type="dxa"/>
          </w:tcPr>
          <w:p w14:paraId="76788504" w14:textId="77777777" w:rsidR="004B4EAF" w:rsidRDefault="00000000">
            <w:r>
              <w:lastRenderedPageBreak/>
              <w:t>Transactions of the Royal Society of Tropical Medicine and Hygiene</w:t>
            </w:r>
          </w:p>
        </w:tc>
        <w:tc>
          <w:tcPr>
            <w:tcW w:w="1234" w:type="dxa"/>
          </w:tcPr>
          <w:p w14:paraId="0893E471" w14:textId="77777777" w:rsidR="004B4EAF" w:rsidRDefault="00000000">
            <w:r>
              <w:t>Shiddo, S. A.; Akuffo, H. O.; Mohamed, A. A.; Huldt, G.; Nilsson, L. A.; Ouchterlony, O.; Thorstensson, R.</w:t>
            </w:r>
          </w:p>
        </w:tc>
        <w:tc>
          <w:tcPr>
            <w:tcW w:w="1234" w:type="dxa"/>
          </w:tcPr>
          <w:p w14:paraId="2CAF6B70" w14:textId="77777777" w:rsidR="004B4EAF" w:rsidRDefault="00000000">
            <w:r>
              <w:t>leishmaniasis</w:t>
            </w:r>
          </w:p>
        </w:tc>
        <w:tc>
          <w:tcPr>
            <w:tcW w:w="1234" w:type="dxa"/>
          </w:tcPr>
          <w:p w14:paraId="60B97DDA" w14:textId="77777777" w:rsidR="004B4EAF" w:rsidRDefault="00000000">
            <w:r>
              <w:t>10.1016/0035-9203(95)90640-1</w:t>
            </w:r>
          </w:p>
        </w:tc>
        <w:tc>
          <w:tcPr>
            <w:tcW w:w="1234" w:type="dxa"/>
          </w:tcPr>
          <w:p w14:paraId="471E100D" w14:textId="77777777" w:rsidR="004B4EAF" w:rsidRDefault="00000000">
            <w:r>
              <w:t>&lt;Go to ISI&gt;://WOS:A1995QY30000004</w:t>
            </w:r>
          </w:p>
        </w:tc>
      </w:tr>
      <w:tr w:rsidR="004B4EAF" w14:paraId="070086FC" w14:textId="77777777">
        <w:tc>
          <w:tcPr>
            <w:tcW w:w="1234" w:type="dxa"/>
          </w:tcPr>
          <w:p w14:paraId="1BA7E14E" w14:textId="77777777" w:rsidR="004B4EAF" w:rsidRDefault="00000000">
            <w:r>
              <w:t>1994</w:t>
            </w:r>
          </w:p>
        </w:tc>
        <w:tc>
          <w:tcPr>
            <w:tcW w:w="1234" w:type="dxa"/>
          </w:tcPr>
          <w:p w14:paraId="127B25D6" w14:textId="77777777" w:rsidR="004B4EAF" w:rsidRDefault="00000000">
            <w:r>
              <w:t>REFERENCE RANGES FOR IGG, IGM AND IGA IN THE SERUM OF URBAN AND RURAL SOMALIS</w:t>
            </w:r>
          </w:p>
        </w:tc>
        <w:tc>
          <w:tcPr>
            <w:tcW w:w="1234" w:type="dxa"/>
          </w:tcPr>
          <w:p w14:paraId="19673492" w14:textId="77777777" w:rsidR="004B4EAF" w:rsidRDefault="00000000">
            <w:r>
              <w:t>Tropical and Geographical Medicine</w:t>
            </w:r>
          </w:p>
        </w:tc>
        <w:tc>
          <w:tcPr>
            <w:tcW w:w="1234" w:type="dxa"/>
          </w:tcPr>
          <w:p w14:paraId="275896DD" w14:textId="77777777" w:rsidR="004B4EAF" w:rsidRDefault="00000000">
            <w:r>
              <w:t>Shiddo, S. A.; Huldt, G.; Jama, H.; Nilsson, L. A.; Ouchterlony, O.; Warsame, M.; Jonsson, J.</w:t>
            </w:r>
          </w:p>
        </w:tc>
        <w:tc>
          <w:tcPr>
            <w:tcW w:w="1234" w:type="dxa"/>
          </w:tcPr>
          <w:p w14:paraId="0CA05D40" w14:textId="77777777" w:rsidR="004B4EAF" w:rsidRDefault="00000000">
            <w:r>
              <w:t>immunoglobulin levels</w:t>
            </w:r>
          </w:p>
        </w:tc>
        <w:tc>
          <w:tcPr>
            <w:tcW w:w="1234" w:type="dxa"/>
          </w:tcPr>
          <w:p w14:paraId="7F26263B" w14:textId="77777777" w:rsidR="004B4EAF" w:rsidRDefault="004B4EAF"/>
        </w:tc>
        <w:tc>
          <w:tcPr>
            <w:tcW w:w="1234" w:type="dxa"/>
          </w:tcPr>
          <w:p w14:paraId="7595984C" w14:textId="77777777" w:rsidR="004B4EAF" w:rsidRDefault="00000000">
            <w:r>
              <w:t>&lt;Go to ISI&gt;://WOS:A1994MY89300008</w:t>
            </w:r>
          </w:p>
        </w:tc>
      </w:tr>
      <w:tr w:rsidR="004B4EAF" w14:paraId="0A62635E" w14:textId="77777777">
        <w:tc>
          <w:tcPr>
            <w:tcW w:w="1234" w:type="dxa"/>
          </w:tcPr>
          <w:p w14:paraId="3A473043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58135574" w14:textId="77777777" w:rsidR="004B4EAF" w:rsidRDefault="00000000">
            <w:r>
              <w:t>VISCERAL LEISHMANIASIS IN SOMALIA - PREVALENCE OF MARKERS OF INFECTION AND DISEASE MANIFESTATIONS IN A VILLAGE IN AN ENDEMIC AREA</w:t>
            </w:r>
          </w:p>
        </w:tc>
        <w:tc>
          <w:tcPr>
            <w:tcW w:w="1234" w:type="dxa"/>
          </w:tcPr>
          <w:p w14:paraId="78C2182E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4926A322" w14:textId="77777777" w:rsidR="004B4EAF" w:rsidRDefault="00000000">
            <w:r>
              <w:t>Shiddo, S. A.; Mohamed, A. A.; Akuffo, H. O.; Mohamud, K. A.; Herzi, A. A.; Mohamed, H. H.; Huldt, G.; Nilsson, L. A.; Ouchterlony, O.; Thorstensson, R.</w:t>
            </w:r>
          </w:p>
        </w:tc>
        <w:tc>
          <w:tcPr>
            <w:tcW w:w="1234" w:type="dxa"/>
          </w:tcPr>
          <w:p w14:paraId="6A4D23F1" w14:textId="77777777" w:rsidR="004B4EAF" w:rsidRDefault="00000000">
            <w:r>
              <w:t>leishmaniasis</w:t>
            </w:r>
          </w:p>
        </w:tc>
        <w:tc>
          <w:tcPr>
            <w:tcW w:w="1234" w:type="dxa"/>
          </w:tcPr>
          <w:p w14:paraId="2C68D787" w14:textId="77777777" w:rsidR="004B4EAF" w:rsidRDefault="00000000">
            <w:r>
              <w:t>10.1016/0035-9203(95)90008-x</w:t>
            </w:r>
          </w:p>
        </w:tc>
        <w:tc>
          <w:tcPr>
            <w:tcW w:w="1234" w:type="dxa"/>
          </w:tcPr>
          <w:p w14:paraId="4D211D00" w14:textId="77777777" w:rsidR="004B4EAF" w:rsidRDefault="00000000">
            <w:r>
              <w:t>&lt;Go to ISI&gt;://WOS:A1995RT59500006</w:t>
            </w:r>
          </w:p>
        </w:tc>
      </w:tr>
      <w:tr w:rsidR="004B4EAF" w14:paraId="09999E3A" w14:textId="77777777">
        <w:tc>
          <w:tcPr>
            <w:tcW w:w="1234" w:type="dxa"/>
          </w:tcPr>
          <w:p w14:paraId="7B8AC2DE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1562C7EC" w14:textId="77777777" w:rsidR="004B4EAF" w:rsidRDefault="00000000">
            <w:r>
              <w:t>VISCERAL LEISHMANIASIS IN SOMALIA - CIRCULATING ANTIBODIES AS MEASURED BY DAT, IMMUNOFLUORESCENCE AND ELISA</w:t>
            </w:r>
          </w:p>
        </w:tc>
        <w:tc>
          <w:tcPr>
            <w:tcW w:w="1234" w:type="dxa"/>
          </w:tcPr>
          <w:p w14:paraId="099C5339" w14:textId="77777777" w:rsidR="004B4EAF" w:rsidRDefault="00000000">
            <w:r>
              <w:t>Tropical and Geographical Medicine</w:t>
            </w:r>
          </w:p>
        </w:tc>
        <w:tc>
          <w:tcPr>
            <w:tcW w:w="1234" w:type="dxa"/>
          </w:tcPr>
          <w:p w14:paraId="4D3164CF" w14:textId="77777777" w:rsidR="004B4EAF" w:rsidRDefault="00000000">
            <w:r>
              <w:t>Shiddo, S. A.; Mohamed, A. A.; Huldt, C.; Loftenius, A.; Nilsson, L. A.; Jonsson, J.; Ouchterlony, O.; Thorstensson, R.</w:t>
            </w:r>
          </w:p>
        </w:tc>
        <w:tc>
          <w:tcPr>
            <w:tcW w:w="1234" w:type="dxa"/>
          </w:tcPr>
          <w:p w14:paraId="7AF52E64" w14:textId="77777777" w:rsidR="004B4EAF" w:rsidRDefault="00000000">
            <w:r>
              <w:t>visceral leishmaniasis</w:t>
            </w:r>
          </w:p>
        </w:tc>
        <w:tc>
          <w:tcPr>
            <w:tcW w:w="1234" w:type="dxa"/>
          </w:tcPr>
          <w:p w14:paraId="2B01A053" w14:textId="77777777" w:rsidR="004B4EAF" w:rsidRDefault="004B4EAF"/>
        </w:tc>
        <w:tc>
          <w:tcPr>
            <w:tcW w:w="1234" w:type="dxa"/>
          </w:tcPr>
          <w:p w14:paraId="78705C80" w14:textId="77777777" w:rsidR="004B4EAF" w:rsidRDefault="00000000">
            <w:r>
              <w:t>&lt;Go to ISI&gt;://WOS:A1995QY26900005</w:t>
            </w:r>
          </w:p>
        </w:tc>
      </w:tr>
      <w:tr w:rsidR="004B4EAF" w14:paraId="266FF77F" w14:textId="77777777">
        <w:tc>
          <w:tcPr>
            <w:tcW w:w="1234" w:type="dxa"/>
          </w:tcPr>
          <w:p w14:paraId="6557D6FB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75DF590F" w14:textId="77777777" w:rsidR="004B4EAF" w:rsidRDefault="00000000">
            <w:r>
              <w:t xml:space="preserve">Assessment of Polypharmacy, Drug Use Patterns, and Associated Factors at the Edna Adan University </w:t>
            </w:r>
            <w:r>
              <w:lastRenderedPageBreak/>
              <w:t>Hospital, Hargeisa, Somaliland</w:t>
            </w:r>
          </w:p>
        </w:tc>
        <w:tc>
          <w:tcPr>
            <w:tcW w:w="1234" w:type="dxa"/>
          </w:tcPr>
          <w:p w14:paraId="14689AA6" w14:textId="77777777" w:rsidR="004B4EAF" w:rsidRDefault="00000000">
            <w:r>
              <w:lastRenderedPageBreak/>
              <w:t>Journal of Tropical Medicine</w:t>
            </w:r>
          </w:p>
        </w:tc>
        <w:tc>
          <w:tcPr>
            <w:tcW w:w="1234" w:type="dxa"/>
          </w:tcPr>
          <w:p w14:paraId="0C019212" w14:textId="77777777" w:rsidR="004B4EAF" w:rsidRDefault="00000000">
            <w:r>
              <w:t>Sidamo, T.; Deboch, A.; Abdi, M.; Debebe, F.; Dayib, K.; Balla, T. B.</w:t>
            </w:r>
          </w:p>
        </w:tc>
        <w:tc>
          <w:tcPr>
            <w:tcW w:w="1234" w:type="dxa"/>
          </w:tcPr>
          <w:p w14:paraId="334D861F" w14:textId="77777777" w:rsidR="004B4EAF" w:rsidRDefault="00000000">
            <w:r>
              <w:t>elderly-patients</w:t>
            </w:r>
          </w:p>
        </w:tc>
        <w:tc>
          <w:tcPr>
            <w:tcW w:w="1234" w:type="dxa"/>
          </w:tcPr>
          <w:p w14:paraId="401F14F9" w14:textId="77777777" w:rsidR="004B4EAF" w:rsidRDefault="00000000">
            <w:r>
              <w:t>10.1155/2022/2858987</w:t>
            </w:r>
          </w:p>
        </w:tc>
        <w:tc>
          <w:tcPr>
            <w:tcW w:w="1234" w:type="dxa"/>
          </w:tcPr>
          <w:p w14:paraId="037479C4" w14:textId="77777777" w:rsidR="004B4EAF" w:rsidRDefault="00000000">
            <w:r>
              <w:t>&lt;Go to ISI&gt;://WOS:000853682500001</w:t>
            </w:r>
          </w:p>
        </w:tc>
      </w:tr>
      <w:tr w:rsidR="004B4EAF" w14:paraId="50168486" w14:textId="77777777">
        <w:tc>
          <w:tcPr>
            <w:tcW w:w="1234" w:type="dxa"/>
          </w:tcPr>
          <w:p w14:paraId="30768BD2" w14:textId="77777777" w:rsidR="004B4EAF" w:rsidRDefault="00000000">
            <w:r>
              <w:t>1979</w:t>
            </w:r>
          </w:p>
        </w:tc>
        <w:tc>
          <w:tcPr>
            <w:tcW w:w="1234" w:type="dxa"/>
          </w:tcPr>
          <w:p w14:paraId="4EDEB21B" w14:textId="77777777" w:rsidR="004B4EAF" w:rsidRDefault="00000000">
            <w:r>
              <w:t>RESULTS OF THE LEPROMIN TEST USING HUMAN LEPROMIN (H) AND ARMADILLO LEPROMIN (A)</w:t>
            </w:r>
          </w:p>
        </w:tc>
        <w:tc>
          <w:tcPr>
            <w:tcW w:w="1234" w:type="dxa"/>
          </w:tcPr>
          <w:p w14:paraId="5063A633" w14:textId="77777777" w:rsidR="004B4EAF" w:rsidRDefault="00000000">
            <w:r>
              <w:t>International Journal of Leprosy and Other Mycobacterial Diseases</w:t>
            </w:r>
          </w:p>
        </w:tc>
        <w:tc>
          <w:tcPr>
            <w:tcW w:w="1234" w:type="dxa"/>
          </w:tcPr>
          <w:p w14:paraId="19EBDE0D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Tarabinicastellani</w:t>
            </w:r>
            <w:proofErr w:type="spellEnd"/>
            <w:r w:rsidRPr="005440C3">
              <w:rPr>
                <w:lang w:val="nb-NO"/>
              </w:rPr>
              <w:t xml:space="preserve">, G.; </w:t>
            </w:r>
            <w:proofErr w:type="spellStart"/>
            <w:r w:rsidRPr="005440C3">
              <w:rPr>
                <w:lang w:val="nb-NO"/>
              </w:rPr>
              <w:t>Tarabinicastellani</w:t>
            </w:r>
            <w:proofErr w:type="spellEnd"/>
            <w:r w:rsidRPr="005440C3">
              <w:rPr>
                <w:lang w:val="nb-NO"/>
              </w:rPr>
              <w:t xml:space="preserve">, G. L.; </w:t>
            </w:r>
            <w:proofErr w:type="spellStart"/>
            <w:r w:rsidRPr="005440C3">
              <w:rPr>
                <w:lang w:val="nb-NO"/>
              </w:rPr>
              <w:t>Nuti</w:t>
            </w:r>
            <w:proofErr w:type="spellEnd"/>
            <w:r w:rsidRPr="005440C3">
              <w:rPr>
                <w:lang w:val="nb-NO"/>
              </w:rPr>
              <w:t>, M.</w:t>
            </w:r>
          </w:p>
        </w:tc>
        <w:tc>
          <w:tcPr>
            <w:tcW w:w="1234" w:type="dxa"/>
          </w:tcPr>
          <w:p w14:paraId="08B2654E" w14:textId="77777777" w:rsidR="004B4EAF" w:rsidRDefault="00000000">
            <w:r>
              <w:t>Microbiology</w:t>
            </w:r>
          </w:p>
        </w:tc>
        <w:tc>
          <w:tcPr>
            <w:tcW w:w="1234" w:type="dxa"/>
          </w:tcPr>
          <w:p w14:paraId="3EE506E0" w14:textId="77777777" w:rsidR="004B4EAF" w:rsidRDefault="004B4EAF"/>
        </w:tc>
        <w:tc>
          <w:tcPr>
            <w:tcW w:w="1234" w:type="dxa"/>
          </w:tcPr>
          <w:p w14:paraId="73459949" w14:textId="77777777" w:rsidR="004B4EAF" w:rsidRDefault="00000000">
            <w:r>
              <w:t>&lt;Go to ISI&gt;://WOS:A1979HF06000180</w:t>
            </w:r>
          </w:p>
        </w:tc>
      </w:tr>
      <w:tr w:rsidR="004B4EAF" w14:paraId="769B45ED" w14:textId="77777777">
        <w:tc>
          <w:tcPr>
            <w:tcW w:w="1234" w:type="dxa"/>
          </w:tcPr>
          <w:p w14:paraId="0AE6DE07" w14:textId="77777777" w:rsidR="004B4EAF" w:rsidRDefault="00000000">
            <w:r>
              <w:t>1979</w:t>
            </w:r>
          </w:p>
        </w:tc>
        <w:tc>
          <w:tcPr>
            <w:tcW w:w="1234" w:type="dxa"/>
          </w:tcPr>
          <w:p w14:paraId="55E061BF" w14:textId="77777777" w:rsidR="004B4EAF" w:rsidRDefault="00000000">
            <w:r>
              <w:t>LEPROSY CONTROL CAMPAIGN IN SOMALIA - INTEGRATION INTO THE NATIONAL-HEALTH-SERVICES</w:t>
            </w:r>
          </w:p>
        </w:tc>
        <w:tc>
          <w:tcPr>
            <w:tcW w:w="1234" w:type="dxa"/>
          </w:tcPr>
          <w:p w14:paraId="1C12C6DD" w14:textId="77777777" w:rsidR="004B4EAF" w:rsidRDefault="00000000">
            <w:r>
              <w:t>International Journal of Leprosy and Other Mycobacterial Diseases</w:t>
            </w:r>
          </w:p>
        </w:tc>
        <w:tc>
          <w:tcPr>
            <w:tcW w:w="1234" w:type="dxa"/>
          </w:tcPr>
          <w:p w14:paraId="1763C409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Tarabinicastellani</w:t>
            </w:r>
            <w:proofErr w:type="spellEnd"/>
            <w:r w:rsidRPr="005440C3">
              <w:rPr>
                <w:lang w:val="nb-NO"/>
              </w:rPr>
              <w:t xml:space="preserve">, G. L.; </w:t>
            </w:r>
            <w:proofErr w:type="spellStart"/>
            <w:r w:rsidRPr="005440C3">
              <w:rPr>
                <w:lang w:val="nb-NO"/>
              </w:rPr>
              <w:t>Tarabinicastellani</w:t>
            </w:r>
            <w:proofErr w:type="spellEnd"/>
            <w:r w:rsidRPr="005440C3">
              <w:rPr>
                <w:lang w:val="nb-NO"/>
              </w:rPr>
              <w:t>, G.</w:t>
            </w:r>
          </w:p>
        </w:tc>
        <w:tc>
          <w:tcPr>
            <w:tcW w:w="1234" w:type="dxa"/>
          </w:tcPr>
          <w:p w14:paraId="69644623" w14:textId="77777777" w:rsidR="004B4EAF" w:rsidRDefault="00000000">
            <w:r>
              <w:t>Microbiology</w:t>
            </w:r>
          </w:p>
        </w:tc>
        <w:tc>
          <w:tcPr>
            <w:tcW w:w="1234" w:type="dxa"/>
          </w:tcPr>
          <w:p w14:paraId="46E3A7BF" w14:textId="77777777" w:rsidR="004B4EAF" w:rsidRDefault="004B4EAF"/>
        </w:tc>
        <w:tc>
          <w:tcPr>
            <w:tcW w:w="1234" w:type="dxa"/>
          </w:tcPr>
          <w:p w14:paraId="26A72DF8" w14:textId="77777777" w:rsidR="004B4EAF" w:rsidRDefault="00000000">
            <w:r>
              <w:t>&lt;Go to ISI&gt;://WOS:A1979HF06000021</w:t>
            </w:r>
          </w:p>
        </w:tc>
      </w:tr>
      <w:tr w:rsidR="004B4EAF" w14:paraId="1FEE0AF5" w14:textId="77777777">
        <w:tc>
          <w:tcPr>
            <w:tcW w:w="1234" w:type="dxa"/>
          </w:tcPr>
          <w:p w14:paraId="3DD69633" w14:textId="77777777" w:rsidR="004B4EAF" w:rsidRDefault="00000000">
            <w:r>
              <w:t>1993</w:t>
            </w:r>
          </w:p>
        </w:tc>
        <w:tc>
          <w:tcPr>
            <w:tcW w:w="1234" w:type="dxa"/>
          </w:tcPr>
          <w:p w14:paraId="6C4CFB2A" w14:textId="77777777" w:rsidR="004B4EAF" w:rsidRDefault="00000000">
            <w:r>
              <w:t>ENZYME-LINKED STAINING METHOD FOR LIGHT-MICROSCOPIC DETECTION OF ANTIBODIES TO PARASITE ANTIGENS ON THE MEMBRANE OF PLASMODIUM-FALCIPARUM-INFECTED ERYTHROCYTES</w:t>
            </w:r>
          </w:p>
        </w:tc>
        <w:tc>
          <w:tcPr>
            <w:tcW w:w="1234" w:type="dxa"/>
          </w:tcPr>
          <w:p w14:paraId="604C75E3" w14:textId="77777777" w:rsidR="004B4EAF" w:rsidRDefault="00000000">
            <w:r>
              <w:t>Acta Tropica</w:t>
            </w:r>
          </w:p>
        </w:tc>
        <w:tc>
          <w:tcPr>
            <w:tcW w:w="1234" w:type="dxa"/>
          </w:tcPr>
          <w:p w14:paraId="70537A6D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Udomsangpetch</w:t>
            </w:r>
            <w:proofErr w:type="spellEnd"/>
            <w:r w:rsidRPr="005440C3">
              <w:rPr>
                <w:lang w:val="nb-NO"/>
              </w:rPr>
              <w:t xml:space="preserve">, R.; </w:t>
            </w:r>
            <w:proofErr w:type="spellStart"/>
            <w:r w:rsidRPr="005440C3">
              <w:rPr>
                <w:lang w:val="nb-NO"/>
              </w:rPr>
              <w:t>Kulane</w:t>
            </w:r>
            <w:proofErr w:type="spellEnd"/>
            <w:r w:rsidRPr="005440C3">
              <w:rPr>
                <w:lang w:val="nb-NO"/>
              </w:rPr>
              <w:t xml:space="preserve">, A.; </w:t>
            </w:r>
            <w:proofErr w:type="spellStart"/>
            <w:r w:rsidRPr="005440C3">
              <w:rPr>
                <w:lang w:val="nb-NO"/>
              </w:rPr>
              <w:t>Berzins</w:t>
            </w:r>
            <w:proofErr w:type="spellEnd"/>
            <w:r w:rsidRPr="005440C3">
              <w:rPr>
                <w:lang w:val="nb-NO"/>
              </w:rPr>
              <w:t>, K.; Perlmann, H.; Perlmann, P.; Flyg, B. W.</w:t>
            </w:r>
          </w:p>
        </w:tc>
        <w:tc>
          <w:tcPr>
            <w:tcW w:w="1234" w:type="dxa"/>
          </w:tcPr>
          <w:p w14:paraId="4D8C9631" w14:textId="77777777" w:rsidR="004B4EAF" w:rsidRDefault="00000000">
            <w:r>
              <w:t>malaria</w:t>
            </w:r>
          </w:p>
        </w:tc>
        <w:tc>
          <w:tcPr>
            <w:tcW w:w="1234" w:type="dxa"/>
          </w:tcPr>
          <w:p w14:paraId="256AB38A" w14:textId="77777777" w:rsidR="004B4EAF" w:rsidRDefault="00000000">
            <w:r>
              <w:t>10.1016/0001-706x(93)90050-l</w:t>
            </w:r>
          </w:p>
        </w:tc>
        <w:tc>
          <w:tcPr>
            <w:tcW w:w="1234" w:type="dxa"/>
          </w:tcPr>
          <w:p w14:paraId="09767187" w14:textId="77777777" w:rsidR="004B4EAF" w:rsidRDefault="00000000">
            <w:r>
              <w:t>&lt;Go to ISI&gt;://WOS:A1993MD23100008</w:t>
            </w:r>
          </w:p>
        </w:tc>
      </w:tr>
      <w:tr w:rsidR="004B4EAF" w14:paraId="75EC156B" w14:textId="77777777">
        <w:tc>
          <w:tcPr>
            <w:tcW w:w="1234" w:type="dxa"/>
          </w:tcPr>
          <w:p w14:paraId="0A27145A" w14:textId="77777777" w:rsidR="004B4EAF" w:rsidRDefault="00000000">
            <w:r>
              <w:t>1981</w:t>
            </w:r>
          </w:p>
        </w:tc>
        <w:tc>
          <w:tcPr>
            <w:tcW w:w="1234" w:type="dxa"/>
          </w:tcPr>
          <w:p w14:paraId="18446EC7" w14:textId="77777777" w:rsidR="004B4EAF" w:rsidRDefault="00000000">
            <w:r>
              <w:t>STUDIES ON THE TRANSMISSION OF SCHISTOSOMA-</w:t>
            </w:r>
            <w:r>
              <w:lastRenderedPageBreak/>
              <w:t>HAEMATOBIUM AND THE BIONOMICS OF BULINUS (PH) ABYSSINICUS IN THE SOMALI-DEMOCRATIC-REPUBLIC</w:t>
            </w:r>
          </w:p>
        </w:tc>
        <w:tc>
          <w:tcPr>
            <w:tcW w:w="1234" w:type="dxa"/>
          </w:tcPr>
          <w:p w14:paraId="145A96F8" w14:textId="77777777" w:rsidR="004B4EAF" w:rsidRDefault="00000000">
            <w:r>
              <w:lastRenderedPageBreak/>
              <w:t xml:space="preserve">Annals of Tropical Medicine and </w:t>
            </w:r>
            <w:r>
              <w:lastRenderedPageBreak/>
              <w:t>Parasitology</w:t>
            </w:r>
          </w:p>
        </w:tc>
        <w:tc>
          <w:tcPr>
            <w:tcW w:w="1234" w:type="dxa"/>
          </w:tcPr>
          <w:p w14:paraId="725E774A" w14:textId="77777777" w:rsidR="004B4EAF" w:rsidRDefault="00000000">
            <w:r>
              <w:lastRenderedPageBreak/>
              <w:t xml:space="preserve">Upatham, E. S.; Koura, M.; Ahmed, M. D.; </w:t>
            </w:r>
            <w:r>
              <w:lastRenderedPageBreak/>
              <w:t>Awad, A. H.</w:t>
            </w:r>
          </w:p>
        </w:tc>
        <w:tc>
          <w:tcPr>
            <w:tcW w:w="1234" w:type="dxa"/>
          </w:tcPr>
          <w:p w14:paraId="2D1351DD" w14:textId="77777777" w:rsidR="004B4EAF" w:rsidRDefault="00000000">
            <w:r>
              <w:lastRenderedPageBreak/>
              <w:t xml:space="preserve">Public, Environmental &amp; </w:t>
            </w:r>
            <w:r>
              <w:lastRenderedPageBreak/>
              <w:t>Occupational Health</w:t>
            </w:r>
          </w:p>
        </w:tc>
        <w:tc>
          <w:tcPr>
            <w:tcW w:w="1234" w:type="dxa"/>
          </w:tcPr>
          <w:p w14:paraId="5938480D" w14:textId="77777777" w:rsidR="004B4EAF" w:rsidRDefault="00000000">
            <w:r>
              <w:lastRenderedPageBreak/>
              <w:t>10.1080/00034983.1981.11687409</w:t>
            </w:r>
          </w:p>
        </w:tc>
        <w:tc>
          <w:tcPr>
            <w:tcW w:w="1234" w:type="dxa"/>
          </w:tcPr>
          <w:p w14:paraId="5F310079" w14:textId="77777777" w:rsidR="004B4EAF" w:rsidRDefault="00000000">
            <w:r>
              <w:t>&lt;Go to ISI&gt;://WOS:A1981LC43600009</w:t>
            </w:r>
          </w:p>
        </w:tc>
      </w:tr>
      <w:tr w:rsidR="004B4EAF" w14:paraId="658F6FA3" w14:textId="77777777">
        <w:tc>
          <w:tcPr>
            <w:tcW w:w="1234" w:type="dxa"/>
          </w:tcPr>
          <w:p w14:paraId="7CFEA68C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504852A7" w14:textId="77777777" w:rsidR="004B4EAF" w:rsidRDefault="00000000">
            <w:r>
              <w:t>Social contacts and other risk factors for respiratory infections among internally displaced people in Somaliland</w:t>
            </w:r>
          </w:p>
        </w:tc>
        <w:tc>
          <w:tcPr>
            <w:tcW w:w="1234" w:type="dxa"/>
          </w:tcPr>
          <w:p w14:paraId="0197AC02" w14:textId="77777777" w:rsidR="004B4EAF" w:rsidRDefault="00000000">
            <w:r>
              <w:t>Epidemics</w:t>
            </w:r>
          </w:p>
        </w:tc>
        <w:tc>
          <w:tcPr>
            <w:tcW w:w="1234" w:type="dxa"/>
          </w:tcPr>
          <w:p w14:paraId="32AE8C50" w14:textId="77777777" w:rsidR="004B4EAF" w:rsidRDefault="00000000">
            <w:r>
              <w:t>van Zandvoort, K.; Bobe, M. O.; Hassan, A. I.; Abdi, M. I.; Ahmed, M. S.; Soleman, S. M.; Warsame, M. Y.; Wais, M. A.; Diggle, E.; McGowan, C. R.; Satzke, C.; Mulholland, K.; Egeh, M. M.; Hassan, M. M.; Hergeeye, M. A.; Eggo, R. M.; Checchi, F.; Flasche, S.</w:t>
            </w:r>
          </w:p>
        </w:tc>
        <w:tc>
          <w:tcPr>
            <w:tcW w:w="1234" w:type="dxa"/>
          </w:tcPr>
          <w:p w14:paraId="6D49ACC2" w14:textId="77777777" w:rsidR="004B4EAF" w:rsidRDefault="00000000">
            <w:r>
              <w:t>Contact data</w:t>
            </w:r>
          </w:p>
        </w:tc>
        <w:tc>
          <w:tcPr>
            <w:tcW w:w="1234" w:type="dxa"/>
          </w:tcPr>
          <w:p w14:paraId="3E756FB2" w14:textId="77777777" w:rsidR="004B4EAF" w:rsidRDefault="00000000">
            <w:r>
              <w:t>10.1016/j.epidem.2022.100625</w:t>
            </w:r>
          </w:p>
        </w:tc>
        <w:tc>
          <w:tcPr>
            <w:tcW w:w="1234" w:type="dxa"/>
          </w:tcPr>
          <w:p w14:paraId="3A4AE066" w14:textId="77777777" w:rsidR="004B4EAF" w:rsidRDefault="00000000">
            <w:r>
              <w:t>&lt;Go to ISI&gt;://WOS:000862280500003</w:t>
            </w:r>
          </w:p>
        </w:tc>
      </w:tr>
      <w:tr w:rsidR="004B4EAF" w14:paraId="31B873C6" w14:textId="77777777">
        <w:tc>
          <w:tcPr>
            <w:tcW w:w="1234" w:type="dxa"/>
          </w:tcPr>
          <w:p w14:paraId="4ABA9E1A" w14:textId="77777777" w:rsidR="004B4EAF" w:rsidRDefault="00000000">
            <w:r>
              <w:t>1984</w:t>
            </w:r>
          </w:p>
        </w:tc>
        <w:tc>
          <w:tcPr>
            <w:tcW w:w="1234" w:type="dxa"/>
          </w:tcPr>
          <w:p w14:paraId="745015C5" w14:textId="77777777" w:rsidR="004B4EAF" w:rsidRDefault="00000000">
            <w:r>
              <w:t xml:space="preserve">FATAL INFECTION OF AN ELEPHANT CALF CAUSED BY THE TREMATODE PROTOFASCIOLA-ROBUSTA (LORENZ, 1881) IN </w:t>
            </w:r>
            <w:r>
              <w:lastRenderedPageBreak/>
              <w:t>SOMALILAND</w:t>
            </w:r>
          </w:p>
        </w:tc>
        <w:tc>
          <w:tcPr>
            <w:tcW w:w="1234" w:type="dxa"/>
          </w:tcPr>
          <w:p w14:paraId="3F602DF6" w14:textId="77777777" w:rsidR="004B4EAF" w:rsidRDefault="00000000">
            <w:r>
              <w:lastRenderedPageBreak/>
              <w:t xml:space="preserve">Zentralblatt Fur Veterinarmedizin Reihe B-Journal of Veterinary Medicine </w:t>
            </w:r>
            <w:r>
              <w:lastRenderedPageBreak/>
              <w:t>Series B-Infectious Diseases Immunology Food Hygiene Veterinary Public Health</w:t>
            </w:r>
          </w:p>
        </w:tc>
        <w:tc>
          <w:tcPr>
            <w:tcW w:w="1234" w:type="dxa"/>
          </w:tcPr>
          <w:p w14:paraId="67D018E5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lastRenderedPageBreak/>
              <w:t>Vitovec</w:t>
            </w:r>
            <w:proofErr w:type="spellEnd"/>
            <w:r w:rsidRPr="005440C3">
              <w:rPr>
                <w:lang w:val="nb-NO"/>
              </w:rPr>
              <w:t xml:space="preserve">, J.; </w:t>
            </w:r>
            <w:proofErr w:type="spellStart"/>
            <w:r w:rsidRPr="005440C3">
              <w:rPr>
                <w:lang w:val="nb-NO"/>
              </w:rPr>
              <w:t>Kotrla</w:t>
            </w:r>
            <w:proofErr w:type="spellEnd"/>
            <w:r w:rsidRPr="005440C3">
              <w:rPr>
                <w:lang w:val="nb-NO"/>
              </w:rPr>
              <w:t xml:space="preserve">, B.; </w:t>
            </w:r>
            <w:proofErr w:type="spellStart"/>
            <w:r w:rsidRPr="005440C3">
              <w:rPr>
                <w:lang w:val="nb-NO"/>
              </w:rPr>
              <w:t>Haji</w:t>
            </w:r>
            <w:proofErr w:type="spellEnd"/>
            <w:r w:rsidRPr="005440C3">
              <w:rPr>
                <w:lang w:val="nb-NO"/>
              </w:rPr>
              <w:t>, H.; Hayles, L. B.</w:t>
            </w:r>
          </w:p>
        </w:tc>
        <w:tc>
          <w:tcPr>
            <w:tcW w:w="1234" w:type="dxa"/>
          </w:tcPr>
          <w:p w14:paraId="355803ED" w14:textId="77777777" w:rsidR="004B4EAF" w:rsidRDefault="00000000">
            <w:r>
              <w:t>Veterinary Sciences</w:t>
            </w:r>
          </w:p>
        </w:tc>
        <w:tc>
          <w:tcPr>
            <w:tcW w:w="1234" w:type="dxa"/>
          </w:tcPr>
          <w:p w14:paraId="0C9B62CF" w14:textId="77777777" w:rsidR="004B4EAF" w:rsidRDefault="004B4EAF"/>
        </w:tc>
        <w:tc>
          <w:tcPr>
            <w:tcW w:w="1234" w:type="dxa"/>
          </w:tcPr>
          <w:p w14:paraId="402A4C28" w14:textId="77777777" w:rsidR="004B4EAF" w:rsidRDefault="00000000">
            <w:r>
              <w:t>&lt;Go to ISI&gt;://WOS:A1984TP19600003</w:t>
            </w:r>
          </w:p>
        </w:tc>
      </w:tr>
      <w:tr w:rsidR="004B4EAF" w14:paraId="085BEDCB" w14:textId="77777777">
        <w:tc>
          <w:tcPr>
            <w:tcW w:w="1234" w:type="dxa"/>
          </w:tcPr>
          <w:p w14:paraId="0C3E3339" w14:textId="77777777" w:rsidR="004B4EAF" w:rsidRDefault="00000000">
            <w:r>
              <w:t>1980</w:t>
            </w:r>
          </w:p>
        </w:tc>
        <w:tc>
          <w:tcPr>
            <w:tcW w:w="1234" w:type="dxa"/>
          </w:tcPr>
          <w:p w14:paraId="493FBF57" w14:textId="77777777" w:rsidR="004B4EAF" w:rsidRDefault="00000000">
            <w:r>
              <w:t>INDIRECT IMMUNOPEROXYDASE TEST IN THE SEROLOGICAL DIAGNOSIS OF URINARY SCHISTOSOMIASIS</w:t>
            </w:r>
          </w:p>
        </w:tc>
        <w:tc>
          <w:tcPr>
            <w:tcW w:w="1234" w:type="dxa"/>
          </w:tcPr>
          <w:p w14:paraId="2D9C37D6" w14:textId="77777777" w:rsidR="004B4EAF" w:rsidRDefault="00000000">
            <w:r>
              <w:t>Tropical and Geographical Medicine</w:t>
            </w:r>
          </w:p>
        </w:tc>
        <w:tc>
          <w:tcPr>
            <w:tcW w:w="1234" w:type="dxa"/>
          </w:tcPr>
          <w:p w14:paraId="5D16CE4E" w14:textId="77777777" w:rsidR="004B4EAF" w:rsidRDefault="00000000">
            <w:r>
              <w:t>Vullo, V.; Ferone, U.; Aceti, A.; Petracca, C.; Nuti, M.; Delia, M.</w:t>
            </w:r>
          </w:p>
        </w:tc>
        <w:tc>
          <w:tcPr>
            <w:tcW w:w="1234" w:type="dxa"/>
          </w:tcPr>
          <w:p w14:paraId="4EF55DB4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3618944A" w14:textId="77777777" w:rsidR="004B4EAF" w:rsidRDefault="004B4EAF"/>
        </w:tc>
        <w:tc>
          <w:tcPr>
            <w:tcW w:w="1234" w:type="dxa"/>
          </w:tcPr>
          <w:p w14:paraId="67FDA2D0" w14:textId="77777777" w:rsidR="004B4EAF" w:rsidRDefault="00000000">
            <w:r>
              <w:t>&lt;Go to ISI&gt;://WOS:A1980JX78700004</w:t>
            </w:r>
          </w:p>
        </w:tc>
      </w:tr>
      <w:tr w:rsidR="004B4EAF" w14:paraId="1DCC8563" w14:textId="77777777">
        <w:tc>
          <w:tcPr>
            <w:tcW w:w="1234" w:type="dxa"/>
          </w:tcPr>
          <w:p w14:paraId="49BE2B42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1F8E6AC1" w14:textId="77777777" w:rsidR="004B4EAF" w:rsidRDefault="00000000">
            <w:r>
              <w:t>Excess mortality during the COVID-19 pandemic: a geospatial and statistical analysis in Mogadishu, Somalia</w:t>
            </w:r>
          </w:p>
        </w:tc>
        <w:tc>
          <w:tcPr>
            <w:tcW w:w="1234" w:type="dxa"/>
          </w:tcPr>
          <w:p w14:paraId="35A2378B" w14:textId="77777777" w:rsidR="004B4EAF" w:rsidRDefault="00000000">
            <w:r>
              <w:t>International Journal of Infectious Diseases</w:t>
            </w:r>
          </w:p>
        </w:tc>
        <w:tc>
          <w:tcPr>
            <w:tcW w:w="1234" w:type="dxa"/>
          </w:tcPr>
          <w:p w14:paraId="2B39A9A3" w14:textId="77777777" w:rsidR="004B4EAF" w:rsidRDefault="00000000">
            <w:r>
              <w:t>Warsame, A.; Bashiir, F.; Freemantle, T.; Williams, C.; Vazquez, Y.; Reeve, C.; Aweis, A.; Ahmed, M.; Checchi, F.; Dalmar, A.</w:t>
            </w:r>
          </w:p>
        </w:tc>
        <w:tc>
          <w:tcPr>
            <w:tcW w:w="1234" w:type="dxa"/>
          </w:tcPr>
          <w:p w14:paraId="5E2D9965" w14:textId="77777777" w:rsidR="004B4EAF" w:rsidRDefault="00000000">
            <w:r>
              <w:t>mortality</w:t>
            </w:r>
          </w:p>
        </w:tc>
        <w:tc>
          <w:tcPr>
            <w:tcW w:w="1234" w:type="dxa"/>
          </w:tcPr>
          <w:p w14:paraId="1662A6F6" w14:textId="77777777" w:rsidR="004B4EAF" w:rsidRDefault="00000000">
            <w:r>
              <w:t>10.1016/j.ijid.2021.09.049</w:t>
            </w:r>
          </w:p>
        </w:tc>
        <w:tc>
          <w:tcPr>
            <w:tcW w:w="1234" w:type="dxa"/>
          </w:tcPr>
          <w:p w14:paraId="61ABFB17" w14:textId="77777777" w:rsidR="004B4EAF" w:rsidRDefault="00000000">
            <w:r>
              <w:t>&lt;Go to ISI&gt;://WOS:000718302600030</w:t>
            </w:r>
          </w:p>
        </w:tc>
      </w:tr>
      <w:tr w:rsidR="004B4EAF" w14:paraId="07529A4E" w14:textId="77777777">
        <w:tc>
          <w:tcPr>
            <w:tcW w:w="1234" w:type="dxa"/>
          </w:tcPr>
          <w:p w14:paraId="4A25ED3F" w14:textId="77777777" w:rsidR="004B4EAF" w:rsidRDefault="00000000">
            <w:r>
              <w:t>1988</w:t>
            </w:r>
          </w:p>
        </w:tc>
        <w:tc>
          <w:tcPr>
            <w:tcW w:w="1234" w:type="dxa"/>
          </w:tcPr>
          <w:p w14:paraId="2C0B7243" w14:textId="77777777" w:rsidR="004B4EAF" w:rsidRDefault="00000000">
            <w:r>
              <w:t>SUSCEPTIBILITY OF PLASMODIUM-FALCIPARUM TO CHLOROQUINE AND MEFLOQUINE IN SOMALIA</w:t>
            </w:r>
          </w:p>
        </w:tc>
        <w:tc>
          <w:tcPr>
            <w:tcW w:w="1234" w:type="dxa"/>
          </w:tcPr>
          <w:p w14:paraId="4E2B4F27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6E886AB3" w14:textId="77777777" w:rsidR="004B4EAF" w:rsidRDefault="00000000">
            <w:r>
              <w:t>Warsame, M.; Lebbad, M.; Ali, S.; Wernsdorfer, W. H.; Bjorkman, A.</w:t>
            </w:r>
          </w:p>
        </w:tc>
        <w:tc>
          <w:tcPr>
            <w:tcW w:w="1234" w:type="dxa"/>
          </w:tcPr>
          <w:p w14:paraId="02724593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74E3C522" w14:textId="77777777" w:rsidR="004B4EAF" w:rsidRDefault="00000000">
            <w:r>
              <w:t>10.1016/0035-9203(88)90409-9</w:t>
            </w:r>
          </w:p>
        </w:tc>
        <w:tc>
          <w:tcPr>
            <w:tcW w:w="1234" w:type="dxa"/>
          </w:tcPr>
          <w:p w14:paraId="610E940D" w14:textId="77777777" w:rsidR="004B4EAF" w:rsidRDefault="00000000">
            <w:r>
              <w:t>&lt;Go to ISI&gt;://WOS:A1988N315400007</w:t>
            </w:r>
          </w:p>
        </w:tc>
      </w:tr>
      <w:tr w:rsidR="004B4EAF" w14:paraId="442DE0B4" w14:textId="77777777">
        <w:tc>
          <w:tcPr>
            <w:tcW w:w="1234" w:type="dxa"/>
          </w:tcPr>
          <w:p w14:paraId="06F6652D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359423B9" w14:textId="77777777" w:rsidR="004B4EAF" w:rsidRDefault="00000000">
            <w:r>
              <w:t xml:space="preserve">THE SEROREACTIVITY AGAINST PF155 </w:t>
            </w:r>
            <w:r>
              <w:lastRenderedPageBreak/>
              <w:t>(RESA) ANTIGEN IN VILLAGERS FROM A MESOENDEMIC AREA IN SOMALIA</w:t>
            </w:r>
          </w:p>
        </w:tc>
        <w:tc>
          <w:tcPr>
            <w:tcW w:w="1234" w:type="dxa"/>
          </w:tcPr>
          <w:p w14:paraId="0F2B48C7" w14:textId="77777777" w:rsidR="004B4EAF" w:rsidRDefault="00000000">
            <w:r>
              <w:lastRenderedPageBreak/>
              <w:t>Tropical Medicine and Parasitology</w:t>
            </w:r>
          </w:p>
        </w:tc>
        <w:tc>
          <w:tcPr>
            <w:tcW w:w="1234" w:type="dxa"/>
          </w:tcPr>
          <w:p w14:paraId="0A93A23C" w14:textId="77777777" w:rsidR="004B4EAF" w:rsidRDefault="00000000">
            <w:r>
              <w:t xml:space="preserve">Warsame, M.; Perlmann, H.; Ali, S.; Hagi, H.; </w:t>
            </w:r>
            <w:r>
              <w:lastRenderedPageBreak/>
              <w:t>Farah, S.; Lebbad, M.; Bjorkman, A.</w:t>
            </w:r>
          </w:p>
        </w:tc>
        <w:tc>
          <w:tcPr>
            <w:tcW w:w="1234" w:type="dxa"/>
          </w:tcPr>
          <w:p w14:paraId="5CC38427" w14:textId="77777777" w:rsidR="004B4EAF" w:rsidRDefault="00000000">
            <w:r>
              <w:lastRenderedPageBreak/>
              <w:t>Parasitology</w:t>
            </w:r>
          </w:p>
        </w:tc>
        <w:tc>
          <w:tcPr>
            <w:tcW w:w="1234" w:type="dxa"/>
          </w:tcPr>
          <w:p w14:paraId="53B1BA63" w14:textId="77777777" w:rsidR="004B4EAF" w:rsidRDefault="004B4EAF"/>
        </w:tc>
        <w:tc>
          <w:tcPr>
            <w:tcW w:w="1234" w:type="dxa"/>
          </w:tcPr>
          <w:p w14:paraId="64484938" w14:textId="77777777" w:rsidR="004B4EAF" w:rsidRDefault="00000000">
            <w:r>
              <w:t>&lt;Go to ISI&gt;://WOS:A1989CF14100006</w:t>
            </w:r>
          </w:p>
        </w:tc>
      </w:tr>
      <w:tr w:rsidR="004B4EAF" w14:paraId="76D2D953" w14:textId="77777777">
        <w:tc>
          <w:tcPr>
            <w:tcW w:w="1234" w:type="dxa"/>
          </w:tcPr>
          <w:p w14:paraId="2F1240CB" w14:textId="77777777" w:rsidR="004B4EAF" w:rsidRDefault="00000000">
            <w:r>
              <w:t>1992</w:t>
            </w:r>
          </w:p>
        </w:tc>
        <w:tc>
          <w:tcPr>
            <w:tcW w:w="1234" w:type="dxa"/>
          </w:tcPr>
          <w:p w14:paraId="6A4C78B2" w14:textId="77777777" w:rsidR="004B4EAF" w:rsidRDefault="00000000">
            <w:r>
              <w:t>LACK OF EFFECT OF DESIPRAMINE ON THE RESPONSE TO CHLOROQUINE OF PATIENTS WITH CHLOROQUINE-RESISTANT FALCIPARUM-MALARIA</w:t>
            </w:r>
          </w:p>
        </w:tc>
        <w:tc>
          <w:tcPr>
            <w:tcW w:w="1234" w:type="dxa"/>
          </w:tcPr>
          <w:p w14:paraId="12BF3369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4C240874" w14:textId="77777777" w:rsidR="004B4EAF" w:rsidRDefault="00000000">
            <w:r>
              <w:t>Warsame, M.; Wernsdorfer, W. H.; Bjorkman, A.</w:t>
            </w:r>
          </w:p>
        </w:tc>
        <w:tc>
          <w:tcPr>
            <w:tcW w:w="1234" w:type="dxa"/>
          </w:tcPr>
          <w:p w14:paraId="1D6524A8" w14:textId="77777777" w:rsidR="004B4EAF" w:rsidRDefault="00000000">
            <w:r>
              <w:t>plasmodium-falciparum</w:t>
            </w:r>
          </w:p>
        </w:tc>
        <w:tc>
          <w:tcPr>
            <w:tcW w:w="1234" w:type="dxa"/>
          </w:tcPr>
          <w:p w14:paraId="4C3C04B1" w14:textId="77777777" w:rsidR="004B4EAF" w:rsidRDefault="00000000">
            <w:r>
              <w:t>10.1016/0035-9203(92)90288-n</w:t>
            </w:r>
          </w:p>
        </w:tc>
        <w:tc>
          <w:tcPr>
            <w:tcW w:w="1234" w:type="dxa"/>
          </w:tcPr>
          <w:p w14:paraId="358CD4F7" w14:textId="77777777" w:rsidR="004B4EAF" w:rsidRDefault="00000000">
            <w:r>
              <w:t>&lt;Go to ISI&gt;://WOS:A1992JD30400007</w:t>
            </w:r>
          </w:p>
        </w:tc>
      </w:tr>
      <w:tr w:rsidR="004B4EAF" w14:paraId="38D5137C" w14:textId="77777777">
        <w:tc>
          <w:tcPr>
            <w:tcW w:w="1234" w:type="dxa"/>
          </w:tcPr>
          <w:p w14:paraId="11E83DF1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159CF289" w14:textId="77777777" w:rsidR="004B4EAF" w:rsidRDefault="00000000">
            <w:r>
              <w:t>ISOLATED MALARIA OUTBREAK IN SOMALIA - ROLE OF CHLOROQUINE-RESISTANT PLASMODIUM-FALCIPARUM DEMONSTRATED IN BALCAD EPIDEMIC</w:t>
            </w:r>
          </w:p>
        </w:tc>
        <w:tc>
          <w:tcPr>
            <w:tcW w:w="1234" w:type="dxa"/>
          </w:tcPr>
          <w:p w14:paraId="41113D26" w14:textId="77777777" w:rsidR="004B4EAF" w:rsidRDefault="00000000">
            <w:r>
              <w:t>Journal of Tropical Medicine and Hygiene</w:t>
            </w:r>
          </w:p>
        </w:tc>
        <w:tc>
          <w:tcPr>
            <w:tcW w:w="1234" w:type="dxa"/>
          </w:tcPr>
          <w:p w14:paraId="4D63AA4E" w14:textId="77777777" w:rsidR="004B4EAF" w:rsidRDefault="00000000">
            <w:r>
              <w:t>Warsame, M.; Wernsdorfer, W. H.; Ericsson, O.; Bjorkman, A.</w:t>
            </w:r>
          </w:p>
        </w:tc>
        <w:tc>
          <w:tcPr>
            <w:tcW w:w="1234" w:type="dxa"/>
          </w:tcPr>
          <w:p w14:paraId="03894177" w14:textId="77777777" w:rsidR="004B4EAF" w:rsidRDefault="00000000">
            <w:r>
              <w:t>Public, Environmental &amp; Occupational Health</w:t>
            </w:r>
          </w:p>
        </w:tc>
        <w:tc>
          <w:tcPr>
            <w:tcW w:w="1234" w:type="dxa"/>
          </w:tcPr>
          <w:p w14:paraId="43A11E83" w14:textId="77777777" w:rsidR="004B4EAF" w:rsidRDefault="004B4EAF"/>
        </w:tc>
        <w:tc>
          <w:tcPr>
            <w:tcW w:w="1234" w:type="dxa"/>
          </w:tcPr>
          <w:p w14:paraId="171C6ED8" w14:textId="77777777" w:rsidR="004B4EAF" w:rsidRDefault="00000000">
            <w:r>
              <w:t>&lt;Go to ISI&gt;://WOS:A1990DV66900007</w:t>
            </w:r>
          </w:p>
        </w:tc>
      </w:tr>
      <w:tr w:rsidR="004B4EAF" w14:paraId="23BD307D" w14:textId="77777777">
        <w:tc>
          <w:tcPr>
            <w:tcW w:w="1234" w:type="dxa"/>
          </w:tcPr>
          <w:p w14:paraId="61594CAB" w14:textId="77777777" w:rsidR="004B4EAF" w:rsidRDefault="00000000">
            <w:r>
              <w:t>1991</w:t>
            </w:r>
          </w:p>
        </w:tc>
        <w:tc>
          <w:tcPr>
            <w:tcW w:w="1234" w:type="dxa"/>
          </w:tcPr>
          <w:p w14:paraId="39DF270B" w14:textId="77777777" w:rsidR="004B4EAF" w:rsidRDefault="00000000">
            <w:r>
              <w:t xml:space="preserve">POSITIVE RELATIONSHIP BETWEEN THE RESPONSE OF PLASMODIUM-FALCIPARUM TO CHLOROQUINE </w:t>
            </w:r>
            <w:r>
              <w:lastRenderedPageBreak/>
              <w:t>AND PYRONARIDINE</w:t>
            </w:r>
          </w:p>
        </w:tc>
        <w:tc>
          <w:tcPr>
            <w:tcW w:w="1234" w:type="dxa"/>
          </w:tcPr>
          <w:p w14:paraId="40E9B28E" w14:textId="77777777" w:rsidR="004B4EAF" w:rsidRDefault="00000000">
            <w:r>
              <w:lastRenderedPageBreak/>
              <w:t>Transactions of the Royal Society of Tropical Medicine and Hygiene</w:t>
            </w:r>
          </w:p>
        </w:tc>
        <w:tc>
          <w:tcPr>
            <w:tcW w:w="1234" w:type="dxa"/>
          </w:tcPr>
          <w:p w14:paraId="6073B818" w14:textId="77777777" w:rsidR="004B4EAF" w:rsidRDefault="00000000">
            <w:r>
              <w:t>Warsame, M.; Wernsdorfer, W. H.; Payne, D.; Bjorkman, A.</w:t>
            </w:r>
          </w:p>
        </w:tc>
        <w:tc>
          <w:tcPr>
            <w:tcW w:w="1234" w:type="dxa"/>
          </w:tcPr>
          <w:p w14:paraId="526A47A3" w14:textId="77777777" w:rsidR="004B4EAF" w:rsidRDefault="00000000">
            <w:r>
              <w:t>invitro activity</w:t>
            </w:r>
          </w:p>
        </w:tc>
        <w:tc>
          <w:tcPr>
            <w:tcW w:w="1234" w:type="dxa"/>
          </w:tcPr>
          <w:p w14:paraId="524B06AA" w14:textId="77777777" w:rsidR="004B4EAF" w:rsidRDefault="00000000">
            <w:r>
              <w:t>10.1016/0035-9203(91)90345-y</w:t>
            </w:r>
          </w:p>
        </w:tc>
        <w:tc>
          <w:tcPr>
            <w:tcW w:w="1234" w:type="dxa"/>
          </w:tcPr>
          <w:p w14:paraId="234B886B" w14:textId="77777777" w:rsidR="004B4EAF" w:rsidRDefault="00000000">
            <w:r>
              <w:t>&lt;Go to ISI&gt;://WOS:A1991GM44600003</w:t>
            </w:r>
          </w:p>
        </w:tc>
      </w:tr>
      <w:tr w:rsidR="004B4EAF" w14:paraId="53670384" w14:textId="77777777">
        <w:tc>
          <w:tcPr>
            <w:tcW w:w="1234" w:type="dxa"/>
          </w:tcPr>
          <w:p w14:paraId="2BF9E70E" w14:textId="77777777" w:rsidR="004B4EAF" w:rsidRDefault="00000000">
            <w:r>
              <w:t>1991</w:t>
            </w:r>
          </w:p>
        </w:tc>
        <w:tc>
          <w:tcPr>
            <w:tcW w:w="1234" w:type="dxa"/>
          </w:tcPr>
          <w:p w14:paraId="2D21CE0B" w14:textId="77777777" w:rsidR="004B4EAF" w:rsidRDefault="00000000">
            <w:r>
              <w:t>SUSCEPTIBILITY OF PLASMODIUM-FALCIPARUM INVITRO TO CHLOROQUINE, MEFLOQUINE, QUININE AND SULFADOXINE PYRIMETHAMINE IN SOMALIA - RELATIONSHIPS BETWEEN THE RESPONSES TO THE DIFFERENT DRUGS</w:t>
            </w:r>
          </w:p>
        </w:tc>
        <w:tc>
          <w:tcPr>
            <w:tcW w:w="1234" w:type="dxa"/>
          </w:tcPr>
          <w:p w14:paraId="04EA3A31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28C71423" w14:textId="77777777" w:rsidR="004B4EAF" w:rsidRDefault="00000000">
            <w:r>
              <w:t>Warsame, M.; Wernsdorfer, W. H.; Payne, D.; Bjorkman, A.</w:t>
            </w:r>
          </w:p>
        </w:tc>
        <w:tc>
          <w:tcPr>
            <w:tcW w:w="1234" w:type="dxa"/>
          </w:tcPr>
          <w:p w14:paraId="785C4E3D" w14:textId="77777777" w:rsidR="004B4EAF" w:rsidRDefault="00000000">
            <w:r>
              <w:t>sensitivity</w:t>
            </w:r>
          </w:p>
        </w:tc>
        <w:tc>
          <w:tcPr>
            <w:tcW w:w="1234" w:type="dxa"/>
          </w:tcPr>
          <w:p w14:paraId="08327DF6" w14:textId="77777777" w:rsidR="004B4EAF" w:rsidRDefault="00000000">
            <w:r>
              <w:t>10.1016/0035-9203(91)90343-w</w:t>
            </w:r>
          </w:p>
        </w:tc>
        <w:tc>
          <w:tcPr>
            <w:tcW w:w="1234" w:type="dxa"/>
          </w:tcPr>
          <w:p w14:paraId="14170D54" w14:textId="77777777" w:rsidR="004B4EAF" w:rsidRDefault="00000000">
            <w:r>
              <w:t>&lt;Go to ISI&gt;://WOS:A1991GM44600002</w:t>
            </w:r>
          </w:p>
        </w:tc>
      </w:tr>
      <w:tr w:rsidR="004B4EAF" w14:paraId="43323EC0" w14:textId="77777777">
        <w:tc>
          <w:tcPr>
            <w:tcW w:w="1234" w:type="dxa"/>
          </w:tcPr>
          <w:p w14:paraId="31FEBB0B" w14:textId="77777777" w:rsidR="004B4EAF" w:rsidRDefault="00000000">
            <w:r>
              <w:t>1991</w:t>
            </w:r>
          </w:p>
        </w:tc>
        <w:tc>
          <w:tcPr>
            <w:tcW w:w="1234" w:type="dxa"/>
          </w:tcPr>
          <w:p w14:paraId="145A518B" w14:textId="77777777" w:rsidR="004B4EAF" w:rsidRDefault="00000000">
            <w:r>
              <w:t>THE CHANGING PATTERN OF PLASMODIUM-FALCIPARUM SUSCEPTIBILITY TO CHLOROQUINE BUT NOT TO MEFLOQUINE IN A MESOENDEMIC AREA OF SOMALIA</w:t>
            </w:r>
          </w:p>
        </w:tc>
        <w:tc>
          <w:tcPr>
            <w:tcW w:w="1234" w:type="dxa"/>
          </w:tcPr>
          <w:p w14:paraId="67F6EBFA" w14:textId="77777777" w:rsidR="004B4EAF" w:rsidRDefault="00000000">
            <w:r>
              <w:t>Transactions of the Royal Society of Tropical Medicine and Hygiene</w:t>
            </w:r>
          </w:p>
        </w:tc>
        <w:tc>
          <w:tcPr>
            <w:tcW w:w="1234" w:type="dxa"/>
          </w:tcPr>
          <w:p w14:paraId="06C7D5A7" w14:textId="77777777" w:rsidR="004B4EAF" w:rsidRDefault="00000000">
            <w:r>
              <w:t>Warsame, M.; Wernsdorfer, W. H.; Willcox, M.; Kulane, A. A.; Bjorkman, A.</w:t>
            </w:r>
          </w:p>
        </w:tc>
        <w:tc>
          <w:tcPr>
            <w:tcW w:w="1234" w:type="dxa"/>
          </w:tcPr>
          <w:p w14:paraId="3B5C1680" w14:textId="77777777" w:rsidR="004B4EAF" w:rsidRDefault="00000000">
            <w:r>
              <w:t>resistance</w:t>
            </w:r>
          </w:p>
        </w:tc>
        <w:tc>
          <w:tcPr>
            <w:tcW w:w="1234" w:type="dxa"/>
          </w:tcPr>
          <w:p w14:paraId="56D7F421" w14:textId="77777777" w:rsidR="004B4EAF" w:rsidRDefault="00000000">
            <w:r>
              <w:t>10.1016/0035-9203(91)90018-t</w:t>
            </w:r>
          </w:p>
        </w:tc>
        <w:tc>
          <w:tcPr>
            <w:tcW w:w="1234" w:type="dxa"/>
          </w:tcPr>
          <w:p w14:paraId="35BD88B4" w14:textId="77777777" w:rsidR="004B4EAF" w:rsidRDefault="00000000">
            <w:r>
              <w:t>&lt;Go to ISI&gt;://WOS:A1991FN69100013</w:t>
            </w:r>
          </w:p>
        </w:tc>
      </w:tr>
      <w:tr w:rsidR="004B4EAF" w14:paraId="367646DD" w14:textId="77777777">
        <w:tc>
          <w:tcPr>
            <w:tcW w:w="1234" w:type="dxa"/>
          </w:tcPr>
          <w:p w14:paraId="799E3206" w14:textId="77777777" w:rsidR="004B4EAF" w:rsidRDefault="00000000">
            <w:r>
              <w:t>1979</w:t>
            </w:r>
          </w:p>
        </w:tc>
        <w:tc>
          <w:tcPr>
            <w:tcW w:w="1234" w:type="dxa"/>
          </w:tcPr>
          <w:p w14:paraId="44F20E0F" w14:textId="77777777" w:rsidR="004B4EAF" w:rsidRDefault="00000000">
            <w:r>
              <w:t>BOVINE BRUCELLOSIS IN THE SOUTHERN REGIONS OF THE SOMALI-DEMOCRATIC-</w:t>
            </w:r>
            <w:r>
              <w:lastRenderedPageBreak/>
              <w:t>REPUBLIC</w:t>
            </w:r>
          </w:p>
        </w:tc>
        <w:tc>
          <w:tcPr>
            <w:tcW w:w="1234" w:type="dxa"/>
          </w:tcPr>
          <w:p w14:paraId="15123549" w14:textId="77777777" w:rsidR="004B4EAF" w:rsidRDefault="00000000">
            <w:r>
              <w:lastRenderedPageBreak/>
              <w:t>Tropical Animal Health and Production</w:t>
            </w:r>
          </w:p>
        </w:tc>
        <w:tc>
          <w:tcPr>
            <w:tcW w:w="1234" w:type="dxa"/>
          </w:tcPr>
          <w:p w14:paraId="7692F135" w14:textId="77777777" w:rsidR="004B4EAF" w:rsidRDefault="00000000">
            <w:r>
              <w:t>Wernery, U.; Kerani, A. A.; Viertel, P.</w:t>
            </w:r>
          </w:p>
        </w:tc>
        <w:tc>
          <w:tcPr>
            <w:tcW w:w="1234" w:type="dxa"/>
          </w:tcPr>
          <w:p w14:paraId="7E3C673A" w14:textId="77777777" w:rsidR="004B4EAF" w:rsidRDefault="00000000">
            <w:r>
              <w:t>Agriculture</w:t>
            </w:r>
          </w:p>
        </w:tc>
        <w:tc>
          <w:tcPr>
            <w:tcW w:w="1234" w:type="dxa"/>
          </w:tcPr>
          <w:p w14:paraId="6E510857" w14:textId="77777777" w:rsidR="004B4EAF" w:rsidRDefault="00000000">
            <w:r>
              <w:t>10.1007/bf02237763</w:t>
            </w:r>
          </w:p>
        </w:tc>
        <w:tc>
          <w:tcPr>
            <w:tcW w:w="1234" w:type="dxa"/>
          </w:tcPr>
          <w:p w14:paraId="35B9DD94" w14:textId="77777777" w:rsidR="004B4EAF" w:rsidRDefault="00000000">
            <w:r>
              <w:t>&lt;Go to ISI&gt;://WOS:A1979GM75900007</w:t>
            </w:r>
          </w:p>
        </w:tc>
      </w:tr>
      <w:tr w:rsidR="004B4EAF" w14:paraId="3692CF18" w14:textId="77777777">
        <w:tc>
          <w:tcPr>
            <w:tcW w:w="1234" w:type="dxa"/>
          </w:tcPr>
          <w:p w14:paraId="72896CCA" w14:textId="77777777" w:rsidR="004B4EAF" w:rsidRDefault="00000000">
            <w:r>
              <w:t>2013</w:t>
            </w:r>
          </w:p>
        </w:tc>
        <w:tc>
          <w:tcPr>
            <w:tcW w:w="1234" w:type="dxa"/>
          </w:tcPr>
          <w:p w14:paraId="1D1F7FCA" w14:textId="77777777" w:rsidR="004B4EAF" w:rsidRDefault="00000000">
            <w:r>
              <w:t>Applying the ICMJE authorship criteria to operational research in low-income countries: the need to engage programme managers and policy makers</w:t>
            </w:r>
          </w:p>
        </w:tc>
        <w:tc>
          <w:tcPr>
            <w:tcW w:w="1234" w:type="dxa"/>
          </w:tcPr>
          <w:p w14:paraId="5C762C57" w14:textId="77777777" w:rsidR="004B4EAF" w:rsidRDefault="00000000">
            <w:r>
              <w:t>Tropical Medicine &amp; International Health</w:t>
            </w:r>
          </w:p>
        </w:tc>
        <w:tc>
          <w:tcPr>
            <w:tcW w:w="1234" w:type="dxa"/>
          </w:tcPr>
          <w:p w14:paraId="3C8FFC24" w14:textId="77777777" w:rsidR="004B4EAF" w:rsidRDefault="00000000">
            <w:r>
              <w:t>Zachariah, R.; Reid, T.; Van den Bergh, R.; Dahmane, A.; Kosgei, R. J.; Hinderaker, S. G.; Tayler-Smith, K.; Manzi, M.; Kizito, W.; Khogali, M.; Kumar, A. M. V.; Baruani, B.; Bishinga, A.; Kilale, A. M.; Nqobili, M.; Patten, G.; Sobry, A.; Cheti, E.; Nakanwagi, A.; Enarson, D. A.; Edginton, M. E....</w:t>
            </w:r>
          </w:p>
        </w:tc>
        <w:tc>
          <w:tcPr>
            <w:tcW w:w="1234" w:type="dxa"/>
          </w:tcPr>
          <w:p w14:paraId="7AC8D88D" w14:textId="77777777" w:rsidR="004B4EAF" w:rsidRDefault="00000000">
            <w:r>
              <w:t>ICMJE</w:t>
            </w:r>
          </w:p>
        </w:tc>
        <w:tc>
          <w:tcPr>
            <w:tcW w:w="1234" w:type="dxa"/>
          </w:tcPr>
          <w:p w14:paraId="06289382" w14:textId="77777777" w:rsidR="004B4EAF" w:rsidRDefault="00000000">
            <w:r>
              <w:t>10.1111/tmi.12133</w:t>
            </w:r>
          </w:p>
        </w:tc>
        <w:tc>
          <w:tcPr>
            <w:tcW w:w="1234" w:type="dxa"/>
          </w:tcPr>
          <w:p w14:paraId="5DAFA67C" w14:textId="77777777" w:rsidR="004B4EAF" w:rsidRDefault="00000000">
            <w:r>
              <w:t>&lt;Go to ISI&gt;://WOS:000321504000015</w:t>
            </w:r>
          </w:p>
        </w:tc>
      </w:tr>
    </w:tbl>
    <w:p w14:paraId="391FA2B6" w14:textId="77777777" w:rsidR="004B4EAF" w:rsidRDefault="004B4EAF"/>
    <w:p w14:paraId="0DB1F58A" w14:textId="77777777" w:rsidR="004B4EAF" w:rsidRDefault="00000000">
      <w:pPr>
        <w:pStyle w:val="Heading2"/>
      </w:pPr>
      <w:r>
        <w:t>Database: PUBMED NTDS</w:t>
      </w:r>
    </w:p>
    <w:p w14:paraId="7F25654D" w14:textId="77777777" w:rsidR="004B4EAF" w:rsidRDefault="00000000">
      <w:r>
        <w:t>Total records retrieved: 193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1830"/>
        <w:gridCol w:w="1560"/>
        <w:gridCol w:w="1779"/>
        <w:gridCol w:w="3798"/>
        <w:gridCol w:w="2876"/>
        <w:gridCol w:w="519"/>
      </w:tblGrid>
      <w:tr w:rsidR="004B4EAF" w14:paraId="090DB942" w14:textId="77777777">
        <w:tc>
          <w:tcPr>
            <w:tcW w:w="1234" w:type="dxa"/>
          </w:tcPr>
          <w:p w14:paraId="58AC47B0" w14:textId="77777777" w:rsidR="004B4EAF" w:rsidRDefault="00000000">
            <w:r>
              <w:t>Year</w:t>
            </w:r>
          </w:p>
        </w:tc>
        <w:tc>
          <w:tcPr>
            <w:tcW w:w="1234" w:type="dxa"/>
          </w:tcPr>
          <w:p w14:paraId="6447096C" w14:textId="77777777" w:rsidR="004B4EAF" w:rsidRDefault="00000000">
            <w:r>
              <w:t>Title</w:t>
            </w:r>
          </w:p>
        </w:tc>
        <w:tc>
          <w:tcPr>
            <w:tcW w:w="1234" w:type="dxa"/>
          </w:tcPr>
          <w:p w14:paraId="14414FF3" w14:textId="77777777" w:rsidR="004B4EAF" w:rsidRDefault="00000000">
            <w:r>
              <w:t>Journal</w:t>
            </w:r>
          </w:p>
        </w:tc>
        <w:tc>
          <w:tcPr>
            <w:tcW w:w="1234" w:type="dxa"/>
          </w:tcPr>
          <w:p w14:paraId="28A4DD58" w14:textId="77777777" w:rsidR="004B4EAF" w:rsidRDefault="00000000">
            <w:r>
              <w:t>Authors</w:t>
            </w:r>
          </w:p>
        </w:tc>
        <w:tc>
          <w:tcPr>
            <w:tcW w:w="1234" w:type="dxa"/>
          </w:tcPr>
          <w:p w14:paraId="57CC380F" w14:textId="77777777" w:rsidR="004B4EAF" w:rsidRDefault="00000000">
            <w:r>
              <w:t>Keywords</w:t>
            </w:r>
          </w:p>
        </w:tc>
        <w:tc>
          <w:tcPr>
            <w:tcW w:w="1234" w:type="dxa"/>
          </w:tcPr>
          <w:p w14:paraId="508F6F0A" w14:textId="77777777" w:rsidR="004B4EAF" w:rsidRDefault="00000000">
            <w:r>
              <w:t>DOI</w:t>
            </w:r>
          </w:p>
        </w:tc>
        <w:tc>
          <w:tcPr>
            <w:tcW w:w="1234" w:type="dxa"/>
          </w:tcPr>
          <w:p w14:paraId="29A3B970" w14:textId="77777777" w:rsidR="004B4EAF" w:rsidRDefault="00000000">
            <w:r>
              <w:t>URL</w:t>
            </w:r>
          </w:p>
        </w:tc>
      </w:tr>
      <w:tr w:rsidR="004B4EAF" w14:paraId="589A3ECD" w14:textId="77777777">
        <w:tc>
          <w:tcPr>
            <w:tcW w:w="1234" w:type="dxa"/>
          </w:tcPr>
          <w:p w14:paraId="6E88DBF6" w14:textId="77777777" w:rsidR="004B4EAF" w:rsidRDefault="00000000">
            <w:r>
              <w:t>1980</w:t>
            </w:r>
          </w:p>
        </w:tc>
        <w:tc>
          <w:tcPr>
            <w:tcW w:w="1234" w:type="dxa"/>
          </w:tcPr>
          <w:p w14:paraId="136B550C" w14:textId="77777777" w:rsidR="004B4EAF" w:rsidRDefault="00000000">
            <w:r>
              <w:t>Schistosomiasis investigation in Somalia</w:t>
            </w:r>
          </w:p>
        </w:tc>
        <w:tc>
          <w:tcPr>
            <w:tcW w:w="1234" w:type="dxa"/>
          </w:tcPr>
          <w:p w14:paraId="17AA5766" w14:textId="77777777" w:rsidR="004B4EAF" w:rsidRDefault="00000000">
            <w:r>
              <w:t>Chin Med J (Engl)</w:t>
            </w:r>
          </w:p>
        </w:tc>
        <w:tc>
          <w:tcPr>
            <w:tcW w:w="1234" w:type="dxa"/>
          </w:tcPr>
          <w:p w14:paraId="7CE793B5" w14:textId="77777777" w:rsidR="004B4EAF" w:rsidRDefault="004B4EAF"/>
        </w:tc>
        <w:tc>
          <w:tcPr>
            <w:tcW w:w="1234" w:type="dxa"/>
          </w:tcPr>
          <w:p w14:paraId="5B1A74AC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20FAD64F" w14:textId="77777777" w:rsidR="004B4EAF" w:rsidRDefault="004B4EAF"/>
        </w:tc>
        <w:tc>
          <w:tcPr>
            <w:tcW w:w="1234" w:type="dxa"/>
          </w:tcPr>
          <w:p w14:paraId="51FC56C9" w14:textId="77777777" w:rsidR="004B4EAF" w:rsidRDefault="004B4EAF"/>
        </w:tc>
      </w:tr>
      <w:tr w:rsidR="004B4EAF" w14:paraId="15905B8F" w14:textId="77777777">
        <w:tc>
          <w:tcPr>
            <w:tcW w:w="1234" w:type="dxa"/>
          </w:tcPr>
          <w:p w14:paraId="306819E3" w14:textId="77777777" w:rsidR="004B4EAF" w:rsidRDefault="00000000">
            <w:r>
              <w:t>201</w:t>
            </w:r>
            <w:r>
              <w:lastRenderedPageBreak/>
              <w:t>6</w:t>
            </w:r>
          </w:p>
        </w:tc>
        <w:tc>
          <w:tcPr>
            <w:tcW w:w="1234" w:type="dxa"/>
          </w:tcPr>
          <w:p w14:paraId="24B5E405" w14:textId="77777777" w:rsidR="004B4EAF" w:rsidRDefault="00000000">
            <w:r>
              <w:lastRenderedPageBreak/>
              <w:t xml:space="preserve">Global, regional, </w:t>
            </w:r>
            <w:r>
              <w:lastRenderedPageBreak/>
              <w:t>and national incidence, prevalence, and years lived with disability for 310 diseases and injuries, 1990-2015: a systematic analysis for the Global Burden of Disease Study 2015</w:t>
            </w:r>
          </w:p>
        </w:tc>
        <w:tc>
          <w:tcPr>
            <w:tcW w:w="1234" w:type="dxa"/>
          </w:tcPr>
          <w:p w14:paraId="70F96363" w14:textId="77777777" w:rsidR="004B4EAF" w:rsidRDefault="00000000">
            <w:r>
              <w:lastRenderedPageBreak/>
              <w:t>Lancet</w:t>
            </w:r>
          </w:p>
        </w:tc>
        <w:tc>
          <w:tcPr>
            <w:tcW w:w="1234" w:type="dxa"/>
          </w:tcPr>
          <w:p w14:paraId="2A66C96C" w14:textId="77777777" w:rsidR="004B4EAF" w:rsidRDefault="004B4EAF"/>
        </w:tc>
        <w:tc>
          <w:tcPr>
            <w:tcW w:w="1234" w:type="dxa"/>
          </w:tcPr>
          <w:p w14:paraId="444A02D6" w14:textId="77777777" w:rsidR="004B4EAF" w:rsidRDefault="00000000">
            <w:r>
              <w:t>*Bayes Theorem</w:t>
            </w:r>
          </w:p>
        </w:tc>
        <w:tc>
          <w:tcPr>
            <w:tcW w:w="1234" w:type="dxa"/>
          </w:tcPr>
          <w:p w14:paraId="665B93F9" w14:textId="77777777" w:rsidR="004B4EAF" w:rsidRDefault="00000000">
            <w:r>
              <w:t>10.1016/s0140-</w:t>
            </w:r>
            <w:r>
              <w:lastRenderedPageBreak/>
              <w:t>6736(16)31678-6</w:t>
            </w:r>
          </w:p>
        </w:tc>
        <w:tc>
          <w:tcPr>
            <w:tcW w:w="1234" w:type="dxa"/>
          </w:tcPr>
          <w:p w14:paraId="62489531" w14:textId="77777777" w:rsidR="004B4EAF" w:rsidRDefault="004B4EAF"/>
        </w:tc>
      </w:tr>
      <w:tr w:rsidR="004B4EAF" w14:paraId="345CC6E0" w14:textId="77777777">
        <w:tc>
          <w:tcPr>
            <w:tcW w:w="1234" w:type="dxa"/>
          </w:tcPr>
          <w:p w14:paraId="5E153FDC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703FBCA0" w14:textId="77777777" w:rsidR="004B4EAF" w:rsidRDefault="00000000">
            <w:r>
              <w:t>Control of visceral leishmaniasis in Somalia: achievements in a challenging scenario, 2013–2015</w:t>
            </w:r>
          </w:p>
        </w:tc>
        <w:tc>
          <w:tcPr>
            <w:tcW w:w="1234" w:type="dxa"/>
          </w:tcPr>
          <w:p w14:paraId="583440EE" w14:textId="77777777" w:rsidR="004B4EAF" w:rsidRDefault="00000000">
            <w:r>
              <w:t>Wkly Epidemiol Rec</w:t>
            </w:r>
          </w:p>
        </w:tc>
        <w:tc>
          <w:tcPr>
            <w:tcW w:w="1234" w:type="dxa"/>
          </w:tcPr>
          <w:p w14:paraId="67ABDF92" w14:textId="77777777" w:rsidR="004B4EAF" w:rsidRDefault="004B4EAF"/>
        </w:tc>
        <w:tc>
          <w:tcPr>
            <w:tcW w:w="1234" w:type="dxa"/>
          </w:tcPr>
          <w:p w14:paraId="47ACE092" w14:textId="77777777" w:rsidR="004B4EAF" w:rsidRDefault="00000000">
            <w:r>
              <w:t>Age Distribution</w:t>
            </w:r>
          </w:p>
        </w:tc>
        <w:tc>
          <w:tcPr>
            <w:tcW w:w="1234" w:type="dxa"/>
          </w:tcPr>
          <w:p w14:paraId="4E301688" w14:textId="77777777" w:rsidR="004B4EAF" w:rsidRDefault="004B4EAF"/>
        </w:tc>
        <w:tc>
          <w:tcPr>
            <w:tcW w:w="1234" w:type="dxa"/>
          </w:tcPr>
          <w:p w14:paraId="25DD42EA" w14:textId="77777777" w:rsidR="004B4EAF" w:rsidRDefault="004B4EAF"/>
        </w:tc>
      </w:tr>
      <w:tr w:rsidR="004B4EAF" w14:paraId="02D7B9C5" w14:textId="77777777">
        <w:tc>
          <w:tcPr>
            <w:tcW w:w="1234" w:type="dxa"/>
          </w:tcPr>
          <w:p w14:paraId="66465E3B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3499FBFD" w14:textId="77777777" w:rsidR="004B4EAF" w:rsidRDefault="00000000">
            <w:r>
              <w:t>Control of visceral leishmaniasis in Somalia: achievements in a challenging scenario, 2013–2015</w:t>
            </w:r>
          </w:p>
        </w:tc>
        <w:tc>
          <w:tcPr>
            <w:tcW w:w="1234" w:type="dxa"/>
          </w:tcPr>
          <w:p w14:paraId="1264EABC" w14:textId="77777777" w:rsidR="004B4EAF" w:rsidRDefault="00000000">
            <w:r>
              <w:t>Wkly Epidemiol Rec</w:t>
            </w:r>
          </w:p>
        </w:tc>
        <w:tc>
          <w:tcPr>
            <w:tcW w:w="1234" w:type="dxa"/>
          </w:tcPr>
          <w:p w14:paraId="448DEF42" w14:textId="77777777" w:rsidR="004B4EAF" w:rsidRDefault="004B4EAF"/>
        </w:tc>
        <w:tc>
          <w:tcPr>
            <w:tcW w:w="1234" w:type="dxa"/>
          </w:tcPr>
          <w:p w14:paraId="1420A353" w14:textId="77777777" w:rsidR="004B4EAF" w:rsidRDefault="004B4EAF"/>
        </w:tc>
        <w:tc>
          <w:tcPr>
            <w:tcW w:w="1234" w:type="dxa"/>
          </w:tcPr>
          <w:p w14:paraId="432673A7" w14:textId="77777777" w:rsidR="004B4EAF" w:rsidRDefault="004B4EAF"/>
        </w:tc>
        <w:tc>
          <w:tcPr>
            <w:tcW w:w="1234" w:type="dxa"/>
          </w:tcPr>
          <w:p w14:paraId="352FB8F7" w14:textId="77777777" w:rsidR="004B4EAF" w:rsidRDefault="004B4EAF"/>
        </w:tc>
      </w:tr>
      <w:tr w:rsidR="004B4EAF" w14:paraId="2D9DA634" w14:textId="77777777">
        <w:tc>
          <w:tcPr>
            <w:tcW w:w="1234" w:type="dxa"/>
          </w:tcPr>
          <w:p w14:paraId="28FE6C78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43941063" w14:textId="77777777" w:rsidR="004B4EAF" w:rsidRDefault="00000000">
            <w:r>
              <w:t>Visceral Leishmaniasis, Northern Somalia, 2013-</w:t>
            </w:r>
            <w:r>
              <w:lastRenderedPageBreak/>
              <w:t>2019</w:t>
            </w:r>
          </w:p>
        </w:tc>
        <w:tc>
          <w:tcPr>
            <w:tcW w:w="1234" w:type="dxa"/>
          </w:tcPr>
          <w:p w14:paraId="224579D0" w14:textId="77777777" w:rsidR="004B4EAF" w:rsidRDefault="00000000">
            <w:r>
              <w:lastRenderedPageBreak/>
              <w:t>Emerg Infect Dis</w:t>
            </w:r>
          </w:p>
        </w:tc>
        <w:tc>
          <w:tcPr>
            <w:tcW w:w="1234" w:type="dxa"/>
          </w:tcPr>
          <w:p w14:paraId="5E5EDDDA" w14:textId="77777777" w:rsidR="004B4EAF" w:rsidRDefault="00000000">
            <w:r>
              <w:t xml:space="preserve">Aalto, M. K.; Sunyoto, T.; Yusuf, M. A. A.; Mohamed, A. A.; </w:t>
            </w:r>
            <w:r>
              <w:lastRenderedPageBreak/>
              <w:t>Van der Auwera, G.; Dujardin, J. C.</w:t>
            </w:r>
          </w:p>
        </w:tc>
        <w:tc>
          <w:tcPr>
            <w:tcW w:w="1234" w:type="dxa"/>
          </w:tcPr>
          <w:p w14:paraId="7871E45C" w14:textId="77777777" w:rsidR="004B4EAF" w:rsidRDefault="00000000">
            <w:r>
              <w:lastRenderedPageBreak/>
              <w:t>Adolescent</w:t>
            </w:r>
          </w:p>
        </w:tc>
        <w:tc>
          <w:tcPr>
            <w:tcW w:w="1234" w:type="dxa"/>
          </w:tcPr>
          <w:p w14:paraId="44529A67" w14:textId="77777777" w:rsidR="004B4EAF" w:rsidRDefault="00000000">
            <w:r>
              <w:t>10.3201/eid2601.181851</w:t>
            </w:r>
          </w:p>
        </w:tc>
        <w:tc>
          <w:tcPr>
            <w:tcW w:w="1234" w:type="dxa"/>
          </w:tcPr>
          <w:p w14:paraId="2FFA3A5C" w14:textId="77777777" w:rsidR="004B4EAF" w:rsidRDefault="004B4EAF"/>
        </w:tc>
      </w:tr>
      <w:tr w:rsidR="004B4EAF" w14:paraId="2F84DE33" w14:textId="77777777">
        <w:tc>
          <w:tcPr>
            <w:tcW w:w="1234" w:type="dxa"/>
          </w:tcPr>
          <w:p w14:paraId="13FDD702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0C2E3176" w14:textId="77777777" w:rsidR="004B4EAF" w:rsidRDefault="00000000">
            <w:r>
              <w:t>Prevalence of refractive error and visual impairment among school-age children of Hargesia, Somaliland, Somalia</w:t>
            </w:r>
          </w:p>
        </w:tc>
        <w:tc>
          <w:tcPr>
            <w:tcW w:w="1234" w:type="dxa"/>
          </w:tcPr>
          <w:p w14:paraId="632C2527" w14:textId="77777777" w:rsidR="004B4EAF" w:rsidRDefault="00000000">
            <w:r>
              <w:t>East Mediterr Health J</w:t>
            </w:r>
          </w:p>
        </w:tc>
        <w:tc>
          <w:tcPr>
            <w:tcW w:w="1234" w:type="dxa"/>
          </w:tcPr>
          <w:p w14:paraId="2F9A263B" w14:textId="77777777" w:rsidR="004B4EAF" w:rsidRDefault="00000000">
            <w:r>
              <w:t>Abdi Ahmed, Z.; Alrasheed, S. H.; Alghamdi, W.</w:t>
            </w:r>
          </w:p>
        </w:tc>
        <w:tc>
          <w:tcPr>
            <w:tcW w:w="1234" w:type="dxa"/>
          </w:tcPr>
          <w:p w14:paraId="47B96FD6" w14:textId="77777777" w:rsidR="004B4EAF" w:rsidRDefault="00000000">
            <w:r>
              <w:t>Child</w:t>
            </w:r>
          </w:p>
        </w:tc>
        <w:tc>
          <w:tcPr>
            <w:tcW w:w="1234" w:type="dxa"/>
          </w:tcPr>
          <w:p w14:paraId="30044CBE" w14:textId="77777777" w:rsidR="004B4EAF" w:rsidRDefault="00000000">
            <w:r>
              <w:t>10.26719/emhj.20.077</w:t>
            </w:r>
          </w:p>
        </w:tc>
        <w:tc>
          <w:tcPr>
            <w:tcW w:w="1234" w:type="dxa"/>
          </w:tcPr>
          <w:p w14:paraId="3000F35C" w14:textId="77777777" w:rsidR="004B4EAF" w:rsidRDefault="004B4EAF"/>
        </w:tc>
      </w:tr>
      <w:tr w:rsidR="004B4EAF" w14:paraId="26AD495D" w14:textId="77777777">
        <w:tc>
          <w:tcPr>
            <w:tcW w:w="1234" w:type="dxa"/>
          </w:tcPr>
          <w:p w14:paraId="174D12D6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02D85A16" w14:textId="77777777" w:rsidR="004B4EAF" w:rsidRDefault="00000000">
            <w:r>
              <w:t>Health for All by the Year 2000: what about the nomads?</w:t>
            </w:r>
          </w:p>
        </w:tc>
        <w:tc>
          <w:tcPr>
            <w:tcW w:w="1234" w:type="dxa"/>
          </w:tcPr>
          <w:p w14:paraId="4104B643" w14:textId="77777777" w:rsidR="004B4EAF" w:rsidRDefault="00000000">
            <w:r>
              <w:t>Dev Pract</w:t>
            </w:r>
          </w:p>
        </w:tc>
        <w:tc>
          <w:tcPr>
            <w:tcW w:w="1234" w:type="dxa"/>
          </w:tcPr>
          <w:p w14:paraId="6CD111FD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Abu Omar, M.; Omar, M. M.</w:t>
            </w:r>
          </w:p>
        </w:tc>
        <w:tc>
          <w:tcPr>
            <w:tcW w:w="1234" w:type="dxa"/>
          </w:tcPr>
          <w:p w14:paraId="2BAC0C19" w14:textId="77777777" w:rsidR="004B4EAF" w:rsidRDefault="00000000">
            <w:r>
              <w:t>*Delivery of Health Care</w:t>
            </w:r>
          </w:p>
        </w:tc>
        <w:tc>
          <w:tcPr>
            <w:tcW w:w="1234" w:type="dxa"/>
          </w:tcPr>
          <w:p w14:paraId="0258F839" w14:textId="77777777" w:rsidR="004B4EAF" w:rsidRDefault="00000000">
            <w:r>
              <w:t>10.1080/09614529953043</w:t>
            </w:r>
          </w:p>
        </w:tc>
        <w:tc>
          <w:tcPr>
            <w:tcW w:w="1234" w:type="dxa"/>
          </w:tcPr>
          <w:p w14:paraId="2A374DB8" w14:textId="77777777" w:rsidR="004B4EAF" w:rsidRDefault="004B4EAF"/>
        </w:tc>
      </w:tr>
      <w:tr w:rsidR="004B4EAF" w14:paraId="245B6F4C" w14:textId="77777777">
        <w:tc>
          <w:tcPr>
            <w:tcW w:w="1234" w:type="dxa"/>
          </w:tcPr>
          <w:p w14:paraId="60E44422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3016B3E7" w14:textId="77777777" w:rsidR="004B4EAF" w:rsidRDefault="00000000">
            <w:r>
              <w:t>Field trial of the efficacy of a simplified and standard metrifonate treatments of Schistosoma haematobium</w:t>
            </w:r>
          </w:p>
        </w:tc>
        <w:tc>
          <w:tcPr>
            <w:tcW w:w="1234" w:type="dxa"/>
          </w:tcPr>
          <w:p w14:paraId="72007FCE" w14:textId="77777777" w:rsidR="004B4EAF" w:rsidRDefault="00000000">
            <w:r>
              <w:t>Eur J Clin Pharmacol</w:t>
            </w:r>
          </w:p>
        </w:tc>
        <w:tc>
          <w:tcPr>
            <w:tcW w:w="1234" w:type="dxa"/>
          </w:tcPr>
          <w:p w14:paraId="1833E857" w14:textId="77777777" w:rsidR="004B4EAF" w:rsidRDefault="00000000">
            <w:r>
              <w:t>Aden Abdi, Y.; Gustafsson, L. L.</w:t>
            </w:r>
          </w:p>
        </w:tc>
        <w:tc>
          <w:tcPr>
            <w:tcW w:w="1234" w:type="dxa"/>
          </w:tcPr>
          <w:p w14:paraId="1A6517AB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3349A83B" w14:textId="77777777" w:rsidR="004B4EAF" w:rsidRDefault="00000000">
            <w:r>
              <w:t>10.1007/bf00558502</w:t>
            </w:r>
          </w:p>
        </w:tc>
        <w:tc>
          <w:tcPr>
            <w:tcW w:w="1234" w:type="dxa"/>
          </w:tcPr>
          <w:p w14:paraId="2BC7A040" w14:textId="77777777" w:rsidR="004B4EAF" w:rsidRDefault="004B4EAF"/>
        </w:tc>
      </w:tr>
      <w:tr w:rsidR="004B4EAF" w14:paraId="5C629524" w14:textId="77777777">
        <w:tc>
          <w:tcPr>
            <w:tcW w:w="1234" w:type="dxa"/>
          </w:tcPr>
          <w:p w14:paraId="62C98B5A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68F3E63E" w14:textId="77777777" w:rsidR="004B4EAF" w:rsidRDefault="00000000">
            <w:r>
              <w:t>Poor patient compliance reduces the efficacy of metrifonate treatment of Schistosoma haematobium in Somalia</w:t>
            </w:r>
          </w:p>
        </w:tc>
        <w:tc>
          <w:tcPr>
            <w:tcW w:w="1234" w:type="dxa"/>
          </w:tcPr>
          <w:p w14:paraId="6FD4BD99" w14:textId="77777777" w:rsidR="004B4EAF" w:rsidRDefault="00000000">
            <w:r>
              <w:t>Eur J Clin Pharmacol</w:t>
            </w:r>
          </w:p>
        </w:tc>
        <w:tc>
          <w:tcPr>
            <w:tcW w:w="1234" w:type="dxa"/>
          </w:tcPr>
          <w:p w14:paraId="4F7A980F" w14:textId="77777777" w:rsidR="004B4EAF" w:rsidRDefault="00000000">
            <w:r>
              <w:t>Aden Abdi, Y.; Gustafsson, L. L.</w:t>
            </w:r>
          </w:p>
        </w:tc>
        <w:tc>
          <w:tcPr>
            <w:tcW w:w="1234" w:type="dxa"/>
          </w:tcPr>
          <w:p w14:paraId="2D284C7F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E0B5DD4" w14:textId="77777777" w:rsidR="004B4EAF" w:rsidRDefault="00000000">
            <w:r>
              <w:t>10.1007/bf00609189</w:t>
            </w:r>
          </w:p>
        </w:tc>
        <w:tc>
          <w:tcPr>
            <w:tcW w:w="1234" w:type="dxa"/>
          </w:tcPr>
          <w:p w14:paraId="151B88FA" w14:textId="77777777" w:rsidR="004B4EAF" w:rsidRDefault="004B4EAF"/>
        </w:tc>
      </w:tr>
      <w:tr w:rsidR="004B4EAF" w14:paraId="61AF0289" w14:textId="77777777">
        <w:tc>
          <w:tcPr>
            <w:tcW w:w="1234" w:type="dxa"/>
          </w:tcPr>
          <w:p w14:paraId="4D007A5E" w14:textId="77777777" w:rsidR="004B4EAF" w:rsidRDefault="00000000">
            <w:r>
              <w:t>198</w:t>
            </w:r>
            <w:r>
              <w:lastRenderedPageBreak/>
              <w:t>7</w:t>
            </w:r>
          </w:p>
        </w:tc>
        <w:tc>
          <w:tcPr>
            <w:tcW w:w="1234" w:type="dxa"/>
          </w:tcPr>
          <w:p w14:paraId="26633E65" w14:textId="77777777" w:rsidR="004B4EAF" w:rsidRDefault="00000000">
            <w:r>
              <w:lastRenderedPageBreak/>
              <w:t xml:space="preserve">A simplified </w:t>
            </w:r>
            <w:r>
              <w:lastRenderedPageBreak/>
              <w:t>dosage schedule of metrifonate in the treatment of Schistosoma haematobium infection in Somalia</w:t>
            </w:r>
          </w:p>
        </w:tc>
        <w:tc>
          <w:tcPr>
            <w:tcW w:w="1234" w:type="dxa"/>
          </w:tcPr>
          <w:p w14:paraId="485D5ECA" w14:textId="77777777" w:rsidR="004B4EAF" w:rsidRDefault="00000000">
            <w:r>
              <w:lastRenderedPageBreak/>
              <w:t xml:space="preserve">Eur J Clin </w:t>
            </w:r>
            <w:r>
              <w:lastRenderedPageBreak/>
              <w:t>Pharmacol</w:t>
            </w:r>
          </w:p>
        </w:tc>
        <w:tc>
          <w:tcPr>
            <w:tcW w:w="1234" w:type="dxa"/>
          </w:tcPr>
          <w:p w14:paraId="410A4AC4" w14:textId="77777777" w:rsidR="004B4EAF" w:rsidRDefault="00000000">
            <w:r>
              <w:lastRenderedPageBreak/>
              <w:t xml:space="preserve">Aden-Abdi, Y.; </w:t>
            </w:r>
            <w:r>
              <w:lastRenderedPageBreak/>
              <w:t>Gustafsson, L. L.; Elmi, S. A.</w:t>
            </w:r>
          </w:p>
        </w:tc>
        <w:tc>
          <w:tcPr>
            <w:tcW w:w="1234" w:type="dxa"/>
          </w:tcPr>
          <w:p w14:paraId="42E323CF" w14:textId="77777777" w:rsidR="004B4EAF" w:rsidRDefault="00000000">
            <w:r>
              <w:lastRenderedPageBreak/>
              <w:t>Colic/chemically induced</w:t>
            </w:r>
          </w:p>
        </w:tc>
        <w:tc>
          <w:tcPr>
            <w:tcW w:w="1234" w:type="dxa"/>
          </w:tcPr>
          <w:p w14:paraId="1EE1978A" w14:textId="77777777" w:rsidR="004B4EAF" w:rsidRDefault="00000000">
            <w:r>
              <w:t>10.1007/bf00637666</w:t>
            </w:r>
          </w:p>
        </w:tc>
        <w:tc>
          <w:tcPr>
            <w:tcW w:w="1234" w:type="dxa"/>
          </w:tcPr>
          <w:p w14:paraId="4F7F4CB8" w14:textId="77777777" w:rsidR="004B4EAF" w:rsidRDefault="004B4EAF"/>
        </w:tc>
      </w:tr>
      <w:tr w:rsidR="004B4EAF" w14:paraId="77FABF6E" w14:textId="77777777">
        <w:tc>
          <w:tcPr>
            <w:tcW w:w="1234" w:type="dxa"/>
          </w:tcPr>
          <w:p w14:paraId="12013DDB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54AEA63E" w14:textId="77777777" w:rsidR="004B4EAF" w:rsidRDefault="00000000">
            <w:r>
              <w:t>Brucellosis in camel, small ruminants, and Somali pastoralists in Eastern Ethiopia: a One Health approach</w:t>
            </w:r>
          </w:p>
        </w:tc>
        <w:tc>
          <w:tcPr>
            <w:tcW w:w="1234" w:type="dxa"/>
          </w:tcPr>
          <w:p w14:paraId="4B2C6E64" w14:textId="77777777" w:rsidR="004B4EAF" w:rsidRDefault="00000000">
            <w:r>
              <w:t>Front Vet Sci</w:t>
            </w:r>
          </w:p>
        </w:tc>
        <w:tc>
          <w:tcPr>
            <w:tcW w:w="1234" w:type="dxa"/>
          </w:tcPr>
          <w:p w14:paraId="0293D251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Ahad</w:t>
            </w:r>
            <w:proofErr w:type="spellEnd"/>
            <w:r w:rsidRPr="005440C3">
              <w:rPr>
                <w:lang w:val="nb-NO"/>
              </w:rPr>
              <w:t xml:space="preserve">, A. A.; </w:t>
            </w:r>
            <w:proofErr w:type="spellStart"/>
            <w:r w:rsidRPr="005440C3">
              <w:rPr>
                <w:lang w:val="nb-NO"/>
              </w:rPr>
              <w:t>Megersa</w:t>
            </w:r>
            <w:proofErr w:type="spellEnd"/>
            <w:r w:rsidRPr="005440C3">
              <w:rPr>
                <w:lang w:val="nb-NO"/>
              </w:rPr>
              <w:t xml:space="preserve">, B.; </w:t>
            </w:r>
            <w:proofErr w:type="spellStart"/>
            <w:r w:rsidRPr="005440C3">
              <w:rPr>
                <w:lang w:val="nb-NO"/>
              </w:rPr>
              <w:t>Edao</w:t>
            </w:r>
            <w:proofErr w:type="spellEnd"/>
            <w:r w:rsidRPr="005440C3">
              <w:rPr>
                <w:lang w:val="nb-NO"/>
              </w:rPr>
              <w:t>, B. M.</w:t>
            </w:r>
          </w:p>
        </w:tc>
        <w:tc>
          <w:tcPr>
            <w:tcW w:w="1234" w:type="dxa"/>
          </w:tcPr>
          <w:p w14:paraId="7BF814AF" w14:textId="77777777" w:rsidR="004B4EAF" w:rsidRDefault="00000000">
            <w:r>
              <w:t>Somali region</w:t>
            </w:r>
          </w:p>
        </w:tc>
        <w:tc>
          <w:tcPr>
            <w:tcW w:w="1234" w:type="dxa"/>
          </w:tcPr>
          <w:p w14:paraId="773E84AB" w14:textId="77777777" w:rsidR="004B4EAF" w:rsidRDefault="00000000">
            <w:r>
              <w:t>10.3389/fvets.2024.1276275</w:t>
            </w:r>
          </w:p>
        </w:tc>
        <w:tc>
          <w:tcPr>
            <w:tcW w:w="1234" w:type="dxa"/>
          </w:tcPr>
          <w:p w14:paraId="34749812" w14:textId="77777777" w:rsidR="004B4EAF" w:rsidRDefault="004B4EAF"/>
        </w:tc>
      </w:tr>
      <w:tr w:rsidR="004B4EAF" w14:paraId="3537DEC6" w14:textId="77777777">
        <w:tc>
          <w:tcPr>
            <w:tcW w:w="1234" w:type="dxa"/>
          </w:tcPr>
          <w:p w14:paraId="698ED772" w14:textId="77777777" w:rsidR="004B4EAF" w:rsidRDefault="00000000">
            <w:r>
              <w:t>2014</w:t>
            </w:r>
          </w:p>
        </w:tc>
        <w:tc>
          <w:tcPr>
            <w:tcW w:w="1234" w:type="dxa"/>
          </w:tcPr>
          <w:p w14:paraId="27EC0D41" w14:textId="77777777" w:rsidR="004B4EAF" w:rsidRDefault="00000000">
            <w:r>
              <w:t>Guinea worm (Dracunculiasis) eradication: update on progress and endgame challenges</w:t>
            </w:r>
          </w:p>
        </w:tc>
        <w:tc>
          <w:tcPr>
            <w:tcW w:w="1234" w:type="dxa"/>
          </w:tcPr>
          <w:p w14:paraId="25C52C1D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183A228A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Al-</w:t>
            </w:r>
            <w:proofErr w:type="spellStart"/>
            <w:r w:rsidRPr="005440C3">
              <w:rPr>
                <w:lang w:val="nb-NO"/>
              </w:rPr>
              <w:t>Awadi</w:t>
            </w:r>
            <w:proofErr w:type="spellEnd"/>
            <w:r w:rsidRPr="005440C3">
              <w:rPr>
                <w:lang w:val="nb-NO"/>
              </w:rPr>
              <w:t>, A. R.; Al-</w:t>
            </w:r>
            <w:proofErr w:type="spellStart"/>
            <w:r w:rsidRPr="005440C3">
              <w:rPr>
                <w:lang w:val="nb-NO"/>
              </w:rPr>
              <w:t>Kuhlani</w:t>
            </w:r>
            <w:proofErr w:type="spellEnd"/>
            <w:r w:rsidRPr="005440C3">
              <w:rPr>
                <w:lang w:val="nb-NO"/>
              </w:rPr>
              <w:t xml:space="preserve">, A.; </w:t>
            </w:r>
            <w:proofErr w:type="spellStart"/>
            <w:r w:rsidRPr="005440C3">
              <w:rPr>
                <w:lang w:val="nb-NO"/>
              </w:rPr>
              <w:t>Breman</w:t>
            </w:r>
            <w:proofErr w:type="spellEnd"/>
            <w:r w:rsidRPr="005440C3">
              <w:rPr>
                <w:lang w:val="nb-NO"/>
              </w:rPr>
              <w:t xml:space="preserve">, J. G.; </w:t>
            </w:r>
            <w:proofErr w:type="spellStart"/>
            <w:r w:rsidRPr="005440C3">
              <w:rPr>
                <w:lang w:val="nb-NO"/>
              </w:rPr>
              <w:t>Doumbo</w:t>
            </w:r>
            <w:proofErr w:type="spellEnd"/>
            <w:r w:rsidRPr="005440C3">
              <w:rPr>
                <w:lang w:val="nb-NO"/>
              </w:rPr>
              <w:t xml:space="preserve">, O.; Eberhard, M. L.; </w:t>
            </w:r>
            <w:proofErr w:type="spellStart"/>
            <w:r w:rsidRPr="005440C3">
              <w:rPr>
                <w:lang w:val="nb-NO"/>
              </w:rPr>
              <w:t>Guiguemde</w:t>
            </w:r>
            <w:proofErr w:type="spellEnd"/>
            <w:r w:rsidRPr="005440C3">
              <w:rPr>
                <w:lang w:val="nb-NO"/>
              </w:rPr>
              <w:t xml:space="preserve">, R. T.; Magnussen, P.; </w:t>
            </w:r>
            <w:proofErr w:type="spellStart"/>
            <w:r w:rsidRPr="005440C3">
              <w:rPr>
                <w:lang w:val="nb-NO"/>
              </w:rPr>
              <w:t>Molyneux</w:t>
            </w:r>
            <w:proofErr w:type="spellEnd"/>
            <w:r w:rsidRPr="005440C3">
              <w:rPr>
                <w:lang w:val="nb-NO"/>
              </w:rPr>
              <w:t xml:space="preserve">, D. H.; </w:t>
            </w:r>
            <w:proofErr w:type="spellStart"/>
            <w:r w:rsidRPr="005440C3">
              <w:rPr>
                <w:lang w:val="nb-NO"/>
              </w:rPr>
              <w:t>Nadim</w:t>
            </w:r>
            <w:proofErr w:type="spellEnd"/>
            <w:r w:rsidRPr="005440C3">
              <w:rPr>
                <w:lang w:val="nb-NO"/>
              </w:rPr>
              <w:t>, A.</w:t>
            </w:r>
          </w:p>
        </w:tc>
        <w:tc>
          <w:tcPr>
            <w:tcW w:w="1234" w:type="dxa"/>
          </w:tcPr>
          <w:p w14:paraId="094BBEFC" w14:textId="77777777" w:rsidR="004B4EAF" w:rsidRDefault="00000000">
            <w:r>
              <w:t>Africa/epidemiology</w:t>
            </w:r>
          </w:p>
        </w:tc>
        <w:tc>
          <w:tcPr>
            <w:tcW w:w="1234" w:type="dxa"/>
          </w:tcPr>
          <w:p w14:paraId="39EA7B86" w14:textId="77777777" w:rsidR="004B4EAF" w:rsidRDefault="00000000">
            <w:r>
              <w:t>10.1093/trstmh/tru039</w:t>
            </w:r>
          </w:p>
        </w:tc>
        <w:tc>
          <w:tcPr>
            <w:tcW w:w="1234" w:type="dxa"/>
          </w:tcPr>
          <w:p w14:paraId="7391A36F" w14:textId="77777777" w:rsidR="004B4EAF" w:rsidRDefault="004B4EAF"/>
        </w:tc>
      </w:tr>
      <w:tr w:rsidR="004B4EAF" w14:paraId="6B4D8E8F" w14:textId="77777777">
        <w:tc>
          <w:tcPr>
            <w:tcW w:w="1234" w:type="dxa"/>
          </w:tcPr>
          <w:p w14:paraId="3B6A18BD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043D716" w14:textId="77777777" w:rsidR="004B4EAF" w:rsidRDefault="00000000">
            <w:r>
              <w:t xml:space="preserve">Public health impact of the spread of Anopheles stephensi in the WHO Eastern Mediterranean Region countries in Horn of Africa </w:t>
            </w:r>
            <w:r>
              <w:lastRenderedPageBreak/>
              <w:t>and Yemen: need for integrated vector surveillance and control</w:t>
            </w:r>
          </w:p>
        </w:tc>
        <w:tc>
          <w:tcPr>
            <w:tcW w:w="1234" w:type="dxa"/>
          </w:tcPr>
          <w:p w14:paraId="759F4B51" w14:textId="77777777" w:rsidR="004B4EAF" w:rsidRDefault="00000000">
            <w:r>
              <w:lastRenderedPageBreak/>
              <w:t>Malar J</w:t>
            </w:r>
          </w:p>
        </w:tc>
        <w:tc>
          <w:tcPr>
            <w:tcW w:w="1234" w:type="dxa"/>
          </w:tcPr>
          <w:p w14:paraId="7B196B04" w14:textId="77777777" w:rsidR="004B4EAF" w:rsidRDefault="00000000">
            <w:r>
              <w:t xml:space="preserve">Al-Eryani, S. M.; Irish, S. R.; Carter, T. E.; Lenhart, A.; Aljasari, A.; Montoya, L. F.; Awash, A. A.; Mohammed, E.; Ali, S.; Esmail, M. </w:t>
            </w:r>
            <w:r>
              <w:lastRenderedPageBreak/>
              <w:t>A.; Hussain, A.; Amran, J. G.; Kayad, S.; Nouredayem, M.; Adam, M. A.; Azkoul, L.; Assada, M.; Baheshm, Y. A.; Eltahir, W.; Hutin, Y. J.</w:t>
            </w:r>
          </w:p>
        </w:tc>
        <w:tc>
          <w:tcPr>
            <w:tcW w:w="1234" w:type="dxa"/>
          </w:tcPr>
          <w:p w14:paraId="192B7DC1" w14:textId="77777777" w:rsidR="004B4EAF" w:rsidRDefault="00000000">
            <w:r>
              <w:lastRenderedPageBreak/>
              <w:t>Animals</w:t>
            </w:r>
          </w:p>
        </w:tc>
        <w:tc>
          <w:tcPr>
            <w:tcW w:w="1234" w:type="dxa"/>
          </w:tcPr>
          <w:p w14:paraId="34840DFC" w14:textId="77777777" w:rsidR="004B4EAF" w:rsidRDefault="00000000">
            <w:r>
              <w:t>10.1186/s12936-023-04545-y</w:t>
            </w:r>
          </w:p>
        </w:tc>
        <w:tc>
          <w:tcPr>
            <w:tcW w:w="1234" w:type="dxa"/>
          </w:tcPr>
          <w:p w14:paraId="49195137" w14:textId="77777777" w:rsidR="004B4EAF" w:rsidRDefault="004B4EAF"/>
        </w:tc>
      </w:tr>
      <w:tr w:rsidR="004B4EAF" w14:paraId="2ED8A64D" w14:textId="77777777">
        <w:tc>
          <w:tcPr>
            <w:tcW w:w="1234" w:type="dxa"/>
          </w:tcPr>
          <w:p w14:paraId="1962ED27" w14:textId="77777777" w:rsidR="004B4EAF" w:rsidRDefault="00000000">
            <w:r>
              <w:t>2014</w:t>
            </w:r>
          </w:p>
        </w:tc>
        <w:tc>
          <w:tcPr>
            <w:tcW w:w="1234" w:type="dxa"/>
          </w:tcPr>
          <w:p w14:paraId="0330A58C" w14:textId="77777777" w:rsidR="004B4EAF" w:rsidRDefault="00000000">
            <w:r>
              <w:t>Cystic hydatidosis in slaughtered goats from various municipal abattoirs in Oman</w:t>
            </w:r>
          </w:p>
        </w:tc>
        <w:tc>
          <w:tcPr>
            <w:tcW w:w="1234" w:type="dxa"/>
          </w:tcPr>
          <w:p w14:paraId="7C4B9E0F" w14:textId="77777777" w:rsidR="004B4EAF" w:rsidRDefault="00000000">
            <w:r>
              <w:t>Trop Anim Health Prod</w:t>
            </w:r>
          </w:p>
        </w:tc>
        <w:tc>
          <w:tcPr>
            <w:tcW w:w="1234" w:type="dxa"/>
          </w:tcPr>
          <w:p w14:paraId="7BFB9A1D" w14:textId="77777777" w:rsidR="004B4EAF" w:rsidRDefault="00000000">
            <w:r>
              <w:t>Al-Kitani, F.; Baqir, S.; Hussain, M. H.; Roberts, D.</w:t>
            </w:r>
          </w:p>
        </w:tc>
        <w:tc>
          <w:tcPr>
            <w:tcW w:w="1234" w:type="dxa"/>
          </w:tcPr>
          <w:p w14:paraId="7E543441" w14:textId="77777777" w:rsidR="004B4EAF" w:rsidRDefault="00000000">
            <w:r>
              <w:t>*Abattoirs</w:t>
            </w:r>
          </w:p>
        </w:tc>
        <w:tc>
          <w:tcPr>
            <w:tcW w:w="1234" w:type="dxa"/>
          </w:tcPr>
          <w:p w14:paraId="7F65AD33" w14:textId="77777777" w:rsidR="004B4EAF" w:rsidRDefault="00000000">
            <w:r>
              <w:t>10.1007/s11250-014-0646-x</w:t>
            </w:r>
          </w:p>
        </w:tc>
        <w:tc>
          <w:tcPr>
            <w:tcW w:w="1234" w:type="dxa"/>
          </w:tcPr>
          <w:p w14:paraId="7AB28D03" w14:textId="77777777" w:rsidR="004B4EAF" w:rsidRDefault="004B4EAF"/>
        </w:tc>
      </w:tr>
      <w:tr w:rsidR="004B4EAF" w14:paraId="5EC944B0" w14:textId="77777777">
        <w:tc>
          <w:tcPr>
            <w:tcW w:w="1234" w:type="dxa"/>
          </w:tcPr>
          <w:p w14:paraId="48709557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221DFB61" w14:textId="77777777" w:rsidR="004B4EAF" w:rsidRDefault="00000000">
            <w:r>
              <w:t>A review of visceral leishmaniasis during the conflict in South Sudan and the consequences for East African countries</w:t>
            </w:r>
          </w:p>
        </w:tc>
        <w:tc>
          <w:tcPr>
            <w:tcW w:w="1234" w:type="dxa"/>
          </w:tcPr>
          <w:p w14:paraId="73418ABB" w14:textId="77777777" w:rsidR="004B4EAF" w:rsidRDefault="00000000">
            <w:r>
              <w:t>Parasit Vectors</w:t>
            </w:r>
          </w:p>
        </w:tc>
        <w:tc>
          <w:tcPr>
            <w:tcW w:w="1234" w:type="dxa"/>
          </w:tcPr>
          <w:p w14:paraId="3474279D" w14:textId="77777777" w:rsidR="004B4EAF" w:rsidRDefault="00000000">
            <w:r>
              <w:t>Al-Salem, W.; Herricks, J. R.; Hotez, P. J.</w:t>
            </w:r>
          </w:p>
        </w:tc>
        <w:tc>
          <w:tcPr>
            <w:tcW w:w="1234" w:type="dxa"/>
          </w:tcPr>
          <w:p w14:paraId="6720794A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63DA021E" w14:textId="77777777" w:rsidR="004B4EAF" w:rsidRDefault="00000000">
            <w:r>
              <w:t>10.1186/s13071-016-1743-7</w:t>
            </w:r>
          </w:p>
        </w:tc>
        <w:tc>
          <w:tcPr>
            <w:tcW w:w="1234" w:type="dxa"/>
          </w:tcPr>
          <w:p w14:paraId="3D902ADD" w14:textId="77777777" w:rsidR="004B4EAF" w:rsidRDefault="004B4EAF"/>
        </w:tc>
      </w:tr>
      <w:tr w:rsidR="004B4EAF" w14:paraId="42344DEF" w14:textId="77777777">
        <w:tc>
          <w:tcPr>
            <w:tcW w:w="1234" w:type="dxa"/>
          </w:tcPr>
          <w:p w14:paraId="6A5CFD0F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0C652296" w14:textId="77777777" w:rsidR="004B4EAF" w:rsidRDefault="00000000">
            <w:r>
              <w:t>Epidemiology of visceral leishmaniasis in Shebelle Zone of Somali Region, eastern Ethiopia</w:t>
            </w:r>
          </w:p>
        </w:tc>
        <w:tc>
          <w:tcPr>
            <w:tcW w:w="1234" w:type="dxa"/>
          </w:tcPr>
          <w:p w14:paraId="1EEC8AD1" w14:textId="77777777" w:rsidR="004B4EAF" w:rsidRDefault="00000000">
            <w:r>
              <w:t>Parasit Vectors</w:t>
            </w:r>
          </w:p>
        </w:tc>
        <w:tc>
          <w:tcPr>
            <w:tcW w:w="1234" w:type="dxa"/>
          </w:tcPr>
          <w:p w14:paraId="739641D9" w14:textId="77777777" w:rsidR="004B4EAF" w:rsidRDefault="00000000">
            <w:r>
              <w:t>Alebie, G.; Worku, A.; Yohannes, S.; Urga, B.; Hailu, A.; Tadesse, D.</w:t>
            </w:r>
          </w:p>
        </w:tc>
        <w:tc>
          <w:tcPr>
            <w:tcW w:w="1234" w:type="dxa"/>
          </w:tcPr>
          <w:p w14:paraId="66691E70" w14:textId="77777777" w:rsidR="004B4EAF" w:rsidRDefault="00000000">
            <w:r>
              <w:t>Acacia</w:t>
            </w:r>
          </w:p>
        </w:tc>
        <w:tc>
          <w:tcPr>
            <w:tcW w:w="1234" w:type="dxa"/>
          </w:tcPr>
          <w:p w14:paraId="69C18B39" w14:textId="77777777" w:rsidR="004B4EAF" w:rsidRDefault="00000000">
            <w:r>
              <w:t>10.1186/s13071-019-3452-5</w:t>
            </w:r>
          </w:p>
        </w:tc>
        <w:tc>
          <w:tcPr>
            <w:tcW w:w="1234" w:type="dxa"/>
          </w:tcPr>
          <w:p w14:paraId="4106F00F" w14:textId="77777777" w:rsidR="004B4EAF" w:rsidRDefault="004B4EAF"/>
        </w:tc>
      </w:tr>
      <w:tr w:rsidR="004B4EAF" w14:paraId="4E633669" w14:textId="77777777">
        <w:tc>
          <w:tcPr>
            <w:tcW w:w="1234" w:type="dxa"/>
          </w:tcPr>
          <w:p w14:paraId="6B9EA589" w14:textId="77777777" w:rsidR="004B4EAF" w:rsidRDefault="00000000">
            <w:r>
              <w:lastRenderedPageBreak/>
              <w:t>2024</w:t>
            </w:r>
          </w:p>
        </w:tc>
        <w:tc>
          <w:tcPr>
            <w:tcW w:w="1234" w:type="dxa"/>
          </w:tcPr>
          <w:p w14:paraId="40415F32" w14:textId="77777777" w:rsidR="004B4EAF" w:rsidRDefault="00000000">
            <w:r>
              <w:t>A Case Study on Unreported First Probable Human Rabies Following Honey Badger in Somalia</w:t>
            </w:r>
          </w:p>
        </w:tc>
        <w:tc>
          <w:tcPr>
            <w:tcW w:w="1234" w:type="dxa"/>
          </w:tcPr>
          <w:p w14:paraId="26EDE6B2" w14:textId="77777777" w:rsidR="004B4EAF" w:rsidRDefault="00000000">
            <w:r>
              <w:t>Open Access Emerg Med</w:t>
            </w:r>
          </w:p>
        </w:tc>
        <w:tc>
          <w:tcPr>
            <w:tcW w:w="1234" w:type="dxa"/>
          </w:tcPr>
          <w:p w14:paraId="0FB7F2DD" w14:textId="77777777" w:rsidR="004B4EAF" w:rsidRDefault="00000000">
            <w:r>
              <w:t>Ali Osman, U. M.; Turfan, S.; Farah Yusuf Mohamud, M.</w:t>
            </w:r>
          </w:p>
        </w:tc>
        <w:tc>
          <w:tcPr>
            <w:tcW w:w="1234" w:type="dxa"/>
          </w:tcPr>
          <w:p w14:paraId="1EECC49B" w14:textId="77777777" w:rsidR="004B4EAF" w:rsidRDefault="00000000">
            <w:r>
              <w:t>Somalia</w:t>
            </w:r>
          </w:p>
        </w:tc>
        <w:tc>
          <w:tcPr>
            <w:tcW w:w="1234" w:type="dxa"/>
          </w:tcPr>
          <w:p w14:paraId="7C3F2A3F" w14:textId="77777777" w:rsidR="004B4EAF" w:rsidRDefault="00000000">
            <w:r>
              <w:t>10.2147/oaem.S439996</w:t>
            </w:r>
          </w:p>
        </w:tc>
        <w:tc>
          <w:tcPr>
            <w:tcW w:w="1234" w:type="dxa"/>
          </w:tcPr>
          <w:p w14:paraId="1E44BF14" w14:textId="77777777" w:rsidR="004B4EAF" w:rsidRDefault="004B4EAF"/>
        </w:tc>
      </w:tr>
      <w:tr w:rsidR="004B4EAF" w14:paraId="63F920C5" w14:textId="77777777">
        <w:tc>
          <w:tcPr>
            <w:tcW w:w="1234" w:type="dxa"/>
          </w:tcPr>
          <w:p w14:paraId="4F2B334F" w14:textId="77777777" w:rsidR="004B4EAF" w:rsidRDefault="00000000">
            <w:r>
              <w:t>1986</w:t>
            </w:r>
          </w:p>
        </w:tc>
        <w:tc>
          <w:tcPr>
            <w:tcW w:w="1234" w:type="dxa"/>
          </w:tcPr>
          <w:p w14:paraId="475C3D62" w14:textId="77777777" w:rsidR="004B4EAF" w:rsidRDefault="00000000">
            <w:r>
              <w:t>Role of community health workers in trachoma control. Case study from a Somali refugee camp</w:t>
            </w:r>
          </w:p>
        </w:tc>
        <w:tc>
          <w:tcPr>
            <w:tcW w:w="1234" w:type="dxa"/>
          </w:tcPr>
          <w:p w14:paraId="38ABB0B8" w14:textId="77777777" w:rsidR="004B4EAF" w:rsidRDefault="00000000">
            <w:r>
              <w:t>Trop Doct</w:t>
            </w:r>
          </w:p>
        </w:tc>
        <w:tc>
          <w:tcPr>
            <w:tcW w:w="1234" w:type="dxa"/>
          </w:tcPr>
          <w:p w14:paraId="2DA74DB3" w14:textId="77777777" w:rsidR="004B4EAF" w:rsidRDefault="00000000">
            <w:r>
              <w:t>Anderson, J. D.; Bentley, C. C.</w:t>
            </w:r>
          </w:p>
        </w:tc>
        <w:tc>
          <w:tcPr>
            <w:tcW w:w="1234" w:type="dxa"/>
          </w:tcPr>
          <w:p w14:paraId="065C911D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2837CB25" w14:textId="77777777" w:rsidR="004B4EAF" w:rsidRDefault="00000000">
            <w:r>
              <w:t>10.1177/004947558601600209</w:t>
            </w:r>
          </w:p>
        </w:tc>
        <w:tc>
          <w:tcPr>
            <w:tcW w:w="1234" w:type="dxa"/>
          </w:tcPr>
          <w:p w14:paraId="7F791A76" w14:textId="77777777" w:rsidR="004B4EAF" w:rsidRDefault="004B4EAF"/>
        </w:tc>
      </w:tr>
      <w:tr w:rsidR="004B4EAF" w14:paraId="187DD67B" w14:textId="77777777">
        <w:tc>
          <w:tcPr>
            <w:tcW w:w="1234" w:type="dxa"/>
          </w:tcPr>
          <w:p w14:paraId="676B01CD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0F310651" w14:textId="77777777" w:rsidR="004B4EAF" w:rsidRDefault="00000000">
            <w:r>
              <w:t>Public Health Surveillance for Adverse Events Following COVID-19 Vaccination in Africa</w:t>
            </w:r>
          </w:p>
        </w:tc>
        <w:tc>
          <w:tcPr>
            <w:tcW w:w="1234" w:type="dxa"/>
          </w:tcPr>
          <w:p w14:paraId="66CC1A07" w14:textId="77777777" w:rsidR="004B4EAF" w:rsidRDefault="00000000">
            <w:r>
              <w:t>Vaccines (Basel)</w:t>
            </w:r>
          </w:p>
        </w:tc>
        <w:tc>
          <w:tcPr>
            <w:tcW w:w="1234" w:type="dxa"/>
          </w:tcPr>
          <w:p w14:paraId="3F0F7F1F" w14:textId="77777777" w:rsidR="004B4EAF" w:rsidRDefault="00000000">
            <w:r>
              <w:t>Anjorin, A. A.; Odetokun, I. A.; Nyandwi, J. B.; Elnadi, H.; Awiagah, K. S.; Eyedo, J.; Abioye, A. I.; Gachara, G.; Maisara, A. M.; Razouqi, Y.; Yusuf Mohamud, M. F.; Mhgoob, Z. E.; Ajayi, T.; Ntirenganya, L.; Saibu, M.; Salako, B. L.; Elelu, N.; Wright, K. O.; Fasina, F. O.; Mosbah, R.</w:t>
            </w:r>
          </w:p>
        </w:tc>
        <w:tc>
          <w:tcPr>
            <w:tcW w:w="1234" w:type="dxa"/>
          </w:tcPr>
          <w:p w14:paraId="508C9669" w14:textId="77777777" w:rsidR="004B4EAF" w:rsidRDefault="00000000">
            <w:r>
              <w:t>COVID-19 vaccine</w:t>
            </w:r>
          </w:p>
        </w:tc>
        <w:tc>
          <w:tcPr>
            <w:tcW w:w="1234" w:type="dxa"/>
          </w:tcPr>
          <w:p w14:paraId="3C73254B" w14:textId="77777777" w:rsidR="004B4EAF" w:rsidRDefault="00000000">
            <w:r>
              <w:t>10.3390/vaccines10040546</w:t>
            </w:r>
          </w:p>
        </w:tc>
        <w:tc>
          <w:tcPr>
            <w:tcW w:w="1234" w:type="dxa"/>
          </w:tcPr>
          <w:p w14:paraId="286A7E59" w14:textId="77777777" w:rsidR="004B4EAF" w:rsidRDefault="004B4EAF"/>
        </w:tc>
      </w:tr>
      <w:tr w:rsidR="004B4EAF" w14:paraId="44C401B1" w14:textId="77777777">
        <w:tc>
          <w:tcPr>
            <w:tcW w:w="1234" w:type="dxa"/>
          </w:tcPr>
          <w:p w14:paraId="2E99DE5D" w14:textId="77777777" w:rsidR="004B4EAF" w:rsidRDefault="00000000">
            <w:r>
              <w:lastRenderedPageBreak/>
              <w:t>2024</w:t>
            </w:r>
          </w:p>
        </w:tc>
        <w:tc>
          <w:tcPr>
            <w:tcW w:w="1234" w:type="dxa"/>
          </w:tcPr>
          <w:p w14:paraId="5FF459AB" w14:textId="77777777" w:rsidR="004B4EAF" w:rsidRDefault="00000000">
            <w:r>
              <w:t>Epidemiology of Echinococcus granulosus sensu lato in the Greater Horn of Africa: A systematic review</w:t>
            </w:r>
          </w:p>
        </w:tc>
        <w:tc>
          <w:tcPr>
            <w:tcW w:w="1234" w:type="dxa"/>
          </w:tcPr>
          <w:p w14:paraId="3C20E4B1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54F21F89" w14:textId="77777777" w:rsidR="004B4EAF" w:rsidRDefault="00000000">
            <w:r>
              <w:t>Aregawi, W. G.; Levecke, B.; Ashenafi, H.; Byaruhanga, C.; Kebede, N.; Mulinge, E.; Wassermann, M.; Romig, T.; Dorny, P.; Dermauw, V.</w:t>
            </w:r>
          </w:p>
        </w:tc>
        <w:tc>
          <w:tcPr>
            <w:tcW w:w="1234" w:type="dxa"/>
          </w:tcPr>
          <w:p w14:paraId="67B09E50" w14:textId="77777777" w:rsidR="004B4EAF" w:rsidRDefault="00000000">
            <w:r>
              <w:t>Cattle</w:t>
            </w:r>
          </w:p>
        </w:tc>
        <w:tc>
          <w:tcPr>
            <w:tcW w:w="1234" w:type="dxa"/>
          </w:tcPr>
          <w:p w14:paraId="7DB65134" w14:textId="77777777" w:rsidR="004B4EAF" w:rsidRDefault="00000000">
            <w:r>
              <w:t>10.1371/journal.pntd.0011894</w:t>
            </w:r>
          </w:p>
        </w:tc>
        <w:tc>
          <w:tcPr>
            <w:tcW w:w="1234" w:type="dxa"/>
          </w:tcPr>
          <w:p w14:paraId="5656388B" w14:textId="77777777" w:rsidR="004B4EAF" w:rsidRDefault="004B4EAF"/>
        </w:tc>
      </w:tr>
      <w:tr w:rsidR="004B4EAF" w14:paraId="4A11A90B" w14:textId="77777777">
        <w:tc>
          <w:tcPr>
            <w:tcW w:w="1234" w:type="dxa"/>
          </w:tcPr>
          <w:p w14:paraId="2E81AAEF" w14:textId="77777777" w:rsidR="004B4EAF" w:rsidRDefault="00000000">
            <w:r>
              <w:t>1975</w:t>
            </w:r>
          </w:p>
        </w:tc>
        <w:tc>
          <w:tcPr>
            <w:tcW w:w="1234" w:type="dxa"/>
          </w:tcPr>
          <w:p w14:paraId="3F875F2D" w14:textId="77777777" w:rsidR="004B4EAF" w:rsidRDefault="00000000">
            <w:r>
              <w:t>Studies on schistosomiasis in Somalia</w:t>
            </w:r>
          </w:p>
        </w:tc>
        <w:tc>
          <w:tcPr>
            <w:tcW w:w="1234" w:type="dxa"/>
          </w:tcPr>
          <w:p w14:paraId="475B1EB5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Am J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0DB5EC09" w14:textId="77777777" w:rsidR="004B4EAF" w:rsidRDefault="00000000">
            <w:proofErr w:type="spellStart"/>
            <w:r>
              <w:t>Arfaa</w:t>
            </w:r>
            <w:proofErr w:type="spellEnd"/>
            <w:r>
              <w:t>, F.</w:t>
            </w:r>
          </w:p>
        </w:tc>
        <w:tc>
          <w:tcPr>
            <w:tcW w:w="1234" w:type="dxa"/>
          </w:tcPr>
          <w:p w14:paraId="172CC66D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2BC4FD12" w14:textId="77777777" w:rsidR="004B4EAF" w:rsidRDefault="00000000">
            <w:r>
              <w:t>10.4269/ajtmh.1975.24.280</w:t>
            </w:r>
          </w:p>
        </w:tc>
        <w:tc>
          <w:tcPr>
            <w:tcW w:w="1234" w:type="dxa"/>
          </w:tcPr>
          <w:p w14:paraId="3F2D5B3A" w14:textId="77777777" w:rsidR="004B4EAF" w:rsidRDefault="004B4EAF"/>
        </w:tc>
      </w:tr>
      <w:tr w:rsidR="004B4EAF" w14:paraId="4F477B1F" w14:textId="77777777">
        <w:tc>
          <w:tcPr>
            <w:tcW w:w="1234" w:type="dxa"/>
          </w:tcPr>
          <w:p w14:paraId="228EF732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61ADF7BA" w14:textId="77777777" w:rsidR="004B4EAF" w:rsidRDefault="00000000">
            <w:r>
              <w:t>Multiplex serology demonstrate cumulative prevalence and spatial distribution of malaria in Ethiopia</w:t>
            </w:r>
          </w:p>
        </w:tc>
        <w:tc>
          <w:tcPr>
            <w:tcW w:w="1234" w:type="dxa"/>
          </w:tcPr>
          <w:p w14:paraId="6A058E1C" w14:textId="77777777" w:rsidR="004B4EAF" w:rsidRDefault="00000000">
            <w:r>
              <w:t>Malar J</w:t>
            </w:r>
          </w:p>
        </w:tc>
        <w:tc>
          <w:tcPr>
            <w:tcW w:w="1234" w:type="dxa"/>
          </w:tcPr>
          <w:p w14:paraId="7229A574" w14:textId="77777777" w:rsidR="004B4EAF" w:rsidRDefault="00000000">
            <w:r>
              <w:t>Assefa, A.; Ali Ahmed, A.; Deressa, W.; Sime, H.; Mohammed, H.; Kebede, A.; Solomon, H.; Teka, H.; Gurrala, K.; Matei, B.; Wakeman, B.; Wilson, G. G.; Sinha, I.; Maude, R. J.; Ashton, R.; Cook, J.; Shi, Y. P.; Drakeley, C.; von Seidlein, L.; Rogier, E.; Hwang, J.</w:t>
            </w:r>
          </w:p>
        </w:tc>
        <w:tc>
          <w:tcPr>
            <w:tcW w:w="1234" w:type="dxa"/>
          </w:tcPr>
          <w:p w14:paraId="42BD58D0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504FF32" w14:textId="77777777" w:rsidR="004B4EAF" w:rsidRDefault="00000000">
            <w:r>
              <w:t>10.1186/s12936-019-2874-z</w:t>
            </w:r>
          </w:p>
        </w:tc>
        <w:tc>
          <w:tcPr>
            <w:tcW w:w="1234" w:type="dxa"/>
          </w:tcPr>
          <w:p w14:paraId="5BBF26FC" w14:textId="77777777" w:rsidR="004B4EAF" w:rsidRDefault="004B4EAF"/>
        </w:tc>
      </w:tr>
      <w:tr w:rsidR="004B4EAF" w14:paraId="5B30573B" w14:textId="77777777">
        <w:tc>
          <w:tcPr>
            <w:tcW w:w="1234" w:type="dxa"/>
          </w:tcPr>
          <w:p w14:paraId="044B2B7B" w14:textId="77777777" w:rsidR="004B4EAF" w:rsidRDefault="00000000">
            <w:r>
              <w:t>195</w:t>
            </w:r>
            <w:r>
              <w:lastRenderedPageBreak/>
              <w:t>6</w:t>
            </w:r>
          </w:p>
        </w:tc>
        <w:tc>
          <w:tcPr>
            <w:tcW w:w="1234" w:type="dxa"/>
          </w:tcPr>
          <w:p w14:paraId="52CFD1A5" w14:textId="77777777" w:rsidR="004B4EAF" w:rsidRDefault="00000000">
            <w:r>
              <w:lastRenderedPageBreak/>
              <w:t xml:space="preserve">Bilharziasis </w:t>
            </w:r>
            <w:r>
              <w:lastRenderedPageBreak/>
              <w:t>survey in British Somaliland, Eritrea, Ethiopia, Somalia, the Sudan, and Yemen</w:t>
            </w:r>
          </w:p>
        </w:tc>
        <w:tc>
          <w:tcPr>
            <w:tcW w:w="1234" w:type="dxa"/>
          </w:tcPr>
          <w:p w14:paraId="09AA771E" w14:textId="77777777" w:rsidR="004B4EAF" w:rsidRDefault="00000000">
            <w:r>
              <w:lastRenderedPageBreak/>
              <w:t xml:space="preserve">Bull World </w:t>
            </w:r>
            <w:r>
              <w:lastRenderedPageBreak/>
              <w:t>Health Organ</w:t>
            </w:r>
          </w:p>
        </w:tc>
        <w:tc>
          <w:tcPr>
            <w:tcW w:w="1234" w:type="dxa"/>
          </w:tcPr>
          <w:p w14:paraId="6BA87B02" w14:textId="77777777" w:rsidR="004B4EAF" w:rsidRDefault="00000000">
            <w:r>
              <w:lastRenderedPageBreak/>
              <w:t>Ayad, N.</w:t>
            </w:r>
          </w:p>
        </w:tc>
        <w:tc>
          <w:tcPr>
            <w:tcW w:w="1234" w:type="dxa"/>
          </w:tcPr>
          <w:p w14:paraId="3983F603" w14:textId="77777777" w:rsidR="004B4EAF" w:rsidRDefault="00000000">
            <w:r>
              <w:t>Africa, Eastern</w:t>
            </w:r>
          </w:p>
        </w:tc>
        <w:tc>
          <w:tcPr>
            <w:tcW w:w="1234" w:type="dxa"/>
          </w:tcPr>
          <w:p w14:paraId="1681955A" w14:textId="77777777" w:rsidR="004B4EAF" w:rsidRDefault="004B4EAF"/>
        </w:tc>
        <w:tc>
          <w:tcPr>
            <w:tcW w:w="1234" w:type="dxa"/>
          </w:tcPr>
          <w:p w14:paraId="044B6362" w14:textId="77777777" w:rsidR="004B4EAF" w:rsidRDefault="004B4EAF"/>
        </w:tc>
      </w:tr>
      <w:tr w:rsidR="004B4EAF" w14:paraId="329E2EB0" w14:textId="77777777">
        <w:tc>
          <w:tcPr>
            <w:tcW w:w="1234" w:type="dxa"/>
          </w:tcPr>
          <w:p w14:paraId="688F47DA" w14:textId="77777777" w:rsidR="004B4EAF" w:rsidRDefault="00000000">
            <w:r>
              <w:t>2015</w:t>
            </w:r>
          </w:p>
        </w:tc>
        <w:tc>
          <w:tcPr>
            <w:tcW w:w="1234" w:type="dxa"/>
          </w:tcPr>
          <w:p w14:paraId="5BC452BB" w14:textId="77777777" w:rsidR="004B4EAF" w:rsidRDefault="00000000">
            <w:r>
              <w:t>Complete genome sequencing and phylogenetic analysis of dengue type 1 virus isolated from Jeddah, Saudi Arabia</w:t>
            </w:r>
          </w:p>
        </w:tc>
        <w:tc>
          <w:tcPr>
            <w:tcW w:w="1234" w:type="dxa"/>
          </w:tcPr>
          <w:p w14:paraId="15A6B64A" w14:textId="77777777" w:rsidR="004B4EAF" w:rsidRDefault="00000000">
            <w:r>
              <w:t>Virol J</w:t>
            </w:r>
          </w:p>
        </w:tc>
        <w:tc>
          <w:tcPr>
            <w:tcW w:w="1234" w:type="dxa"/>
          </w:tcPr>
          <w:p w14:paraId="37ABED01" w14:textId="77777777" w:rsidR="004B4EAF" w:rsidRDefault="00000000">
            <w:r>
              <w:t>Azhar, E. I.; Hashem, A. M.; El-Kafrawy, S. A.; Abol-Ela, S.; Abd-Alla, A. M.; Sohrab, S. S.; Farraj, S. A.; Othman, N. A.; Ben-Helaby, H. G.; Ashshi, A.; Madani, T. A.; Jamjoom, G.</w:t>
            </w:r>
          </w:p>
        </w:tc>
        <w:tc>
          <w:tcPr>
            <w:tcW w:w="1234" w:type="dxa"/>
          </w:tcPr>
          <w:p w14:paraId="59B01B13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540B8E54" w14:textId="77777777" w:rsidR="004B4EAF" w:rsidRDefault="00000000">
            <w:r>
              <w:t>10.1186/s12985-014-0235-7</w:t>
            </w:r>
          </w:p>
        </w:tc>
        <w:tc>
          <w:tcPr>
            <w:tcW w:w="1234" w:type="dxa"/>
          </w:tcPr>
          <w:p w14:paraId="5A6011F8" w14:textId="77777777" w:rsidR="004B4EAF" w:rsidRDefault="004B4EAF"/>
        </w:tc>
      </w:tr>
      <w:tr w:rsidR="004B4EAF" w14:paraId="1E6B87B5" w14:textId="77777777">
        <w:tc>
          <w:tcPr>
            <w:tcW w:w="1234" w:type="dxa"/>
          </w:tcPr>
          <w:p w14:paraId="7971D65F" w14:textId="77777777" w:rsidR="004B4EAF" w:rsidRDefault="00000000">
            <w:r>
              <w:t>2009</w:t>
            </w:r>
          </w:p>
        </w:tc>
        <w:tc>
          <w:tcPr>
            <w:tcW w:w="1234" w:type="dxa"/>
          </w:tcPr>
          <w:p w14:paraId="1F3A02CF" w14:textId="77777777" w:rsidR="004B4EAF" w:rsidRDefault="00000000">
            <w:r>
              <w:t>A 48-year-old Somali woman with hip pain</w:t>
            </w:r>
          </w:p>
        </w:tc>
        <w:tc>
          <w:tcPr>
            <w:tcW w:w="1234" w:type="dxa"/>
          </w:tcPr>
          <w:p w14:paraId="0F8A8243" w14:textId="77777777" w:rsidR="004B4EAF" w:rsidRDefault="00000000">
            <w:r>
              <w:t>Clin Infect Dis</w:t>
            </w:r>
          </w:p>
        </w:tc>
        <w:tc>
          <w:tcPr>
            <w:tcW w:w="1234" w:type="dxa"/>
          </w:tcPr>
          <w:p w14:paraId="4FB40D9E" w14:textId="77777777" w:rsidR="004B4EAF" w:rsidRDefault="00000000">
            <w:r>
              <w:t>Babady, N. E.; Pritt, B. S.; Walker, R. C.; Rosenblatt, J. E.; Binnicker, M. J.</w:t>
            </w:r>
          </w:p>
        </w:tc>
        <w:tc>
          <w:tcPr>
            <w:tcW w:w="1234" w:type="dxa"/>
          </w:tcPr>
          <w:p w14:paraId="497B58F7" w14:textId="77777777" w:rsidR="004B4EAF" w:rsidRDefault="00000000">
            <w:r>
              <w:t>Albendazole/therapeutic use</w:t>
            </w:r>
          </w:p>
        </w:tc>
        <w:tc>
          <w:tcPr>
            <w:tcW w:w="1234" w:type="dxa"/>
          </w:tcPr>
          <w:p w14:paraId="1C10CB28" w14:textId="77777777" w:rsidR="004B4EAF" w:rsidRDefault="00000000">
            <w:r>
              <w:t>10.1086/605083</w:t>
            </w:r>
          </w:p>
        </w:tc>
        <w:tc>
          <w:tcPr>
            <w:tcW w:w="1234" w:type="dxa"/>
          </w:tcPr>
          <w:p w14:paraId="4B4E85B0" w14:textId="77777777" w:rsidR="004B4EAF" w:rsidRDefault="004B4EAF"/>
        </w:tc>
      </w:tr>
      <w:tr w:rsidR="004B4EAF" w14:paraId="3E1325F1" w14:textId="77777777">
        <w:tc>
          <w:tcPr>
            <w:tcW w:w="1234" w:type="dxa"/>
          </w:tcPr>
          <w:p w14:paraId="1E41EB45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61EB789A" w14:textId="77777777" w:rsidR="004B4EAF" w:rsidRDefault="00000000">
            <w:r>
              <w:t>Diagnostic capacity for cutaneous fungal diseases in the African continent</w:t>
            </w:r>
          </w:p>
        </w:tc>
        <w:tc>
          <w:tcPr>
            <w:tcW w:w="1234" w:type="dxa"/>
          </w:tcPr>
          <w:p w14:paraId="217E912D" w14:textId="77777777" w:rsidR="004B4EAF" w:rsidRDefault="00000000">
            <w:r>
              <w:t>Int J Dermatol</w:t>
            </w:r>
          </w:p>
        </w:tc>
        <w:tc>
          <w:tcPr>
            <w:tcW w:w="1234" w:type="dxa"/>
          </w:tcPr>
          <w:p w14:paraId="0F942E0A" w14:textId="77777777" w:rsidR="004B4EAF" w:rsidRDefault="00000000">
            <w:r>
              <w:t xml:space="preserve">Badiane, A. S.; Ramarozatovo, L. S.; Doumbo, S. N.; Dorkenoo, A. M.; Mandengue, C.; Dunaisk, C. M.; Ball, M.; Dia, M. K.; Ngaya, G. S. L.; Mahamat, H. H.; Kalombo, </w:t>
            </w:r>
            <w:r>
              <w:lastRenderedPageBreak/>
              <w:t>H.; Bah, A.; Cá, Z.; Langa, J. C.; Mohamed, A. M.; Mokomane, M.; Ahmed, S. A.; Rapalanoro Rabenja, F.; Hay, R. J.; Penney, R. O. S.; ...</w:t>
            </w:r>
          </w:p>
        </w:tc>
        <w:tc>
          <w:tcPr>
            <w:tcW w:w="1234" w:type="dxa"/>
          </w:tcPr>
          <w:p w14:paraId="42B6DC12" w14:textId="77777777" w:rsidR="004B4EAF" w:rsidRDefault="00000000">
            <w:r>
              <w:lastRenderedPageBreak/>
              <w:t>Humans</w:t>
            </w:r>
          </w:p>
        </w:tc>
        <w:tc>
          <w:tcPr>
            <w:tcW w:w="1234" w:type="dxa"/>
          </w:tcPr>
          <w:p w14:paraId="7C257F58" w14:textId="77777777" w:rsidR="004B4EAF" w:rsidRDefault="00000000">
            <w:r>
              <w:t>10.1111/ijd.16751</w:t>
            </w:r>
          </w:p>
        </w:tc>
        <w:tc>
          <w:tcPr>
            <w:tcW w:w="1234" w:type="dxa"/>
          </w:tcPr>
          <w:p w14:paraId="459346E2" w14:textId="77777777" w:rsidR="004B4EAF" w:rsidRDefault="004B4EAF"/>
        </w:tc>
      </w:tr>
      <w:tr w:rsidR="004B4EAF" w14:paraId="48483BE6" w14:textId="77777777">
        <w:tc>
          <w:tcPr>
            <w:tcW w:w="1234" w:type="dxa"/>
          </w:tcPr>
          <w:p w14:paraId="7FA36038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39AF4419" w14:textId="77777777" w:rsidR="004B4EAF" w:rsidRDefault="00000000">
            <w:r>
              <w:t>Somalia tackles leprosy and visceral leishmaniasis</w:t>
            </w:r>
          </w:p>
        </w:tc>
        <w:tc>
          <w:tcPr>
            <w:tcW w:w="1234" w:type="dxa"/>
          </w:tcPr>
          <w:p w14:paraId="13D44163" w14:textId="77777777" w:rsidR="004B4EAF" w:rsidRDefault="00000000">
            <w:r>
              <w:t>Lancet Infect Dis</w:t>
            </w:r>
          </w:p>
        </w:tc>
        <w:tc>
          <w:tcPr>
            <w:tcW w:w="1234" w:type="dxa"/>
          </w:tcPr>
          <w:p w14:paraId="50DD1F52" w14:textId="77777777" w:rsidR="004B4EAF" w:rsidRDefault="00000000">
            <w:r>
              <w:t>Bagcchi, S.</w:t>
            </w:r>
          </w:p>
        </w:tc>
        <w:tc>
          <w:tcPr>
            <w:tcW w:w="1234" w:type="dxa"/>
          </w:tcPr>
          <w:p w14:paraId="4E077B02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1006DCFD" w14:textId="77777777" w:rsidR="004B4EAF" w:rsidRDefault="00000000">
            <w:r>
              <w:t>10.1016/s1473-3099(22)00168-2</w:t>
            </w:r>
          </w:p>
        </w:tc>
        <w:tc>
          <w:tcPr>
            <w:tcW w:w="1234" w:type="dxa"/>
          </w:tcPr>
          <w:p w14:paraId="7258808B" w14:textId="77777777" w:rsidR="004B4EAF" w:rsidRDefault="004B4EAF"/>
        </w:tc>
      </w:tr>
      <w:tr w:rsidR="004B4EAF" w14:paraId="0A1CF1EC" w14:textId="77777777">
        <w:tc>
          <w:tcPr>
            <w:tcW w:w="1234" w:type="dxa"/>
          </w:tcPr>
          <w:p w14:paraId="162EB382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18A94A9C" w14:textId="77777777" w:rsidR="004B4EAF" w:rsidRDefault="00000000">
            <w:r>
              <w:t>Third wave in India and an update on vaccination: A short communication</w:t>
            </w:r>
          </w:p>
        </w:tc>
        <w:tc>
          <w:tcPr>
            <w:tcW w:w="1234" w:type="dxa"/>
          </w:tcPr>
          <w:p w14:paraId="31A007FB" w14:textId="77777777" w:rsidR="004B4EAF" w:rsidRDefault="00000000">
            <w:r>
              <w:t>Ann Med Surg (Lond)</w:t>
            </w:r>
          </w:p>
        </w:tc>
        <w:tc>
          <w:tcPr>
            <w:tcW w:w="1234" w:type="dxa"/>
          </w:tcPr>
          <w:p w14:paraId="635F02B2" w14:textId="77777777" w:rsidR="004B4EAF" w:rsidRDefault="00000000">
            <w:r>
              <w:t>Baig, R.; Mateen, M. A.; Aborode, A. T.; Novman, S.; Abdul Matheen, I.; Siddiqui, O. S.; Ahmed, F. A.</w:t>
            </w:r>
          </w:p>
        </w:tc>
        <w:tc>
          <w:tcPr>
            <w:tcW w:w="1234" w:type="dxa"/>
          </w:tcPr>
          <w:p w14:paraId="4EF750B0" w14:textId="77777777" w:rsidR="004B4EAF" w:rsidRDefault="00000000">
            <w:r>
              <w:t>Covid-19</w:t>
            </w:r>
          </w:p>
        </w:tc>
        <w:tc>
          <w:tcPr>
            <w:tcW w:w="1234" w:type="dxa"/>
          </w:tcPr>
          <w:p w14:paraId="00DF4A9B" w14:textId="77777777" w:rsidR="004B4EAF" w:rsidRDefault="00000000">
            <w:r>
              <w:t>10.1016/j.amsu.2022.103414</w:t>
            </w:r>
          </w:p>
        </w:tc>
        <w:tc>
          <w:tcPr>
            <w:tcW w:w="1234" w:type="dxa"/>
          </w:tcPr>
          <w:p w14:paraId="113DC78C" w14:textId="77777777" w:rsidR="004B4EAF" w:rsidRDefault="004B4EAF"/>
        </w:tc>
      </w:tr>
      <w:tr w:rsidR="004B4EAF" w14:paraId="2ED3E0E8" w14:textId="77777777">
        <w:tc>
          <w:tcPr>
            <w:tcW w:w="1234" w:type="dxa"/>
          </w:tcPr>
          <w:p w14:paraId="1379A239" w14:textId="77777777" w:rsidR="004B4EAF" w:rsidRDefault="00000000">
            <w:r>
              <w:t>1960</w:t>
            </w:r>
          </w:p>
        </w:tc>
        <w:tc>
          <w:tcPr>
            <w:tcW w:w="1234" w:type="dxa"/>
          </w:tcPr>
          <w:p w14:paraId="3C51185F" w14:textId="77777777" w:rsidR="004B4EAF" w:rsidRDefault="00000000">
            <w:r>
              <w:t>Antimony dimercaptosuccinate (TWSb) in the treatment of urinary bilharziasis in Somalia</w:t>
            </w:r>
          </w:p>
        </w:tc>
        <w:tc>
          <w:tcPr>
            <w:tcW w:w="1234" w:type="dxa"/>
          </w:tcPr>
          <w:p w14:paraId="0E20C46D" w14:textId="77777777" w:rsidR="004B4EAF" w:rsidRDefault="00000000">
            <w:r>
              <w:t>Cent Afr J Med</w:t>
            </w:r>
          </w:p>
        </w:tc>
        <w:tc>
          <w:tcPr>
            <w:tcW w:w="1234" w:type="dxa"/>
          </w:tcPr>
          <w:p w14:paraId="1A1C458B" w14:textId="77777777" w:rsidR="004B4EAF" w:rsidRDefault="00000000">
            <w:r>
              <w:t>Baruffa, G.; Friedheim, E. A.</w:t>
            </w:r>
          </w:p>
        </w:tc>
        <w:tc>
          <w:tcPr>
            <w:tcW w:w="1234" w:type="dxa"/>
          </w:tcPr>
          <w:p w14:paraId="49A4A4F6" w14:textId="77777777" w:rsidR="004B4EAF" w:rsidRDefault="00000000">
            <w:r>
              <w:t>Antimony/*therapy</w:t>
            </w:r>
          </w:p>
        </w:tc>
        <w:tc>
          <w:tcPr>
            <w:tcW w:w="1234" w:type="dxa"/>
          </w:tcPr>
          <w:p w14:paraId="4C594570" w14:textId="77777777" w:rsidR="004B4EAF" w:rsidRDefault="004B4EAF"/>
        </w:tc>
        <w:tc>
          <w:tcPr>
            <w:tcW w:w="1234" w:type="dxa"/>
          </w:tcPr>
          <w:p w14:paraId="17C9ABE3" w14:textId="77777777" w:rsidR="004B4EAF" w:rsidRDefault="004B4EAF"/>
        </w:tc>
      </w:tr>
      <w:tr w:rsidR="004B4EAF" w14:paraId="1DF316FF" w14:textId="77777777">
        <w:tc>
          <w:tcPr>
            <w:tcW w:w="1234" w:type="dxa"/>
          </w:tcPr>
          <w:p w14:paraId="1167FC07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5D3C408E" w14:textId="77777777" w:rsidR="004B4EAF" w:rsidRDefault="00000000">
            <w:r>
              <w:t xml:space="preserve">ICU-Managed Patients' Epidemiology, Characteristics, and Outcomes: A Retrospective </w:t>
            </w:r>
            <w:r>
              <w:lastRenderedPageBreak/>
              <w:t>Single-Center Study</w:t>
            </w:r>
          </w:p>
        </w:tc>
        <w:tc>
          <w:tcPr>
            <w:tcW w:w="1234" w:type="dxa"/>
          </w:tcPr>
          <w:p w14:paraId="6B856146" w14:textId="77777777" w:rsidR="004B4EAF" w:rsidRDefault="00000000">
            <w:r>
              <w:lastRenderedPageBreak/>
              <w:t>Anesthesiol Res Pract</w:t>
            </w:r>
          </w:p>
        </w:tc>
        <w:tc>
          <w:tcPr>
            <w:tcW w:w="1234" w:type="dxa"/>
          </w:tcPr>
          <w:p w14:paraId="76F1A486" w14:textId="77777777" w:rsidR="004B4EAF" w:rsidRDefault="00000000">
            <w:r>
              <w:t xml:space="preserve">Bashir, A. M.; Osman, M. M.; Mohamed, H. N.; Hilowle, I. A.; Ahmed, H. A.; Osman, A. A.; </w:t>
            </w:r>
            <w:r>
              <w:lastRenderedPageBreak/>
              <w:t>Fiidow, O. A.</w:t>
            </w:r>
          </w:p>
        </w:tc>
        <w:tc>
          <w:tcPr>
            <w:tcW w:w="1234" w:type="dxa"/>
          </w:tcPr>
          <w:p w14:paraId="2F41B0AD" w14:textId="77777777" w:rsidR="004B4EAF" w:rsidRDefault="004B4EAF"/>
        </w:tc>
        <w:tc>
          <w:tcPr>
            <w:tcW w:w="1234" w:type="dxa"/>
          </w:tcPr>
          <w:p w14:paraId="0623AA67" w14:textId="77777777" w:rsidR="004B4EAF" w:rsidRDefault="00000000">
            <w:r>
              <w:t>10.1155/2023/9388449</w:t>
            </w:r>
          </w:p>
        </w:tc>
        <w:tc>
          <w:tcPr>
            <w:tcW w:w="1234" w:type="dxa"/>
          </w:tcPr>
          <w:p w14:paraId="214CE4D2" w14:textId="77777777" w:rsidR="004B4EAF" w:rsidRDefault="004B4EAF"/>
        </w:tc>
      </w:tr>
      <w:tr w:rsidR="004B4EAF" w14:paraId="734D4404" w14:textId="77777777">
        <w:tc>
          <w:tcPr>
            <w:tcW w:w="1234" w:type="dxa"/>
          </w:tcPr>
          <w:p w14:paraId="11C5EBC9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0F34BDE" w14:textId="77777777" w:rsidR="004B4EAF" w:rsidRDefault="00000000">
            <w:r>
              <w:t>"It is difficult for us to treat their pain". Health professionals' perceptions of Somali pastoralists in the context of pain management: a conceptual model</w:t>
            </w:r>
          </w:p>
        </w:tc>
        <w:tc>
          <w:tcPr>
            <w:tcW w:w="1234" w:type="dxa"/>
          </w:tcPr>
          <w:p w14:paraId="40B27949" w14:textId="77777777" w:rsidR="004B4EAF" w:rsidRDefault="00000000">
            <w:r>
              <w:t>Med Humanit</w:t>
            </w:r>
          </w:p>
        </w:tc>
        <w:tc>
          <w:tcPr>
            <w:tcW w:w="1234" w:type="dxa"/>
          </w:tcPr>
          <w:p w14:paraId="19E3C61B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Baum</w:t>
            </w:r>
            <w:proofErr w:type="spellEnd"/>
            <w:r w:rsidRPr="005440C3">
              <w:rPr>
                <w:lang w:val="nb-NO"/>
              </w:rPr>
              <w:t xml:space="preserve">, E.; Abdi, S.; van </w:t>
            </w:r>
            <w:proofErr w:type="spellStart"/>
            <w:r w:rsidRPr="005440C3">
              <w:rPr>
                <w:lang w:val="nb-NO"/>
              </w:rPr>
              <w:t>Eeuwijk</w:t>
            </w:r>
            <w:proofErr w:type="spellEnd"/>
            <w:r w:rsidRPr="005440C3">
              <w:rPr>
                <w:lang w:val="nb-NO"/>
              </w:rPr>
              <w:t xml:space="preserve">, P.; </w:t>
            </w:r>
            <w:proofErr w:type="spellStart"/>
            <w:r w:rsidRPr="005440C3">
              <w:rPr>
                <w:lang w:val="nb-NO"/>
              </w:rPr>
              <w:t>Probst-Hensch</w:t>
            </w:r>
            <w:proofErr w:type="spellEnd"/>
            <w:r w:rsidRPr="005440C3">
              <w:rPr>
                <w:lang w:val="nb-NO"/>
              </w:rPr>
              <w:t xml:space="preserve">, N.; </w:t>
            </w:r>
            <w:proofErr w:type="spellStart"/>
            <w:r w:rsidRPr="005440C3">
              <w:rPr>
                <w:lang w:val="nb-NO"/>
              </w:rPr>
              <w:t>Zinsstag</w:t>
            </w:r>
            <w:proofErr w:type="spellEnd"/>
            <w:r w:rsidRPr="005440C3">
              <w:rPr>
                <w:lang w:val="nb-NO"/>
              </w:rPr>
              <w:t xml:space="preserve">, J.; </w:t>
            </w:r>
            <w:proofErr w:type="spellStart"/>
            <w:r w:rsidRPr="005440C3">
              <w:rPr>
                <w:lang w:val="nb-NO"/>
              </w:rPr>
              <w:t>Tschopp</w:t>
            </w:r>
            <w:proofErr w:type="spellEnd"/>
            <w:r w:rsidRPr="005440C3">
              <w:rPr>
                <w:lang w:val="nb-NO"/>
              </w:rPr>
              <w:t xml:space="preserve">, R.; </w:t>
            </w:r>
            <w:proofErr w:type="spellStart"/>
            <w:r w:rsidRPr="005440C3">
              <w:rPr>
                <w:lang w:val="nb-NO"/>
              </w:rPr>
              <w:t>Vosseler</w:t>
            </w:r>
            <w:proofErr w:type="spellEnd"/>
            <w:r w:rsidRPr="005440C3">
              <w:rPr>
                <w:lang w:val="nb-NO"/>
              </w:rPr>
              <w:t>, B.</w:t>
            </w:r>
          </w:p>
        </w:tc>
        <w:tc>
          <w:tcPr>
            <w:tcW w:w="1234" w:type="dxa"/>
          </w:tcPr>
          <w:p w14:paraId="5233B274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2451F245" w14:textId="77777777" w:rsidR="004B4EAF" w:rsidRDefault="00000000">
            <w:r>
              <w:t>10.1136/medhum-2022-012570</w:t>
            </w:r>
          </w:p>
        </w:tc>
        <w:tc>
          <w:tcPr>
            <w:tcW w:w="1234" w:type="dxa"/>
          </w:tcPr>
          <w:p w14:paraId="76C80AA5" w14:textId="77777777" w:rsidR="004B4EAF" w:rsidRDefault="004B4EAF"/>
        </w:tc>
      </w:tr>
      <w:tr w:rsidR="004B4EAF" w14:paraId="24FF94C7" w14:textId="77777777">
        <w:tc>
          <w:tcPr>
            <w:tcW w:w="1234" w:type="dxa"/>
          </w:tcPr>
          <w:p w14:paraId="763732D4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3EA5E614" w14:textId="77777777" w:rsidR="004B4EAF" w:rsidRDefault="00000000">
            <w:r>
              <w:t>Visceral leishmaniasis in selected communities of Hamar and Banna-Tsamai districts in Lower Omo Valley, South West Ethiopia: Sero-epidemological and Leishmanin Skin Test Surveys</w:t>
            </w:r>
          </w:p>
        </w:tc>
        <w:tc>
          <w:tcPr>
            <w:tcW w:w="1234" w:type="dxa"/>
          </w:tcPr>
          <w:p w14:paraId="7D7858DD" w14:textId="77777777" w:rsidR="004B4EAF" w:rsidRDefault="00000000">
            <w:r>
              <w:t>PLoS One</w:t>
            </w:r>
          </w:p>
        </w:tc>
        <w:tc>
          <w:tcPr>
            <w:tcW w:w="1234" w:type="dxa"/>
          </w:tcPr>
          <w:p w14:paraId="0CF6210E" w14:textId="77777777" w:rsidR="004B4EAF" w:rsidRDefault="00000000">
            <w:r>
              <w:t>Bekele, F.; Belay, T.; Zeynudin, A.; Hailu, A.</w:t>
            </w:r>
          </w:p>
        </w:tc>
        <w:tc>
          <w:tcPr>
            <w:tcW w:w="1234" w:type="dxa"/>
          </w:tcPr>
          <w:p w14:paraId="595ED8D9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26B1D09B" w14:textId="77777777" w:rsidR="004B4EAF" w:rsidRDefault="00000000">
            <w:r>
              <w:t>10.1371/journal.pone.0197430</w:t>
            </w:r>
          </w:p>
        </w:tc>
        <w:tc>
          <w:tcPr>
            <w:tcW w:w="1234" w:type="dxa"/>
          </w:tcPr>
          <w:p w14:paraId="0E9C80A3" w14:textId="77777777" w:rsidR="004B4EAF" w:rsidRDefault="004B4EAF"/>
        </w:tc>
      </w:tr>
      <w:tr w:rsidR="004B4EAF" w14:paraId="17279989" w14:textId="77777777">
        <w:tc>
          <w:tcPr>
            <w:tcW w:w="1234" w:type="dxa"/>
          </w:tcPr>
          <w:p w14:paraId="7BFB6C88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777FA03A" w14:textId="77777777" w:rsidR="004B4EAF" w:rsidRDefault="00000000">
            <w:r>
              <w:t xml:space="preserve">Stories of growing up amid violence by refugee children </w:t>
            </w:r>
            <w:r>
              <w:lastRenderedPageBreak/>
              <w:t>of war and children of battered women living in Canada</w:t>
            </w:r>
          </w:p>
        </w:tc>
        <w:tc>
          <w:tcPr>
            <w:tcW w:w="1234" w:type="dxa"/>
          </w:tcPr>
          <w:p w14:paraId="7632D6D0" w14:textId="77777777" w:rsidR="004B4EAF" w:rsidRDefault="00000000">
            <w:r>
              <w:lastRenderedPageBreak/>
              <w:t>Image J Nurs Sch</w:t>
            </w:r>
          </w:p>
        </w:tc>
        <w:tc>
          <w:tcPr>
            <w:tcW w:w="1234" w:type="dxa"/>
          </w:tcPr>
          <w:p w14:paraId="1767F29C" w14:textId="77777777" w:rsidR="004B4EAF" w:rsidRDefault="00000000">
            <w:r>
              <w:t>Berman, H.</w:t>
            </w:r>
          </w:p>
        </w:tc>
        <w:tc>
          <w:tcPr>
            <w:tcW w:w="1234" w:type="dxa"/>
          </w:tcPr>
          <w:p w14:paraId="09D306B1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FB47ABB" w14:textId="77777777" w:rsidR="004B4EAF" w:rsidRDefault="00000000">
            <w:r>
              <w:t>10.1111/j.1547-5069.1999.tb00422.x</w:t>
            </w:r>
          </w:p>
        </w:tc>
        <w:tc>
          <w:tcPr>
            <w:tcW w:w="1234" w:type="dxa"/>
          </w:tcPr>
          <w:p w14:paraId="49D54E3F" w14:textId="77777777" w:rsidR="004B4EAF" w:rsidRDefault="004B4EAF"/>
        </w:tc>
      </w:tr>
      <w:tr w:rsidR="004B4EAF" w14:paraId="31679CCF" w14:textId="77777777">
        <w:tc>
          <w:tcPr>
            <w:tcW w:w="1234" w:type="dxa"/>
          </w:tcPr>
          <w:p w14:paraId="6539DDA8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77F95B68" w14:textId="77777777" w:rsidR="004B4EAF" w:rsidRDefault="00000000">
            <w:r>
              <w:t>Emergence of Undetectable Malaria Parasites: A Threat under the Radar amid the COVID-19 Pandemic?</w:t>
            </w:r>
          </w:p>
        </w:tc>
        <w:tc>
          <w:tcPr>
            <w:tcW w:w="1234" w:type="dxa"/>
          </w:tcPr>
          <w:p w14:paraId="34349BC5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Am J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61489920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Beshir</w:t>
            </w:r>
            <w:proofErr w:type="spellEnd"/>
            <w:r w:rsidRPr="005440C3">
              <w:rPr>
                <w:lang w:val="nb-NO"/>
              </w:rPr>
              <w:t xml:space="preserve">, K. B.; </w:t>
            </w:r>
            <w:proofErr w:type="spellStart"/>
            <w:r w:rsidRPr="005440C3">
              <w:rPr>
                <w:lang w:val="nb-NO"/>
              </w:rPr>
              <w:t>Grignard</w:t>
            </w:r>
            <w:proofErr w:type="spellEnd"/>
            <w:r w:rsidRPr="005440C3">
              <w:rPr>
                <w:lang w:val="nb-NO"/>
              </w:rPr>
              <w:t xml:space="preserve">, L.; </w:t>
            </w:r>
            <w:proofErr w:type="spellStart"/>
            <w:r w:rsidRPr="005440C3">
              <w:rPr>
                <w:lang w:val="nb-NO"/>
              </w:rPr>
              <w:t>Hajissa</w:t>
            </w:r>
            <w:proofErr w:type="spellEnd"/>
            <w:r w:rsidRPr="005440C3">
              <w:rPr>
                <w:lang w:val="nb-NO"/>
              </w:rPr>
              <w:t xml:space="preserve">, K.; Mohammed, A.; </w:t>
            </w:r>
            <w:proofErr w:type="spellStart"/>
            <w:r w:rsidRPr="005440C3">
              <w:rPr>
                <w:lang w:val="nb-NO"/>
              </w:rPr>
              <w:t>Nurhussein</w:t>
            </w:r>
            <w:proofErr w:type="spellEnd"/>
            <w:r w:rsidRPr="005440C3">
              <w:rPr>
                <w:lang w:val="nb-NO"/>
              </w:rPr>
              <w:t xml:space="preserve">, A. M.; </w:t>
            </w:r>
            <w:proofErr w:type="spellStart"/>
            <w:r w:rsidRPr="005440C3">
              <w:rPr>
                <w:lang w:val="nb-NO"/>
              </w:rPr>
              <w:t>Ishengoma</w:t>
            </w:r>
            <w:proofErr w:type="spellEnd"/>
            <w:r w:rsidRPr="005440C3">
              <w:rPr>
                <w:lang w:val="nb-NO"/>
              </w:rPr>
              <w:t xml:space="preserve">, D. S.; </w:t>
            </w:r>
            <w:proofErr w:type="spellStart"/>
            <w:r w:rsidRPr="005440C3">
              <w:rPr>
                <w:lang w:val="nb-NO"/>
              </w:rPr>
              <w:t>Lubis</w:t>
            </w:r>
            <w:proofErr w:type="spellEnd"/>
            <w:r w:rsidRPr="005440C3">
              <w:rPr>
                <w:lang w:val="nb-NO"/>
              </w:rPr>
              <w:t xml:space="preserve">, I. N. D.; </w:t>
            </w:r>
            <w:proofErr w:type="spellStart"/>
            <w:r w:rsidRPr="005440C3">
              <w:rPr>
                <w:lang w:val="nb-NO"/>
              </w:rPr>
              <w:t>Drakeley</w:t>
            </w:r>
            <w:proofErr w:type="spellEnd"/>
            <w:r w:rsidRPr="005440C3">
              <w:rPr>
                <w:lang w:val="nb-NO"/>
              </w:rPr>
              <w:t>, C. J.; Sutherland, C. J.</w:t>
            </w:r>
          </w:p>
        </w:tc>
        <w:tc>
          <w:tcPr>
            <w:tcW w:w="1234" w:type="dxa"/>
          </w:tcPr>
          <w:p w14:paraId="3927422F" w14:textId="77777777" w:rsidR="004B4EAF" w:rsidRDefault="00000000">
            <w:r>
              <w:t>Africa</w:t>
            </w:r>
          </w:p>
        </w:tc>
        <w:tc>
          <w:tcPr>
            <w:tcW w:w="1234" w:type="dxa"/>
          </w:tcPr>
          <w:p w14:paraId="3222CB95" w14:textId="77777777" w:rsidR="004B4EAF" w:rsidRDefault="00000000">
            <w:r>
              <w:t>10.4269/ajtmh.20-0467</w:t>
            </w:r>
          </w:p>
        </w:tc>
        <w:tc>
          <w:tcPr>
            <w:tcW w:w="1234" w:type="dxa"/>
          </w:tcPr>
          <w:p w14:paraId="7BE8EA0B" w14:textId="77777777" w:rsidR="004B4EAF" w:rsidRDefault="004B4EAF"/>
        </w:tc>
      </w:tr>
      <w:tr w:rsidR="004B4EAF" w14:paraId="70C8D039" w14:textId="77777777">
        <w:tc>
          <w:tcPr>
            <w:tcW w:w="1234" w:type="dxa"/>
          </w:tcPr>
          <w:p w14:paraId="6EF791EE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2AA64469" w14:textId="77777777" w:rsidR="004B4EAF" w:rsidRDefault="00000000">
            <w:r>
              <w:t>Assessing Vaccination Delivery Strategies for Zero-Dose and Under-Immunized Children in the Fragile Context of Somalia</w:t>
            </w:r>
          </w:p>
        </w:tc>
        <w:tc>
          <w:tcPr>
            <w:tcW w:w="1234" w:type="dxa"/>
          </w:tcPr>
          <w:p w14:paraId="479B27AB" w14:textId="77777777" w:rsidR="004B4EAF" w:rsidRDefault="00000000">
            <w:r>
              <w:t>Vaccines (Basel)</w:t>
            </w:r>
          </w:p>
        </w:tc>
        <w:tc>
          <w:tcPr>
            <w:tcW w:w="1234" w:type="dxa"/>
          </w:tcPr>
          <w:p w14:paraId="264D9574" w14:textId="77777777" w:rsidR="004B4EAF" w:rsidRDefault="00000000">
            <w:r>
              <w:t>Bile, A. S.; Ali-Salad, M. A.; Mahmoud, A. J.; Singh, N. S.; Abdelmagid, N.; Sabahelzain, M. M.; Checchi, F.; Mounier-Jack, S.; Nor, B.</w:t>
            </w:r>
          </w:p>
        </w:tc>
        <w:tc>
          <w:tcPr>
            <w:tcW w:w="1234" w:type="dxa"/>
          </w:tcPr>
          <w:p w14:paraId="096B3DD0" w14:textId="77777777" w:rsidR="004B4EAF" w:rsidRDefault="00000000">
            <w:r>
              <w:t>conflict</w:t>
            </w:r>
          </w:p>
        </w:tc>
        <w:tc>
          <w:tcPr>
            <w:tcW w:w="1234" w:type="dxa"/>
          </w:tcPr>
          <w:p w14:paraId="722F10A7" w14:textId="77777777" w:rsidR="004B4EAF" w:rsidRDefault="00000000">
            <w:r>
              <w:t>10.3390/vaccines12020154</w:t>
            </w:r>
          </w:p>
        </w:tc>
        <w:tc>
          <w:tcPr>
            <w:tcW w:w="1234" w:type="dxa"/>
          </w:tcPr>
          <w:p w14:paraId="129ECA6F" w14:textId="77777777" w:rsidR="004B4EAF" w:rsidRDefault="004B4EAF"/>
        </w:tc>
      </w:tr>
      <w:tr w:rsidR="004B4EAF" w14:paraId="76ECF670" w14:textId="77777777">
        <w:tc>
          <w:tcPr>
            <w:tcW w:w="1234" w:type="dxa"/>
          </w:tcPr>
          <w:p w14:paraId="62E91AFC" w14:textId="77777777" w:rsidR="004B4EAF" w:rsidRDefault="00000000">
            <w:r>
              <w:t>1996</w:t>
            </w:r>
          </w:p>
        </w:tc>
        <w:tc>
          <w:tcPr>
            <w:tcW w:w="1234" w:type="dxa"/>
          </w:tcPr>
          <w:p w14:paraId="23BD0E30" w14:textId="77777777" w:rsidR="004B4EAF" w:rsidRDefault="00000000">
            <w:r>
              <w:t>Susceptibility of Ethiopian bulinid snails to Schistosoma haematobium from Somalia</w:t>
            </w:r>
          </w:p>
        </w:tc>
        <w:tc>
          <w:tcPr>
            <w:tcW w:w="1234" w:type="dxa"/>
          </w:tcPr>
          <w:p w14:paraId="26D61CB5" w14:textId="77777777" w:rsidR="004B4EAF" w:rsidRDefault="00000000">
            <w:r>
              <w:t>East Afr Med J</w:t>
            </w:r>
          </w:p>
        </w:tc>
        <w:tc>
          <w:tcPr>
            <w:tcW w:w="1234" w:type="dxa"/>
          </w:tcPr>
          <w:p w14:paraId="7F181A5A" w14:textId="77777777" w:rsidR="004B4EAF" w:rsidRDefault="00000000">
            <w:r>
              <w:t>Birrie, H.; Balcha, F.; Bizuneh, A.; Bero, G.</w:t>
            </w:r>
          </w:p>
        </w:tc>
        <w:tc>
          <w:tcPr>
            <w:tcW w:w="1234" w:type="dxa"/>
          </w:tcPr>
          <w:p w14:paraId="5AB7DD4A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5AB13D9E" w14:textId="77777777" w:rsidR="004B4EAF" w:rsidRDefault="004B4EAF"/>
        </w:tc>
        <w:tc>
          <w:tcPr>
            <w:tcW w:w="1234" w:type="dxa"/>
          </w:tcPr>
          <w:p w14:paraId="5C95B927" w14:textId="77777777" w:rsidR="004B4EAF" w:rsidRDefault="004B4EAF"/>
        </w:tc>
      </w:tr>
      <w:tr w:rsidR="004B4EAF" w14:paraId="7B1153D4" w14:textId="77777777">
        <w:tc>
          <w:tcPr>
            <w:tcW w:w="1234" w:type="dxa"/>
          </w:tcPr>
          <w:p w14:paraId="7BB72EC1" w14:textId="77777777" w:rsidR="004B4EAF" w:rsidRDefault="00000000">
            <w:r>
              <w:t>1993</w:t>
            </w:r>
          </w:p>
        </w:tc>
        <w:tc>
          <w:tcPr>
            <w:tcW w:w="1234" w:type="dxa"/>
          </w:tcPr>
          <w:p w14:paraId="3D899CEC" w14:textId="77777777" w:rsidR="004B4EAF" w:rsidRDefault="00000000">
            <w:r>
              <w:t xml:space="preserve">Schistosoma haematobium infection among </w:t>
            </w:r>
            <w:r>
              <w:lastRenderedPageBreak/>
              <w:t>Ethiopian prisoners of war (1977-1988) returning from Somalia</w:t>
            </w:r>
          </w:p>
        </w:tc>
        <w:tc>
          <w:tcPr>
            <w:tcW w:w="1234" w:type="dxa"/>
          </w:tcPr>
          <w:p w14:paraId="6355D87B" w14:textId="77777777" w:rsidR="004B4EAF" w:rsidRDefault="00000000">
            <w:r>
              <w:lastRenderedPageBreak/>
              <w:t>Ethiop Med J</w:t>
            </w:r>
          </w:p>
        </w:tc>
        <w:tc>
          <w:tcPr>
            <w:tcW w:w="1234" w:type="dxa"/>
          </w:tcPr>
          <w:p w14:paraId="6F5EE336" w14:textId="77777777" w:rsidR="004B4EAF" w:rsidRDefault="00000000">
            <w:r>
              <w:t>Birrie, H.; Berhe, N.; Tedla, S.; Gemeda, N.</w:t>
            </w:r>
          </w:p>
        </w:tc>
        <w:tc>
          <w:tcPr>
            <w:tcW w:w="1234" w:type="dxa"/>
          </w:tcPr>
          <w:p w14:paraId="263F8A7A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6EB02789" w14:textId="77777777" w:rsidR="004B4EAF" w:rsidRDefault="004B4EAF"/>
        </w:tc>
        <w:tc>
          <w:tcPr>
            <w:tcW w:w="1234" w:type="dxa"/>
          </w:tcPr>
          <w:p w14:paraId="76E99BF7" w14:textId="77777777" w:rsidR="004B4EAF" w:rsidRDefault="004B4EAF"/>
        </w:tc>
      </w:tr>
      <w:tr w:rsidR="004B4EAF" w14:paraId="25CC230E" w14:textId="77777777">
        <w:tc>
          <w:tcPr>
            <w:tcW w:w="1234" w:type="dxa"/>
          </w:tcPr>
          <w:p w14:paraId="62C9EB04" w14:textId="77777777" w:rsidR="004B4EAF" w:rsidRDefault="00000000">
            <w:r>
              <w:t>2001</w:t>
            </w:r>
          </w:p>
        </w:tc>
        <w:tc>
          <w:tcPr>
            <w:tcW w:w="1234" w:type="dxa"/>
          </w:tcPr>
          <w:p w14:paraId="7749F428" w14:textId="77777777" w:rsidR="004B4EAF" w:rsidRDefault="00000000">
            <w:r>
              <w:t>Schistosoma haematobium</w:t>
            </w:r>
          </w:p>
        </w:tc>
        <w:tc>
          <w:tcPr>
            <w:tcW w:w="1234" w:type="dxa"/>
          </w:tcPr>
          <w:p w14:paraId="6B289E76" w14:textId="77777777" w:rsidR="004B4EAF" w:rsidRDefault="00000000">
            <w:r>
              <w:t>N Engl J Med</w:t>
            </w:r>
          </w:p>
        </w:tc>
        <w:tc>
          <w:tcPr>
            <w:tcW w:w="1234" w:type="dxa"/>
          </w:tcPr>
          <w:p w14:paraId="1053FF58" w14:textId="77777777" w:rsidR="004B4EAF" w:rsidRDefault="00000000">
            <w:r>
              <w:t>Boehm, D.; Pryce, D. J.</w:t>
            </w:r>
          </w:p>
        </w:tc>
        <w:tc>
          <w:tcPr>
            <w:tcW w:w="1234" w:type="dxa"/>
          </w:tcPr>
          <w:p w14:paraId="01778ACB" w14:textId="77777777" w:rsidR="004B4EAF" w:rsidRDefault="00000000">
            <w:r>
              <w:t>Diagnosis, Differential</w:t>
            </w:r>
          </w:p>
        </w:tc>
        <w:tc>
          <w:tcPr>
            <w:tcW w:w="1234" w:type="dxa"/>
          </w:tcPr>
          <w:p w14:paraId="62144D95" w14:textId="77777777" w:rsidR="004B4EAF" w:rsidRDefault="00000000">
            <w:r>
              <w:t>10.1056/nejm200104123441515</w:t>
            </w:r>
          </w:p>
        </w:tc>
        <w:tc>
          <w:tcPr>
            <w:tcW w:w="1234" w:type="dxa"/>
          </w:tcPr>
          <w:p w14:paraId="3FF1440B" w14:textId="77777777" w:rsidR="004B4EAF" w:rsidRDefault="004B4EAF"/>
        </w:tc>
      </w:tr>
      <w:tr w:rsidR="004B4EAF" w14:paraId="209D2B80" w14:textId="77777777">
        <w:tc>
          <w:tcPr>
            <w:tcW w:w="1234" w:type="dxa"/>
          </w:tcPr>
          <w:p w14:paraId="23698763" w14:textId="77777777" w:rsidR="004B4EAF" w:rsidRDefault="00000000">
            <w:r>
              <w:t>2009</w:t>
            </w:r>
          </w:p>
        </w:tc>
        <w:tc>
          <w:tcPr>
            <w:tcW w:w="1234" w:type="dxa"/>
          </w:tcPr>
          <w:p w14:paraId="227B9664" w14:textId="77777777" w:rsidR="004B4EAF" w:rsidRDefault="00000000">
            <w:r>
              <w:t>Schistosomiasis: a case study</w:t>
            </w:r>
          </w:p>
        </w:tc>
        <w:tc>
          <w:tcPr>
            <w:tcW w:w="1234" w:type="dxa"/>
          </w:tcPr>
          <w:p w14:paraId="7A45415B" w14:textId="77777777" w:rsidR="004B4EAF" w:rsidRDefault="00000000">
            <w:r>
              <w:t>Urol Nurs</w:t>
            </w:r>
          </w:p>
        </w:tc>
        <w:tc>
          <w:tcPr>
            <w:tcW w:w="1234" w:type="dxa"/>
          </w:tcPr>
          <w:p w14:paraId="4DE947C1" w14:textId="77777777" w:rsidR="004B4EAF" w:rsidRDefault="00000000">
            <w:r>
              <w:t>Borch, M.; Kiernan, M.; Rust, K.; Baron, B.; Simmons, B.; Hattala, P.; Davey, A.; Yovanovich, J.; Shayder, D.; Wasilewski, A.; LaFaro, V. E.</w:t>
            </w:r>
          </w:p>
        </w:tc>
        <w:tc>
          <w:tcPr>
            <w:tcW w:w="1234" w:type="dxa"/>
          </w:tcPr>
          <w:p w14:paraId="09728F28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0AEAB56B" w14:textId="77777777" w:rsidR="004B4EAF" w:rsidRDefault="004B4EAF"/>
        </w:tc>
        <w:tc>
          <w:tcPr>
            <w:tcW w:w="1234" w:type="dxa"/>
          </w:tcPr>
          <w:p w14:paraId="693E9313" w14:textId="77777777" w:rsidR="004B4EAF" w:rsidRDefault="004B4EAF"/>
        </w:tc>
      </w:tr>
      <w:tr w:rsidR="004B4EAF" w14:paraId="083FDA60" w14:textId="77777777">
        <w:tc>
          <w:tcPr>
            <w:tcW w:w="1234" w:type="dxa"/>
          </w:tcPr>
          <w:p w14:paraId="489AA10B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6F211123" w14:textId="77777777" w:rsidR="004B4EAF" w:rsidRDefault="00000000">
            <w:r>
              <w:t>Serological evidence of dengue fever among refugees, Hargeysa, Somalia</w:t>
            </w:r>
          </w:p>
        </w:tc>
        <w:tc>
          <w:tcPr>
            <w:tcW w:w="1234" w:type="dxa"/>
          </w:tcPr>
          <w:p w14:paraId="629B6C5D" w14:textId="77777777" w:rsidR="004B4EAF" w:rsidRDefault="00000000">
            <w:r>
              <w:t>J Med Virol</w:t>
            </w:r>
          </w:p>
        </w:tc>
        <w:tc>
          <w:tcPr>
            <w:tcW w:w="1234" w:type="dxa"/>
          </w:tcPr>
          <w:p w14:paraId="7F992757" w14:textId="77777777" w:rsidR="004B4EAF" w:rsidRDefault="00000000">
            <w:r>
              <w:t>Botros, B. A.; Watts, D. M.; Soliman, A. K.; Salib, A. W.; Moussa, M. I.; Mursal, H.; Douglas, C.; Farah, M.</w:t>
            </w:r>
          </w:p>
        </w:tc>
        <w:tc>
          <w:tcPr>
            <w:tcW w:w="1234" w:type="dxa"/>
          </w:tcPr>
          <w:p w14:paraId="3187229A" w14:textId="77777777" w:rsidR="004B4EAF" w:rsidRDefault="00000000">
            <w:r>
              <w:t>Antibodies, Viral/immunology</w:t>
            </w:r>
          </w:p>
        </w:tc>
        <w:tc>
          <w:tcPr>
            <w:tcW w:w="1234" w:type="dxa"/>
          </w:tcPr>
          <w:p w14:paraId="28473A4D" w14:textId="77777777" w:rsidR="004B4EAF" w:rsidRDefault="00000000">
            <w:r>
              <w:t>10.1002/jmv.1890290202</w:t>
            </w:r>
          </w:p>
        </w:tc>
        <w:tc>
          <w:tcPr>
            <w:tcW w:w="1234" w:type="dxa"/>
          </w:tcPr>
          <w:p w14:paraId="4F9452F8" w14:textId="77777777" w:rsidR="004B4EAF" w:rsidRDefault="004B4EAF"/>
        </w:tc>
      </w:tr>
      <w:tr w:rsidR="004B4EAF" w14:paraId="3AD68C23" w14:textId="77777777">
        <w:tc>
          <w:tcPr>
            <w:tcW w:w="1234" w:type="dxa"/>
          </w:tcPr>
          <w:p w14:paraId="14A94608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3CF05A60" w14:textId="77777777" w:rsidR="004B4EAF" w:rsidRDefault="00000000">
            <w:r>
              <w:t>Plasmodium falciparum isolate with histidine-rich protein 2 gene deletion from Nyala City, Western Sudan</w:t>
            </w:r>
          </w:p>
        </w:tc>
        <w:tc>
          <w:tcPr>
            <w:tcW w:w="1234" w:type="dxa"/>
          </w:tcPr>
          <w:p w14:paraId="6BC7FAED" w14:textId="77777777" w:rsidR="004B4EAF" w:rsidRDefault="00000000">
            <w:r>
              <w:t>Sci Rep</w:t>
            </w:r>
          </w:p>
        </w:tc>
        <w:tc>
          <w:tcPr>
            <w:tcW w:w="1234" w:type="dxa"/>
          </w:tcPr>
          <w:p w14:paraId="71F23F12" w14:textId="77777777" w:rsidR="004B4EAF" w:rsidRDefault="00000000">
            <w:r>
              <w:t>Boush, M. A.; Djibrine, M. A.; Mussa, A.; Talib, M.; Maki, A.; Mohammed, A.; Beshir, K. B.; Mohamed, Z.; Hajissa, K.</w:t>
            </w:r>
          </w:p>
        </w:tc>
        <w:tc>
          <w:tcPr>
            <w:tcW w:w="1234" w:type="dxa"/>
          </w:tcPr>
          <w:p w14:paraId="756A81CF" w14:textId="77777777" w:rsidR="004B4EAF" w:rsidRDefault="00000000">
            <w:r>
              <w:t>Antigens, Protozoan/*genetics</w:t>
            </w:r>
          </w:p>
        </w:tc>
        <w:tc>
          <w:tcPr>
            <w:tcW w:w="1234" w:type="dxa"/>
          </w:tcPr>
          <w:p w14:paraId="1202CE2D" w14:textId="77777777" w:rsidR="004B4EAF" w:rsidRDefault="00000000">
            <w:r>
              <w:t>10.1038/s41598-020-69756-8</w:t>
            </w:r>
          </w:p>
        </w:tc>
        <w:tc>
          <w:tcPr>
            <w:tcW w:w="1234" w:type="dxa"/>
          </w:tcPr>
          <w:p w14:paraId="10AC3E16" w14:textId="77777777" w:rsidR="004B4EAF" w:rsidRDefault="004B4EAF"/>
        </w:tc>
      </w:tr>
      <w:tr w:rsidR="004B4EAF" w14:paraId="44DC42CA" w14:textId="77777777">
        <w:tc>
          <w:tcPr>
            <w:tcW w:w="1234" w:type="dxa"/>
          </w:tcPr>
          <w:p w14:paraId="53CAF2C1" w14:textId="77777777" w:rsidR="004B4EAF" w:rsidRDefault="00000000">
            <w:r>
              <w:lastRenderedPageBreak/>
              <w:t>2001</w:t>
            </w:r>
          </w:p>
        </w:tc>
        <w:tc>
          <w:tcPr>
            <w:tcW w:w="1234" w:type="dxa"/>
          </w:tcPr>
          <w:p w14:paraId="2BCFC05D" w14:textId="77777777" w:rsidR="004B4EAF" w:rsidRDefault="00000000">
            <w:r>
              <w:t>Visceral leishmaniasis (kala-azar) outbreak in Somali refugees and Kenyan shepherds, Kenya</w:t>
            </w:r>
          </w:p>
        </w:tc>
        <w:tc>
          <w:tcPr>
            <w:tcW w:w="1234" w:type="dxa"/>
          </w:tcPr>
          <w:p w14:paraId="5C1378FD" w14:textId="77777777" w:rsidR="004B4EAF" w:rsidRDefault="00000000">
            <w:r>
              <w:t>Emerg Infect Dis</w:t>
            </w:r>
          </w:p>
        </w:tc>
        <w:tc>
          <w:tcPr>
            <w:tcW w:w="1234" w:type="dxa"/>
          </w:tcPr>
          <w:p w14:paraId="72156D81" w14:textId="77777777" w:rsidR="004B4EAF" w:rsidRDefault="00000000">
            <w:r>
              <w:t>Boussery, G.; Boelaert, M.; van Peteghem, J.; Ejikon, P.; Henckaerts, K.</w:t>
            </w:r>
          </w:p>
        </w:tc>
        <w:tc>
          <w:tcPr>
            <w:tcW w:w="1234" w:type="dxa"/>
          </w:tcPr>
          <w:p w14:paraId="3B16E7C6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8C65EC8" w14:textId="77777777" w:rsidR="004B4EAF" w:rsidRDefault="00000000">
            <w:r>
              <w:t>10.3201/eid0707.010746</w:t>
            </w:r>
          </w:p>
        </w:tc>
        <w:tc>
          <w:tcPr>
            <w:tcW w:w="1234" w:type="dxa"/>
          </w:tcPr>
          <w:p w14:paraId="6D2F2646" w14:textId="77777777" w:rsidR="004B4EAF" w:rsidRDefault="004B4EAF"/>
        </w:tc>
      </w:tr>
      <w:tr w:rsidR="004B4EAF" w14:paraId="15F6C617" w14:textId="77777777">
        <w:tc>
          <w:tcPr>
            <w:tcW w:w="1234" w:type="dxa"/>
          </w:tcPr>
          <w:p w14:paraId="50FB26DC" w14:textId="77777777" w:rsidR="004B4EAF" w:rsidRDefault="00000000">
            <w:r>
              <w:t>2009</w:t>
            </w:r>
          </w:p>
        </w:tc>
        <w:tc>
          <w:tcPr>
            <w:tcW w:w="1234" w:type="dxa"/>
          </w:tcPr>
          <w:p w14:paraId="4E0E99D7" w14:textId="77777777" w:rsidR="004B4EAF" w:rsidRDefault="00000000">
            <w:r>
              <w:t>Community based parasitic screening and treatment of Sudanese refugees: application and assessment of Centers for Disease Control guidelines</w:t>
            </w:r>
          </w:p>
        </w:tc>
        <w:tc>
          <w:tcPr>
            <w:tcW w:w="1234" w:type="dxa"/>
          </w:tcPr>
          <w:p w14:paraId="2130B7BB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Am J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6505469D" w14:textId="77777777" w:rsidR="004B4EAF" w:rsidRDefault="00000000">
            <w:r>
              <w:t>Brodine, S. K.; Thomas, A.; Huang, R.; Harbertson, J.; Mehta, S.; Leake, J.; Nutman, T.; Moser, K.; Wolf, J.; Ramanathan, R.; Burbelo, P.; Nou, J.; Wilkins, P.; Reed, S. L.</w:t>
            </w:r>
          </w:p>
        </w:tc>
        <w:tc>
          <w:tcPr>
            <w:tcW w:w="1234" w:type="dxa"/>
          </w:tcPr>
          <w:p w14:paraId="1672F265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52C9BBBF" w14:textId="77777777" w:rsidR="004B4EAF" w:rsidRDefault="004B4EAF"/>
        </w:tc>
        <w:tc>
          <w:tcPr>
            <w:tcW w:w="1234" w:type="dxa"/>
          </w:tcPr>
          <w:p w14:paraId="20346AED" w14:textId="77777777" w:rsidR="004B4EAF" w:rsidRDefault="004B4EAF"/>
        </w:tc>
      </w:tr>
      <w:tr w:rsidR="004B4EAF" w14:paraId="271F417B" w14:textId="77777777">
        <w:tc>
          <w:tcPr>
            <w:tcW w:w="1234" w:type="dxa"/>
          </w:tcPr>
          <w:p w14:paraId="371A187A" w14:textId="77777777" w:rsidR="004B4EAF" w:rsidRDefault="00000000">
            <w:r>
              <w:t>1982</w:t>
            </w:r>
          </w:p>
        </w:tc>
        <w:tc>
          <w:tcPr>
            <w:tcW w:w="1234" w:type="dxa"/>
          </w:tcPr>
          <w:p w14:paraId="7F29DC07" w14:textId="77777777" w:rsidR="004B4EAF" w:rsidRDefault="00000000">
            <w:r>
              <w:t>Human leptospirosis in Somalia: a serological survey</w:t>
            </w:r>
          </w:p>
        </w:tc>
        <w:tc>
          <w:tcPr>
            <w:tcW w:w="1234" w:type="dxa"/>
          </w:tcPr>
          <w:p w14:paraId="03EB0556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6A387368" w14:textId="77777777" w:rsidR="004B4EAF" w:rsidRDefault="00000000">
            <w:r>
              <w:t>Cacciapuoti, B.; Nuti, M.; Pinto, A.; Sabrie, A. M.</w:t>
            </w:r>
          </w:p>
        </w:tc>
        <w:tc>
          <w:tcPr>
            <w:tcW w:w="1234" w:type="dxa"/>
          </w:tcPr>
          <w:p w14:paraId="12B03B58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0DE15B4A" w14:textId="77777777" w:rsidR="004B4EAF" w:rsidRDefault="00000000">
            <w:r>
              <w:t>10.1016/0035-9203(82)90270-x</w:t>
            </w:r>
          </w:p>
        </w:tc>
        <w:tc>
          <w:tcPr>
            <w:tcW w:w="1234" w:type="dxa"/>
          </w:tcPr>
          <w:p w14:paraId="1977E1D4" w14:textId="77777777" w:rsidR="004B4EAF" w:rsidRDefault="004B4EAF"/>
        </w:tc>
      </w:tr>
      <w:tr w:rsidR="004B4EAF" w14:paraId="3E83B783" w14:textId="77777777">
        <w:tc>
          <w:tcPr>
            <w:tcW w:w="1234" w:type="dxa"/>
          </w:tcPr>
          <w:p w14:paraId="751FDFC0" w14:textId="77777777" w:rsidR="004B4EAF" w:rsidRDefault="00000000">
            <w:r>
              <w:t>1968</w:t>
            </w:r>
          </w:p>
        </w:tc>
        <w:tc>
          <w:tcPr>
            <w:tcW w:w="1234" w:type="dxa"/>
          </w:tcPr>
          <w:p w14:paraId="62D7C14F" w14:textId="77777777" w:rsidR="004B4EAF" w:rsidRDefault="00000000">
            <w:r>
              <w:t>Clinical and epidemiological patterns of leishmaniasis in Africa</w:t>
            </w:r>
          </w:p>
        </w:tc>
        <w:tc>
          <w:tcPr>
            <w:tcW w:w="1234" w:type="dxa"/>
          </w:tcPr>
          <w:p w14:paraId="0A1FD795" w14:textId="77777777" w:rsidR="004B4EAF" w:rsidRDefault="00000000">
            <w:r>
              <w:t>Trop Geogr Med</w:t>
            </w:r>
          </w:p>
        </w:tc>
        <w:tc>
          <w:tcPr>
            <w:tcW w:w="1234" w:type="dxa"/>
          </w:tcPr>
          <w:p w14:paraId="029E277B" w14:textId="77777777" w:rsidR="004B4EAF" w:rsidRDefault="00000000">
            <w:r>
              <w:t>Cahill, K. M.</w:t>
            </w:r>
          </w:p>
        </w:tc>
        <w:tc>
          <w:tcPr>
            <w:tcW w:w="1234" w:type="dxa"/>
          </w:tcPr>
          <w:p w14:paraId="085D3D94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C100A77" w14:textId="77777777" w:rsidR="004B4EAF" w:rsidRDefault="004B4EAF"/>
        </w:tc>
        <w:tc>
          <w:tcPr>
            <w:tcW w:w="1234" w:type="dxa"/>
          </w:tcPr>
          <w:p w14:paraId="0E6E74CE" w14:textId="77777777" w:rsidR="004B4EAF" w:rsidRDefault="004B4EAF"/>
        </w:tc>
      </w:tr>
      <w:tr w:rsidR="004B4EAF" w14:paraId="78524980" w14:textId="77777777">
        <w:tc>
          <w:tcPr>
            <w:tcW w:w="1234" w:type="dxa"/>
          </w:tcPr>
          <w:p w14:paraId="5E23EAAA" w14:textId="77777777" w:rsidR="004B4EAF" w:rsidRDefault="00000000">
            <w:r>
              <w:t>1971</w:t>
            </w:r>
          </w:p>
        </w:tc>
        <w:tc>
          <w:tcPr>
            <w:tcW w:w="1234" w:type="dxa"/>
          </w:tcPr>
          <w:p w14:paraId="22EE5FF0" w14:textId="77777777" w:rsidR="004B4EAF" w:rsidRDefault="00000000">
            <w:r>
              <w:t>Studies in Somalia</w:t>
            </w:r>
          </w:p>
        </w:tc>
        <w:tc>
          <w:tcPr>
            <w:tcW w:w="1234" w:type="dxa"/>
          </w:tcPr>
          <w:p w14:paraId="2DE34E69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0443CBEB" w14:textId="77777777" w:rsidR="004B4EAF" w:rsidRDefault="00000000">
            <w:r>
              <w:t>Cahill, K. M.</w:t>
            </w:r>
          </w:p>
        </w:tc>
        <w:tc>
          <w:tcPr>
            <w:tcW w:w="1234" w:type="dxa"/>
          </w:tcPr>
          <w:p w14:paraId="37F2AB92" w14:textId="77777777" w:rsidR="004B4EAF" w:rsidRDefault="00000000">
            <w:r>
              <w:t>Complement Fixation Tests</w:t>
            </w:r>
          </w:p>
        </w:tc>
        <w:tc>
          <w:tcPr>
            <w:tcW w:w="1234" w:type="dxa"/>
          </w:tcPr>
          <w:p w14:paraId="73ACD887" w14:textId="77777777" w:rsidR="004B4EAF" w:rsidRDefault="00000000">
            <w:r>
              <w:t>10.1016/0035-9203(71)90182-9</w:t>
            </w:r>
          </w:p>
        </w:tc>
        <w:tc>
          <w:tcPr>
            <w:tcW w:w="1234" w:type="dxa"/>
          </w:tcPr>
          <w:p w14:paraId="48FBA0BD" w14:textId="77777777" w:rsidR="004B4EAF" w:rsidRDefault="004B4EAF"/>
        </w:tc>
      </w:tr>
      <w:tr w:rsidR="004B4EAF" w14:paraId="5454F903" w14:textId="77777777">
        <w:tc>
          <w:tcPr>
            <w:tcW w:w="1234" w:type="dxa"/>
          </w:tcPr>
          <w:p w14:paraId="07DAA159" w14:textId="77777777" w:rsidR="004B4EAF" w:rsidRDefault="00000000">
            <w:r>
              <w:t>1968</w:t>
            </w:r>
          </w:p>
        </w:tc>
        <w:tc>
          <w:tcPr>
            <w:tcW w:w="1234" w:type="dxa"/>
          </w:tcPr>
          <w:p w14:paraId="696C91BF" w14:textId="77777777" w:rsidR="004B4EAF" w:rsidRDefault="00000000">
            <w:r>
              <w:t xml:space="preserve">Schistosomiasis in Somalia. A </w:t>
            </w:r>
            <w:r>
              <w:lastRenderedPageBreak/>
              <w:t>parasitological and serological survey in Giohar</w:t>
            </w:r>
          </w:p>
        </w:tc>
        <w:tc>
          <w:tcPr>
            <w:tcW w:w="1234" w:type="dxa"/>
          </w:tcPr>
          <w:p w14:paraId="052031FE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lastRenderedPageBreak/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3F2A9C70" w14:textId="77777777" w:rsidR="004B4EAF" w:rsidRDefault="00000000">
            <w:r>
              <w:t>Cahill, K. M.; Kagan, I.</w:t>
            </w:r>
          </w:p>
        </w:tc>
        <w:tc>
          <w:tcPr>
            <w:tcW w:w="1234" w:type="dxa"/>
          </w:tcPr>
          <w:p w14:paraId="60C0533F" w14:textId="77777777" w:rsidR="004B4EAF" w:rsidRDefault="00000000">
            <w:r>
              <w:t>Africa, Eastern</w:t>
            </w:r>
          </w:p>
        </w:tc>
        <w:tc>
          <w:tcPr>
            <w:tcW w:w="1234" w:type="dxa"/>
          </w:tcPr>
          <w:p w14:paraId="4D467A91" w14:textId="77777777" w:rsidR="004B4EAF" w:rsidRDefault="00000000">
            <w:r>
              <w:t>10.1016/0035-9203(68)90161-2</w:t>
            </w:r>
          </w:p>
        </w:tc>
        <w:tc>
          <w:tcPr>
            <w:tcW w:w="1234" w:type="dxa"/>
          </w:tcPr>
          <w:p w14:paraId="23D8EEFC" w14:textId="77777777" w:rsidR="004B4EAF" w:rsidRDefault="004B4EAF"/>
        </w:tc>
      </w:tr>
      <w:tr w:rsidR="004B4EAF" w14:paraId="7A9684D9" w14:textId="77777777">
        <w:tc>
          <w:tcPr>
            <w:tcW w:w="1234" w:type="dxa"/>
          </w:tcPr>
          <w:p w14:paraId="5AE1BC28" w14:textId="77777777" w:rsidR="004B4EAF" w:rsidRDefault="00000000">
            <w:r>
              <w:t>2011</w:t>
            </w:r>
          </w:p>
        </w:tc>
        <w:tc>
          <w:tcPr>
            <w:tcW w:w="1234" w:type="dxa"/>
          </w:tcPr>
          <w:p w14:paraId="20FC4318" w14:textId="77777777" w:rsidR="004B4EAF" w:rsidRDefault="00000000">
            <w:r>
              <w:t>A cluster of cutaneous leishmaniasis associated with human smuggling</w:t>
            </w:r>
          </w:p>
        </w:tc>
        <w:tc>
          <w:tcPr>
            <w:tcW w:w="1234" w:type="dxa"/>
          </w:tcPr>
          <w:p w14:paraId="08A6AD2A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Am J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7D4DD5A2" w14:textId="77777777" w:rsidR="004B4EAF" w:rsidRDefault="00000000">
            <w:r>
              <w:t>Cannella, A. P.; Nguyen, B. M.; Piggott, C. D.; Lee, R. A.; Vinetz, J. M.; Mehta, S. R.</w:t>
            </w:r>
          </w:p>
        </w:tc>
        <w:tc>
          <w:tcPr>
            <w:tcW w:w="1234" w:type="dxa"/>
          </w:tcPr>
          <w:p w14:paraId="2E099C97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41C9268B" w14:textId="77777777" w:rsidR="004B4EAF" w:rsidRDefault="00000000">
            <w:r>
              <w:t>10.4269/ajtmh.2011.10-0693</w:t>
            </w:r>
          </w:p>
        </w:tc>
        <w:tc>
          <w:tcPr>
            <w:tcW w:w="1234" w:type="dxa"/>
          </w:tcPr>
          <w:p w14:paraId="5CD88C98" w14:textId="77777777" w:rsidR="004B4EAF" w:rsidRDefault="004B4EAF"/>
        </w:tc>
      </w:tr>
      <w:tr w:rsidR="004B4EAF" w14:paraId="798EB0BC" w14:textId="77777777">
        <w:tc>
          <w:tcPr>
            <w:tcW w:w="1234" w:type="dxa"/>
          </w:tcPr>
          <w:p w14:paraId="7B736CAB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161CD548" w14:textId="77777777" w:rsidR="004B4EAF" w:rsidRDefault="00000000">
            <w:r>
              <w:t>Clinical characteristics and treatment of actinomycetoma in northeast Mexico: A case series</w:t>
            </w:r>
          </w:p>
        </w:tc>
        <w:tc>
          <w:tcPr>
            <w:tcW w:w="1234" w:type="dxa"/>
          </w:tcPr>
          <w:p w14:paraId="6B2EFA0E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043BCF32" w14:textId="77777777" w:rsidR="004B4EAF" w:rsidRDefault="00000000">
            <w:r>
              <w:t>Cárdenas-de la Garza, J. A.; Welsh, O.; Cuéllar-Barboza, A.; Suarez-Sánchez, K. P.; De la Cruz-Valadez, E.; Cruz-Gómez, L. G.; Gallardo-Rocha, A.; Ocampo-Candiani, J.; Vera-Cabrera, L.</w:t>
            </w:r>
          </w:p>
        </w:tc>
        <w:tc>
          <w:tcPr>
            <w:tcW w:w="1234" w:type="dxa"/>
          </w:tcPr>
          <w:p w14:paraId="0588580E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5AA6CEFA" w14:textId="77777777" w:rsidR="004B4EAF" w:rsidRDefault="00000000">
            <w:r>
              <w:t>10.1371/journal.pntd.0008123</w:t>
            </w:r>
          </w:p>
        </w:tc>
        <w:tc>
          <w:tcPr>
            <w:tcW w:w="1234" w:type="dxa"/>
          </w:tcPr>
          <w:p w14:paraId="4C5F2802" w14:textId="77777777" w:rsidR="004B4EAF" w:rsidRDefault="004B4EAF"/>
        </w:tc>
      </w:tr>
      <w:tr w:rsidR="004B4EAF" w14:paraId="097AF0D1" w14:textId="77777777">
        <w:tc>
          <w:tcPr>
            <w:tcW w:w="1234" w:type="dxa"/>
          </w:tcPr>
          <w:p w14:paraId="721F1E98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2EE5A8A1" w14:textId="77777777" w:rsidR="004B4EAF" w:rsidRDefault="00000000">
            <w:r>
              <w:t xml:space="preserve">Skin Mycetoma in an 11-Year-Old African Boy: Case Presentation with Emphasis on Histopathological Features and Differential </w:t>
            </w:r>
            <w:r>
              <w:lastRenderedPageBreak/>
              <w:t>Diagnosis</w:t>
            </w:r>
          </w:p>
        </w:tc>
        <w:tc>
          <w:tcPr>
            <w:tcW w:w="1234" w:type="dxa"/>
          </w:tcPr>
          <w:p w14:paraId="3B82E242" w14:textId="77777777" w:rsidR="004B4EAF" w:rsidRDefault="00000000">
            <w:r>
              <w:lastRenderedPageBreak/>
              <w:t>Dermatopathology (Basel)</w:t>
            </w:r>
          </w:p>
        </w:tc>
        <w:tc>
          <w:tcPr>
            <w:tcW w:w="1234" w:type="dxa"/>
          </w:tcPr>
          <w:p w14:paraId="272ED98A" w14:textId="77777777" w:rsidR="004B4EAF" w:rsidRDefault="00000000">
            <w:r>
              <w:t xml:space="preserve">Cazzato, G.; Colagrande, A.; Cimmino, A.; Lospalluti, L.; Demarco, A.; Foti, C.; Romita, P.; Arezzo, F.; Loizzi, V.; Parente, P.; Resta, L.; </w:t>
            </w:r>
            <w:r>
              <w:lastRenderedPageBreak/>
              <w:t>Ingravallo, G.</w:t>
            </w:r>
          </w:p>
        </w:tc>
        <w:tc>
          <w:tcPr>
            <w:tcW w:w="1234" w:type="dxa"/>
          </w:tcPr>
          <w:p w14:paraId="4B5C5B9F" w14:textId="77777777" w:rsidR="004B4EAF" w:rsidRDefault="00000000">
            <w:r>
              <w:lastRenderedPageBreak/>
              <w:t>actinomycetes</w:t>
            </w:r>
          </w:p>
        </w:tc>
        <w:tc>
          <w:tcPr>
            <w:tcW w:w="1234" w:type="dxa"/>
          </w:tcPr>
          <w:p w14:paraId="3133D075" w14:textId="77777777" w:rsidR="004B4EAF" w:rsidRDefault="00000000">
            <w:r>
              <w:t>10.3390/dermatopathology8040053</w:t>
            </w:r>
          </w:p>
        </w:tc>
        <w:tc>
          <w:tcPr>
            <w:tcW w:w="1234" w:type="dxa"/>
          </w:tcPr>
          <w:p w14:paraId="2BD0EF59" w14:textId="77777777" w:rsidR="004B4EAF" w:rsidRDefault="004B4EAF"/>
        </w:tc>
      </w:tr>
      <w:tr w:rsidR="004B4EAF" w14:paraId="4C78F6B4" w14:textId="77777777">
        <w:tc>
          <w:tcPr>
            <w:tcW w:w="1234" w:type="dxa"/>
          </w:tcPr>
          <w:p w14:paraId="4C754057" w14:textId="77777777" w:rsidR="004B4EAF" w:rsidRDefault="00000000">
            <w:r>
              <w:t>2013</w:t>
            </w:r>
          </w:p>
        </w:tc>
        <w:tc>
          <w:tcPr>
            <w:tcW w:w="1234" w:type="dxa"/>
          </w:tcPr>
          <w:p w14:paraId="49322F35" w14:textId="77777777" w:rsidR="004B4EAF" w:rsidRDefault="00000000">
            <w:r>
              <w:t>First report of the visceral leishmaniasis vector Phlebotomus martini (Diptera: Psychodidae) in Tanzania</w:t>
            </w:r>
          </w:p>
        </w:tc>
        <w:tc>
          <w:tcPr>
            <w:tcW w:w="1234" w:type="dxa"/>
          </w:tcPr>
          <w:p w14:paraId="2549E9C9" w14:textId="77777777" w:rsidR="004B4EAF" w:rsidRDefault="00000000">
            <w:r>
              <w:t>J Med Entomol</w:t>
            </w:r>
          </w:p>
        </w:tc>
        <w:tc>
          <w:tcPr>
            <w:tcW w:w="1234" w:type="dxa"/>
          </w:tcPr>
          <w:p w14:paraId="1F9A7C38" w14:textId="77777777" w:rsidR="004B4EAF" w:rsidRDefault="00000000">
            <w:r>
              <w:t>Clark, J. W.; Kioko, E.; Odemba, N.; Ngere, F.; Kamanza, J.; Oyugi, E.; Kerich, G.; Kimbita, E.; Bast, J. D.</w:t>
            </w:r>
          </w:p>
        </w:tc>
        <w:tc>
          <w:tcPr>
            <w:tcW w:w="1234" w:type="dxa"/>
          </w:tcPr>
          <w:p w14:paraId="049C2CAA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766A31B3" w14:textId="77777777" w:rsidR="004B4EAF" w:rsidRDefault="00000000">
            <w:r>
              <w:t>10.1603/me12147</w:t>
            </w:r>
          </w:p>
        </w:tc>
        <w:tc>
          <w:tcPr>
            <w:tcW w:w="1234" w:type="dxa"/>
          </w:tcPr>
          <w:p w14:paraId="630185DA" w14:textId="77777777" w:rsidR="004B4EAF" w:rsidRDefault="004B4EAF"/>
        </w:tc>
      </w:tr>
      <w:tr w:rsidR="004B4EAF" w14:paraId="78FC37CE" w14:textId="77777777">
        <w:tc>
          <w:tcPr>
            <w:tcW w:w="1234" w:type="dxa"/>
          </w:tcPr>
          <w:p w14:paraId="579D308E" w14:textId="77777777" w:rsidR="004B4EAF" w:rsidRDefault="00000000">
            <w:r>
              <w:t>1964</w:t>
            </w:r>
          </w:p>
        </w:tc>
        <w:tc>
          <w:tcPr>
            <w:tcW w:w="1234" w:type="dxa"/>
          </w:tcPr>
          <w:p w14:paraId="445C9745" w14:textId="77777777" w:rsidR="004B4EAF" w:rsidRDefault="00000000">
            <w:r>
              <w:t>THE SPECIES OF ONCHOCERCA IN CATTLE IN KENYA AND SOMALIA</w:t>
            </w:r>
          </w:p>
        </w:tc>
        <w:tc>
          <w:tcPr>
            <w:tcW w:w="1234" w:type="dxa"/>
          </w:tcPr>
          <w:p w14:paraId="2F240A2F" w14:textId="77777777" w:rsidR="004B4EAF" w:rsidRDefault="00000000">
            <w:r>
              <w:t>Ann Trop Med Parasitol</w:t>
            </w:r>
          </w:p>
        </w:tc>
        <w:tc>
          <w:tcPr>
            <w:tcW w:w="1234" w:type="dxa"/>
          </w:tcPr>
          <w:p w14:paraId="14A777EE" w14:textId="77777777" w:rsidR="004B4EAF" w:rsidRDefault="00000000">
            <w:r>
              <w:t>Clarkson, M. J.</w:t>
            </w:r>
          </w:p>
        </w:tc>
        <w:tc>
          <w:tcPr>
            <w:tcW w:w="1234" w:type="dxa"/>
          </w:tcPr>
          <w:p w14:paraId="77B0AA8B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4F8B8278" w14:textId="77777777" w:rsidR="004B4EAF" w:rsidRDefault="00000000">
            <w:r>
              <w:t>10.1080/00034983.1964.11686225</w:t>
            </w:r>
          </w:p>
        </w:tc>
        <w:tc>
          <w:tcPr>
            <w:tcW w:w="1234" w:type="dxa"/>
          </w:tcPr>
          <w:p w14:paraId="361905B1" w14:textId="77777777" w:rsidR="004B4EAF" w:rsidRDefault="004B4EAF"/>
        </w:tc>
      </w:tr>
      <w:tr w:rsidR="004B4EAF" w14:paraId="7B66F334" w14:textId="77777777">
        <w:tc>
          <w:tcPr>
            <w:tcW w:w="1234" w:type="dxa"/>
          </w:tcPr>
          <w:p w14:paraId="7EF5D83D" w14:textId="77777777" w:rsidR="004B4EAF" w:rsidRDefault="00000000">
            <w:r>
              <w:t>2007</w:t>
            </w:r>
          </w:p>
        </w:tc>
        <w:tc>
          <w:tcPr>
            <w:tcW w:w="1234" w:type="dxa"/>
          </w:tcPr>
          <w:p w14:paraId="3875867C" w14:textId="77777777" w:rsidR="004B4EAF" w:rsidRDefault="00000000">
            <w:r>
              <w:t>Tuberculosis in complex emergencies</w:t>
            </w:r>
          </w:p>
        </w:tc>
        <w:tc>
          <w:tcPr>
            <w:tcW w:w="1234" w:type="dxa"/>
          </w:tcPr>
          <w:p w14:paraId="0FB5134C" w14:textId="77777777" w:rsidR="004B4EAF" w:rsidRDefault="00000000">
            <w:r>
              <w:t>Bull World Health Organ</w:t>
            </w:r>
          </w:p>
        </w:tc>
        <w:tc>
          <w:tcPr>
            <w:tcW w:w="1234" w:type="dxa"/>
          </w:tcPr>
          <w:p w14:paraId="30B212B1" w14:textId="77777777" w:rsidR="004B4EAF" w:rsidRDefault="00000000">
            <w:r>
              <w:t>Coninx, R.</w:t>
            </w:r>
          </w:p>
        </w:tc>
        <w:tc>
          <w:tcPr>
            <w:tcW w:w="1234" w:type="dxa"/>
          </w:tcPr>
          <w:p w14:paraId="3A83E01A" w14:textId="77777777" w:rsidR="004B4EAF" w:rsidRDefault="00000000">
            <w:r>
              <w:t>Antitubercular Agents/supply &amp; distribution/*therapeutic use</w:t>
            </w:r>
          </w:p>
        </w:tc>
        <w:tc>
          <w:tcPr>
            <w:tcW w:w="1234" w:type="dxa"/>
          </w:tcPr>
          <w:p w14:paraId="70390A14" w14:textId="77777777" w:rsidR="004B4EAF" w:rsidRDefault="00000000">
            <w:r>
              <w:t>10.2471/blt.06.037630</w:t>
            </w:r>
          </w:p>
        </w:tc>
        <w:tc>
          <w:tcPr>
            <w:tcW w:w="1234" w:type="dxa"/>
          </w:tcPr>
          <w:p w14:paraId="574489CA" w14:textId="77777777" w:rsidR="004B4EAF" w:rsidRDefault="004B4EAF"/>
        </w:tc>
      </w:tr>
      <w:tr w:rsidR="004B4EAF" w14:paraId="1347A5EF" w14:textId="77777777">
        <w:tc>
          <w:tcPr>
            <w:tcW w:w="1234" w:type="dxa"/>
          </w:tcPr>
          <w:p w14:paraId="378D1684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3AA58CC3" w14:textId="77777777" w:rsidR="004B4EAF" w:rsidRDefault="00000000">
            <w:r>
              <w:t>From reverse innovation to global innovation in animal health: A review</w:t>
            </w:r>
          </w:p>
        </w:tc>
        <w:tc>
          <w:tcPr>
            <w:tcW w:w="1234" w:type="dxa"/>
          </w:tcPr>
          <w:p w14:paraId="7C15E143" w14:textId="77777777" w:rsidR="004B4EAF" w:rsidRDefault="00000000">
            <w:r>
              <w:t>Heliyon</w:t>
            </w:r>
          </w:p>
        </w:tc>
        <w:tc>
          <w:tcPr>
            <w:tcW w:w="1234" w:type="dxa"/>
          </w:tcPr>
          <w:p w14:paraId="6E6FD208" w14:textId="77777777" w:rsidR="004B4EAF" w:rsidRDefault="00000000">
            <w:r>
              <w:t>Crump, L.; Maidane, Y.; Mauti, S.; Tschopp, R.; Ali, S. M.; Abtidon, R.; Bourhy, H.; Keita, Z.; Doumbia, S.; Traore, A.; Bonfoh, B.; Tetchi, M.; Tiembré, I.; Kallo, V.; Paithankar, V.; Zinsstag, J.</w:t>
            </w:r>
          </w:p>
        </w:tc>
        <w:tc>
          <w:tcPr>
            <w:tcW w:w="1234" w:type="dxa"/>
          </w:tcPr>
          <w:p w14:paraId="52D95F23" w14:textId="77777777" w:rsidR="004B4EAF" w:rsidRDefault="00000000">
            <w:r>
              <w:t>Contact sensor</w:t>
            </w:r>
          </w:p>
        </w:tc>
        <w:tc>
          <w:tcPr>
            <w:tcW w:w="1234" w:type="dxa"/>
          </w:tcPr>
          <w:p w14:paraId="7823A0A5" w14:textId="77777777" w:rsidR="004B4EAF" w:rsidRDefault="00000000">
            <w:r>
              <w:t>10.1016/j.heliyon.2021.e08044</w:t>
            </w:r>
          </w:p>
        </w:tc>
        <w:tc>
          <w:tcPr>
            <w:tcW w:w="1234" w:type="dxa"/>
          </w:tcPr>
          <w:p w14:paraId="09D6DF78" w14:textId="77777777" w:rsidR="004B4EAF" w:rsidRDefault="004B4EAF"/>
        </w:tc>
      </w:tr>
      <w:tr w:rsidR="004B4EAF" w14:paraId="37D9867F" w14:textId="77777777">
        <w:tc>
          <w:tcPr>
            <w:tcW w:w="1234" w:type="dxa"/>
          </w:tcPr>
          <w:p w14:paraId="3EB58329" w14:textId="77777777" w:rsidR="004B4EAF" w:rsidRDefault="00000000">
            <w:r>
              <w:t>199</w:t>
            </w:r>
            <w:r>
              <w:lastRenderedPageBreak/>
              <w:t>1</w:t>
            </w:r>
          </w:p>
        </w:tc>
        <w:tc>
          <w:tcPr>
            <w:tcW w:w="1234" w:type="dxa"/>
          </w:tcPr>
          <w:p w14:paraId="5475A4B8" w14:textId="77777777" w:rsidR="004B4EAF" w:rsidRDefault="00000000">
            <w:r>
              <w:lastRenderedPageBreak/>
              <w:t xml:space="preserve">Estimating </w:t>
            </w:r>
            <w:r>
              <w:lastRenderedPageBreak/>
              <w:t>maternal mortality in Djibouti: an application of the sisterhood method</w:t>
            </w:r>
          </w:p>
        </w:tc>
        <w:tc>
          <w:tcPr>
            <w:tcW w:w="1234" w:type="dxa"/>
          </w:tcPr>
          <w:p w14:paraId="403D051B" w14:textId="77777777" w:rsidR="004B4EAF" w:rsidRDefault="00000000">
            <w:r>
              <w:lastRenderedPageBreak/>
              <w:t xml:space="preserve">Int J </w:t>
            </w:r>
            <w:r>
              <w:lastRenderedPageBreak/>
              <w:t>Epidemiol</w:t>
            </w:r>
          </w:p>
        </w:tc>
        <w:tc>
          <w:tcPr>
            <w:tcW w:w="1234" w:type="dxa"/>
          </w:tcPr>
          <w:p w14:paraId="7FF9A39D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lastRenderedPageBreak/>
              <w:t xml:space="preserve">David, P.; </w:t>
            </w:r>
            <w:proofErr w:type="spellStart"/>
            <w:r w:rsidRPr="005440C3">
              <w:rPr>
                <w:lang w:val="nb-NO"/>
              </w:rPr>
              <w:t>Kawar</w:t>
            </w:r>
            <w:proofErr w:type="spellEnd"/>
            <w:r w:rsidRPr="005440C3">
              <w:rPr>
                <w:lang w:val="nb-NO"/>
              </w:rPr>
              <w:t xml:space="preserve">, </w:t>
            </w:r>
            <w:r w:rsidRPr="005440C3">
              <w:rPr>
                <w:lang w:val="nb-NO"/>
              </w:rPr>
              <w:lastRenderedPageBreak/>
              <w:t>S.; Graham, W.</w:t>
            </w:r>
          </w:p>
        </w:tc>
        <w:tc>
          <w:tcPr>
            <w:tcW w:w="1234" w:type="dxa"/>
          </w:tcPr>
          <w:p w14:paraId="2706B0D4" w14:textId="77777777" w:rsidR="004B4EAF" w:rsidRDefault="00000000">
            <w:r>
              <w:lastRenderedPageBreak/>
              <w:t>Adolescent</w:t>
            </w:r>
          </w:p>
        </w:tc>
        <w:tc>
          <w:tcPr>
            <w:tcW w:w="1234" w:type="dxa"/>
          </w:tcPr>
          <w:p w14:paraId="46BA72FB" w14:textId="77777777" w:rsidR="004B4EAF" w:rsidRDefault="00000000">
            <w:r>
              <w:t>10.1093/ije/20.2.551</w:t>
            </w:r>
          </w:p>
        </w:tc>
        <w:tc>
          <w:tcPr>
            <w:tcW w:w="1234" w:type="dxa"/>
          </w:tcPr>
          <w:p w14:paraId="79D9E956" w14:textId="77777777" w:rsidR="004B4EAF" w:rsidRDefault="004B4EAF"/>
        </w:tc>
      </w:tr>
      <w:tr w:rsidR="004B4EAF" w14:paraId="283C1A4D" w14:textId="77777777">
        <w:tc>
          <w:tcPr>
            <w:tcW w:w="1234" w:type="dxa"/>
          </w:tcPr>
          <w:p w14:paraId="2F099286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1D46F719" w14:textId="77777777" w:rsidR="004B4EAF" w:rsidRDefault="00000000">
            <w:r>
              <w:t>Estimating the number of cases of podoconiosis in Ethiopia using geostatistical methods</w:t>
            </w:r>
          </w:p>
        </w:tc>
        <w:tc>
          <w:tcPr>
            <w:tcW w:w="1234" w:type="dxa"/>
          </w:tcPr>
          <w:p w14:paraId="46823A72" w14:textId="77777777" w:rsidR="004B4EAF" w:rsidRDefault="00000000">
            <w:r>
              <w:t>Wellcome Open Res</w:t>
            </w:r>
          </w:p>
        </w:tc>
        <w:tc>
          <w:tcPr>
            <w:tcW w:w="1234" w:type="dxa"/>
          </w:tcPr>
          <w:p w14:paraId="0D090261" w14:textId="77777777" w:rsidR="004B4EAF" w:rsidRDefault="00000000">
            <w:r>
              <w:t>Deribe, K.; Cano, J.; Giorgi, E.; Pigott, D. M.; Golding, N.; Pullan, R. L.; Noor, A. M.; Cromwell, E. A.; Osgood-Zimmerman, A.; Enquselassie, F.; Hailu, A.; Murray, C. J. L.; Newport, M. J.; Brooker, S. J.; Hay, S. I.; Davey, G.</w:t>
            </w:r>
          </w:p>
        </w:tc>
        <w:tc>
          <w:tcPr>
            <w:tcW w:w="1234" w:type="dxa"/>
          </w:tcPr>
          <w:p w14:paraId="2DAD0A59" w14:textId="77777777" w:rsidR="004B4EAF" w:rsidRDefault="00000000">
            <w:r>
              <w:t>Ethiopia</w:t>
            </w:r>
          </w:p>
        </w:tc>
        <w:tc>
          <w:tcPr>
            <w:tcW w:w="1234" w:type="dxa"/>
          </w:tcPr>
          <w:p w14:paraId="6272BA44" w14:textId="77777777" w:rsidR="004B4EAF" w:rsidRDefault="00000000">
            <w:r>
              <w:t>10.12688/wellcomeopenres.12483.2</w:t>
            </w:r>
          </w:p>
        </w:tc>
        <w:tc>
          <w:tcPr>
            <w:tcW w:w="1234" w:type="dxa"/>
          </w:tcPr>
          <w:p w14:paraId="6660BCE9" w14:textId="77777777" w:rsidR="004B4EAF" w:rsidRDefault="004B4EAF"/>
        </w:tc>
      </w:tr>
      <w:tr w:rsidR="004B4EAF" w14:paraId="2703112A" w14:textId="77777777">
        <w:tc>
          <w:tcPr>
            <w:tcW w:w="1234" w:type="dxa"/>
          </w:tcPr>
          <w:p w14:paraId="24C9C5C7" w14:textId="77777777" w:rsidR="004B4EAF" w:rsidRDefault="00000000">
            <w:r>
              <w:t>2015</w:t>
            </w:r>
          </w:p>
        </w:tc>
        <w:tc>
          <w:tcPr>
            <w:tcW w:w="1234" w:type="dxa"/>
          </w:tcPr>
          <w:p w14:paraId="6BB539E8" w14:textId="77777777" w:rsidR="004B4EAF" w:rsidRDefault="00000000">
            <w:r>
              <w:t>Mapping and Modelling the Geographical Distribution and Environmental Limits of Podoconiosis in Ethiopia</w:t>
            </w:r>
          </w:p>
        </w:tc>
        <w:tc>
          <w:tcPr>
            <w:tcW w:w="1234" w:type="dxa"/>
          </w:tcPr>
          <w:p w14:paraId="227B7896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75CDDD58" w14:textId="77777777" w:rsidR="004B4EAF" w:rsidRDefault="00000000">
            <w:r>
              <w:t xml:space="preserve">Deribe, K.; Cano, J.; Newport, M. J.; Golding, N.; Pullan, R. L.; Sime, H.; Gebretsadik, A.; Assefa, A.; Kebede, A.; Hailu, A.; Rebollo, M. P.; Shafi, O.; </w:t>
            </w:r>
            <w:r>
              <w:lastRenderedPageBreak/>
              <w:t>Bockarie, M. J.; Aseffa, A.; Hay, S. I.; Reithinger, R.; Enquselassie, F.; Davey, G.; Brooker, S. J.</w:t>
            </w:r>
          </w:p>
        </w:tc>
        <w:tc>
          <w:tcPr>
            <w:tcW w:w="1234" w:type="dxa"/>
          </w:tcPr>
          <w:p w14:paraId="75B1646A" w14:textId="77777777" w:rsidR="004B4EAF" w:rsidRDefault="00000000">
            <w:r>
              <w:lastRenderedPageBreak/>
              <w:t>Elephantiasis/*epidemiology</w:t>
            </w:r>
          </w:p>
        </w:tc>
        <w:tc>
          <w:tcPr>
            <w:tcW w:w="1234" w:type="dxa"/>
          </w:tcPr>
          <w:p w14:paraId="3166227B" w14:textId="77777777" w:rsidR="004B4EAF" w:rsidRDefault="00000000">
            <w:r>
              <w:t>10.1371/journal.pntd.0003946</w:t>
            </w:r>
          </w:p>
        </w:tc>
        <w:tc>
          <w:tcPr>
            <w:tcW w:w="1234" w:type="dxa"/>
          </w:tcPr>
          <w:p w14:paraId="364598C8" w14:textId="77777777" w:rsidR="004B4EAF" w:rsidRDefault="004B4EAF"/>
        </w:tc>
      </w:tr>
      <w:tr w:rsidR="004B4EAF" w14:paraId="7588D431" w14:textId="77777777">
        <w:tc>
          <w:tcPr>
            <w:tcW w:w="1234" w:type="dxa"/>
          </w:tcPr>
          <w:p w14:paraId="3BB6504D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5C335DDB" w14:textId="77777777" w:rsidR="004B4EAF" w:rsidRDefault="00000000">
            <w:r>
              <w:t>Human fascioliasis in Africa: A systematic review</w:t>
            </w:r>
          </w:p>
        </w:tc>
        <w:tc>
          <w:tcPr>
            <w:tcW w:w="1234" w:type="dxa"/>
          </w:tcPr>
          <w:p w14:paraId="39A48A21" w14:textId="77777777" w:rsidR="004B4EAF" w:rsidRDefault="00000000">
            <w:r>
              <w:t>PLoS One</w:t>
            </w:r>
          </w:p>
        </w:tc>
        <w:tc>
          <w:tcPr>
            <w:tcW w:w="1234" w:type="dxa"/>
          </w:tcPr>
          <w:p w14:paraId="7853D938" w14:textId="77777777" w:rsidR="004B4EAF" w:rsidRDefault="00000000">
            <w:r>
              <w:t>Dermauw, V.; Muchai, J.; Al Kappany, Y.; Fajardo Castaneda, A. L.; Dorny, P.</w:t>
            </w:r>
          </w:p>
        </w:tc>
        <w:tc>
          <w:tcPr>
            <w:tcW w:w="1234" w:type="dxa"/>
          </w:tcPr>
          <w:p w14:paraId="43C13341" w14:textId="77777777" w:rsidR="004B4EAF" w:rsidRDefault="00000000">
            <w:r>
              <w:t>Africa/epidemiology</w:t>
            </w:r>
          </w:p>
        </w:tc>
        <w:tc>
          <w:tcPr>
            <w:tcW w:w="1234" w:type="dxa"/>
          </w:tcPr>
          <w:p w14:paraId="65D80C78" w14:textId="77777777" w:rsidR="004B4EAF" w:rsidRDefault="00000000">
            <w:r>
              <w:t>10.1371/journal.pone.0261166</w:t>
            </w:r>
          </w:p>
        </w:tc>
        <w:tc>
          <w:tcPr>
            <w:tcW w:w="1234" w:type="dxa"/>
          </w:tcPr>
          <w:p w14:paraId="2C6338DA" w14:textId="77777777" w:rsidR="004B4EAF" w:rsidRDefault="004B4EAF"/>
        </w:tc>
      </w:tr>
      <w:tr w:rsidR="004B4EAF" w14:paraId="07EC72F2" w14:textId="77777777">
        <w:tc>
          <w:tcPr>
            <w:tcW w:w="1234" w:type="dxa"/>
          </w:tcPr>
          <w:p w14:paraId="1D414334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6BBBEED7" w14:textId="77777777" w:rsidR="004B4EAF" w:rsidRDefault="00000000">
            <w:r>
              <w:t>Coxiella burnetii in Dromedary Camels (Camelus dromedarius): A Possible Threat for Humans and Livestock in North Africa and the Near and Middle East?</w:t>
            </w:r>
          </w:p>
        </w:tc>
        <w:tc>
          <w:tcPr>
            <w:tcW w:w="1234" w:type="dxa"/>
          </w:tcPr>
          <w:p w14:paraId="23C69CDA" w14:textId="77777777" w:rsidR="004B4EAF" w:rsidRDefault="00000000">
            <w:r>
              <w:t>Front Vet Sci</w:t>
            </w:r>
          </w:p>
        </w:tc>
        <w:tc>
          <w:tcPr>
            <w:tcW w:w="1234" w:type="dxa"/>
          </w:tcPr>
          <w:p w14:paraId="157C1C82" w14:textId="77777777" w:rsidR="004B4EAF" w:rsidRDefault="00000000">
            <w:r>
              <w:t>Devaux, C. A.; Osman, I. O.; Million, M.; Raoult, D.</w:t>
            </w:r>
          </w:p>
        </w:tc>
        <w:tc>
          <w:tcPr>
            <w:tcW w:w="1234" w:type="dxa"/>
          </w:tcPr>
          <w:p w14:paraId="555E5B60" w14:textId="77777777" w:rsidR="004B4EAF" w:rsidRDefault="00000000">
            <w:r>
              <w:t>Coxiella burnetii</w:t>
            </w:r>
          </w:p>
        </w:tc>
        <w:tc>
          <w:tcPr>
            <w:tcW w:w="1234" w:type="dxa"/>
          </w:tcPr>
          <w:p w14:paraId="1FE45BE7" w14:textId="77777777" w:rsidR="004B4EAF" w:rsidRDefault="00000000">
            <w:r>
              <w:t>10.3389/fvets.2020.558481</w:t>
            </w:r>
          </w:p>
        </w:tc>
        <w:tc>
          <w:tcPr>
            <w:tcW w:w="1234" w:type="dxa"/>
          </w:tcPr>
          <w:p w14:paraId="16A66139" w14:textId="77777777" w:rsidR="004B4EAF" w:rsidRDefault="004B4EAF"/>
        </w:tc>
      </w:tr>
      <w:tr w:rsidR="004B4EAF" w14:paraId="7E202738" w14:textId="77777777">
        <w:tc>
          <w:tcPr>
            <w:tcW w:w="1234" w:type="dxa"/>
          </w:tcPr>
          <w:p w14:paraId="150259FA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164277CE" w14:textId="77777777" w:rsidR="004B4EAF" w:rsidRDefault="00000000">
            <w:r>
              <w:t>Infectious and dermatological diseases among arriving migrants on the Italian coasts</w:t>
            </w:r>
          </w:p>
        </w:tc>
        <w:tc>
          <w:tcPr>
            <w:tcW w:w="1234" w:type="dxa"/>
          </w:tcPr>
          <w:p w14:paraId="0EFAE538" w14:textId="77777777" w:rsidR="004B4EAF" w:rsidRDefault="00000000">
            <w:r>
              <w:t>Eur J Public Health</w:t>
            </w:r>
          </w:p>
        </w:tc>
        <w:tc>
          <w:tcPr>
            <w:tcW w:w="1234" w:type="dxa"/>
          </w:tcPr>
          <w:p w14:paraId="4A383E7B" w14:textId="77777777" w:rsidR="004B4EAF" w:rsidRDefault="00000000">
            <w:r>
              <w:t>Di Meco, E.; Di Napoli, A.; Amato, L. M.; Fortino, A.; Costanzo, G.; Rossi, A.; Mirisola, C.; Petrelli, A.</w:t>
            </w:r>
          </w:p>
        </w:tc>
        <w:tc>
          <w:tcPr>
            <w:tcW w:w="1234" w:type="dxa"/>
          </w:tcPr>
          <w:p w14:paraId="6AC1C3CE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2681AED9" w14:textId="77777777" w:rsidR="004B4EAF" w:rsidRDefault="00000000">
            <w:r>
              <w:t>10.1093/eurpub/cky126</w:t>
            </w:r>
          </w:p>
        </w:tc>
        <w:tc>
          <w:tcPr>
            <w:tcW w:w="1234" w:type="dxa"/>
          </w:tcPr>
          <w:p w14:paraId="581D7BB8" w14:textId="77777777" w:rsidR="004B4EAF" w:rsidRDefault="004B4EAF"/>
        </w:tc>
      </w:tr>
      <w:tr w:rsidR="004B4EAF" w14:paraId="50512947" w14:textId="77777777">
        <w:tc>
          <w:tcPr>
            <w:tcW w:w="1234" w:type="dxa"/>
          </w:tcPr>
          <w:p w14:paraId="328D8655" w14:textId="77777777" w:rsidR="004B4EAF" w:rsidRDefault="00000000">
            <w:r>
              <w:t>2010</w:t>
            </w:r>
          </w:p>
        </w:tc>
        <w:tc>
          <w:tcPr>
            <w:tcW w:w="1234" w:type="dxa"/>
          </w:tcPr>
          <w:p w14:paraId="7A672F6F" w14:textId="77777777" w:rsidR="004B4EAF" w:rsidRDefault="00000000">
            <w:r>
              <w:t xml:space="preserve">First record of Ae. albopictus (Skuse 1894), in </w:t>
            </w:r>
            <w:r>
              <w:lastRenderedPageBreak/>
              <w:t>Central African Republic</w:t>
            </w:r>
          </w:p>
        </w:tc>
        <w:tc>
          <w:tcPr>
            <w:tcW w:w="1234" w:type="dxa"/>
          </w:tcPr>
          <w:p w14:paraId="6393BD3E" w14:textId="77777777" w:rsidR="004B4EAF" w:rsidRDefault="00000000">
            <w:r>
              <w:lastRenderedPageBreak/>
              <w:t>Trop Med Int Health</w:t>
            </w:r>
          </w:p>
        </w:tc>
        <w:tc>
          <w:tcPr>
            <w:tcW w:w="1234" w:type="dxa"/>
          </w:tcPr>
          <w:p w14:paraId="35CFE065" w14:textId="77777777" w:rsidR="004B4EAF" w:rsidRDefault="00000000">
            <w:r>
              <w:t>Diallo, M.; Laganier, R.; Nangouma, A.</w:t>
            </w:r>
          </w:p>
        </w:tc>
        <w:tc>
          <w:tcPr>
            <w:tcW w:w="1234" w:type="dxa"/>
          </w:tcPr>
          <w:p w14:paraId="02E0599D" w14:textId="77777777" w:rsidR="004B4EAF" w:rsidRDefault="00000000">
            <w:r>
              <w:t>Aedes/*classification</w:t>
            </w:r>
          </w:p>
        </w:tc>
        <w:tc>
          <w:tcPr>
            <w:tcW w:w="1234" w:type="dxa"/>
          </w:tcPr>
          <w:p w14:paraId="73DA841E" w14:textId="77777777" w:rsidR="004B4EAF" w:rsidRDefault="00000000">
            <w:r>
              <w:t>10.1111/j.1365-3156.2010.02594.x</w:t>
            </w:r>
          </w:p>
        </w:tc>
        <w:tc>
          <w:tcPr>
            <w:tcW w:w="1234" w:type="dxa"/>
          </w:tcPr>
          <w:p w14:paraId="210B79EC" w14:textId="77777777" w:rsidR="004B4EAF" w:rsidRDefault="004B4EAF"/>
        </w:tc>
      </w:tr>
      <w:tr w:rsidR="004B4EAF" w14:paraId="631871AC" w14:textId="77777777">
        <w:tc>
          <w:tcPr>
            <w:tcW w:w="1234" w:type="dxa"/>
          </w:tcPr>
          <w:p w14:paraId="54A95AC3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000BE01B" w14:textId="77777777" w:rsidR="004B4EAF" w:rsidRDefault="00000000">
            <w:r>
              <w:t>Mycetoma case series in Somalia</w:t>
            </w:r>
          </w:p>
        </w:tc>
        <w:tc>
          <w:tcPr>
            <w:tcW w:w="1234" w:type="dxa"/>
          </w:tcPr>
          <w:p w14:paraId="62A1298C" w14:textId="77777777" w:rsidR="004B4EAF" w:rsidRDefault="00000000">
            <w:r>
              <w:t>Trop Doct</w:t>
            </w:r>
          </w:p>
        </w:tc>
        <w:tc>
          <w:tcPr>
            <w:tcW w:w="1234" w:type="dxa"/>
          </w:tcPr>
          <w:p w14:paraId="5BC3D379" w14:textId="77777777" w:rsidR="004B4EAF" w:rsidRDefault="00000000">
            <w:r>
              <w:t>Doğan, A.; Ali, A. M.; Ali, M. A.; Abdullahi İ, M.</w:t>
            </w:r>
          </w:p>
        </w:tc>
        <w:tc>
          <w:tcPr>
            <w:tcW w:w="1234" w:type="dxa"/>
          </w:tcPr>
          <w:p w14:paraId="0294BADA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1ED0F445" w14:textId="77777777" w:rsidR="004B4EAF" w:rsidRDefault="00000000">
            <w:r>
              <w:t>10.1177/00494755231201664</w:t>
            </w:r>
          </w:p>
        </w:tc>
        <w:tc>
          <w:tcPr>
            <w:tcW w:w="1234" w:type="dxa"/>
          </w:tcPr>
          <w:p w14:paraId="5137C1F3" w14:textId="77777777" w:rsidR="004B4EAF" w:rsidRDefault="004B4EAF"/>
        </w:tc>
      </w:tr>
      <w:tr w:rsidR="004B4EAF" w14:paraId="3FF1899D" w14:textId="77777777">
        <w:tc>
          <w:tcPr>
            <w:tcW w:w="1234" w:type="dxa"/>
          </w:tcPr>
          <w:p w14:paraId="3BCDD0FD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61D75D43" w14:textId="77777777" w:rsidR="004B4EAF" w:rsidRDefault="00000000">
            <w:r>
              <w:t>Epidemiology of trachoma and its implications for implementing the "SAFE" strategy in Somali Region, Ethiopia: results of 14 population-based prevalence surveys</w:t>
            </w:r>
          </w:p>
        </w:tc>
        <w:tc>
          <w:tcPr>
            <w:tcW w:w="1234" w:type="dxa"/>
          </w:tcPr>
          <w:p w14:paraId="1E21CE00" w14:textId="77777777" w:rsidR="004B4EAF" w:rsidRDefault="00000000">
            <w:r>
              <w:t>Ophthalmic Epidemiol</w:t>
            </w:r>
          </w:p>
        </w:tc>
        <w:tc>
          <w:tcPr>
            <w:tcW w:w="1234" w:type="dxa"/>
          </w:tcPr>
          <w:p w14:paraId="11E896BE" w14:textId="77777777" w:rsidR="004B4EAF" w:rsidRDefault="00000000">
            <w:r>
              <w:t>Duale, A. B.; Negussu Ayele, N.; Macleod, C. K.; Kello, A. B.; Eshetu Gezachew, Z.; Binegdie, A.; Dejene, M.; Alemayehu, W.; Flueckiger, R. M.; Massae, P. A.; Willis, R.; Kebede Negash, B.; Solomon, A. W.</w:t>
            </w:r>
          </w:p>
        </w:tc>
        <w:tc>
          <w:tcPr>
            <w:tcW w:w="1234" w:type="dxa"/>
          </w:tcPr>
          <w:p w14:paraId="22EBA81B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459CC64F" w14:textId="77777777" w:rsidR="004B4EAF" w:rsidRDefault="00000000">
            <w:r>
              <w:t>10.1080/09286586.2017.1409358</w:t>
            </w:r>
          </w:p>
        </w:tc>
        <w:tc>
          <w:tcPr>
            <w:tcW w:w="1234" w:type="dxa"/>
          </w:tcPr>
          <w:p w14:paraId="2A70AEE0" w14:textId="77777777" w:rsidR="004B4EAF" w:rsidRDefault="004B4EAF"/>
        </w:tc>
      </w:tr>
      <w:tr w:rsidR="004B4EAF" w14:paraId="3FD7CDB3" w14:textId="77777777">
        <w:tc>
          <w:tcPr>
            <w:tcW w:w="1234" w:type="dxa"/>
          </w:tcPr>
          <w:p w14:paraId="30391564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18F67080" w14:textId="77777777" w:rsidR="004B4EAF" w:rsidRDefault="00000000">
            <w:r>
              <w:t>Current and future distribution of Aedes aegypti and Aedes albopictus (Diptera: Culicidae) in WHO Eastern Mediterranean Region</w:t>
            </w:r>
          </w:p>
        </w:tc>
        <w:tc>
          <w:tcPr>
            <w:tcW w:w="1234" w:type="dxa"/>
          </w:tcPr>
          <w:p w14:paraId="4146A9CE" w14:textId="77777777" w:rsidR="004B4EAF" w:rsidRDefault="00000000">
            <w:r>
              <w:t>Int J Health Geogr</w:t>
            </w:r>
          </w:p>
        </w:tc>
        <w:tc>
          <w:tcPr>
            <w:tcW w:w="1234" w:type="dxa"/>
          </w:tcPr>
          <w:p w14:paraId="4EED0C5E" w14:textId="77777777" w:rsidR="004B4EAF" w:rsidRDefault="00000000">
            <w:r>
              <w:t xml:space="preserve">Ducheyne, E.; Tran Minh, N. N.; Haddad, N.; Bryssinckx, W.; Buliva, E.; Simard, F.; Malik, M. R.; Charlier, J.; De Waele, V.; Mahmoud, O.; Mukhtar, M.; Bouattour, A.; Hussain, A.; </w:t>
            </w:r>
            <w:r>
              <w:lastRenderedPageBreak/>
              <w:t>Hendrickx, G.; Roiz, D.</w:t>
            </w:r>
          </w:p>
        </w:tc>
        <w:tc>
          <w:tcPr>
            <w:tcW w:w="1234" w:type="dxa"/>
          </w:tcPr>
          <w:p w14:paraId="77004564" w14:textId="77777777" w:rsidR="004B4EAF" w:rsidRDefault="00000000">
            <w:r>
              <w:lastRenderedPageBreak/>
              <w:t>*Aedes</w:t>
            </w:r>
          </w:p>
        </w:tc>
        <w:tc>
          <w:tcPr>
            <w:tcW w:w="1234" w:type="dxa"/>
          </w:tcPr>
          <w:p w14:paraId="607305F6" w14:textId="77777777" w:rsidR="004B4EAF" w:rsidRDefault="00000000">
            <w:r>
              <w:t>10.1186/s12942-018-0125-0</w:t>
            </w:r>
          </w:p>
        </w:tc>
        <w:tc>
          <w:tcPr>
            <w:tcW w:w="1234" w:type="dxa"/>
          </w:tcPr>
          <w:p w14:paraId="37B89924" w14:textId="77777777" w:rsidR="004B4EAF" w:rsidRDefault="004B4EAF"/>
        </w:tc>
      </w:tr>
      <w:tr w:rsidR="004B4EAF" w14:paraId="6B29D1FF" w14:textId="77777777">
        <w:tc>
          <w:tcPr>
            <w:tcW w:w="1234" w:type="dxa"/>
          </w:tcPr>
          <w:p w14:paraId="54FB1AC7" w14:textId="77777777" w:rsidR="004B4EAF" w:rsidRDefault="00000000">
            <w:r>
              <w:t>2010</w:t>
            </w:r>
          </w:p>
        </w:tc>
        <w:tc>
          <w:tcPr>
            <w:tcW w:w="1234" w:type="dxa"/>
          </w:tcPr>
          <w:p w14:paraId="403F1A76" w14:textId="77777777" w:rsidR="004B4EAF" w:rsidRDefault="00000000">
            <w:r>
              <w:t>Madura foot - mind the soil</w:t>
            </w:r>
          </w:p>
        </w:tc>
        <w:tc>
          <w:tcPr>
            <w:tcW w:w="1234" w:type="dxa"/>
          </w:tcPr>
          <w:p w14:paraId="4FE6F65C" w14:textId="77777777" w:rsidR="004B4EAF" w:rsidRDefault="00000000">
            <w:r>
              <w:t>J Plast Reconstr Aesthet Surg</w:t>
            </w:r>
          </w:p>
        </w:tc>
        <w:tc>
          <w:tcPr>
            <w:tcW w:w="1234" w:type="dxa"/>
          </w:tcPr>
          <w:p w14:paraId="6A860AED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El </w:t>
            </w:r>
            <w:proofErr w:type="spellStart"/>
            <w:r w:rsidRPr="005440C3">
              <w:rPr>
                <w:lang w:val="nb-NO"/>
              </w:rPr>
              <w:t>Muttardi</w:t>
            </w:r>
            <w:proofErr w:type="spellEnd"/>
            <w:r w:rsidRPr="005440C3">
              <w:rPr>
                <w:lang w:val="nb-NO"/>
              </w:rPr>
              <w:t xml:space="preserve">, N.; </w:t>
            </w:r>
            <w:proofErr w:type="spellStart"/>
            <w:r w:rsidRPr="005440C3">
              <w:rPr>
                <w:lang w:val="nb-NO"/>
              </w:rPr>
              <w:t>Kulendren</w:t>
            </w:r>
            <w:proofErr w:type="spellEnd"/>
            <w:r w:rsidRPr="005440C3">
              <w:rPr>
                <w:lang w:val="nb-NO"/>
              </w:rPr>
              <w:t xml:space="preserve">, D.; </w:t>
            </w:r>
            <w:proofErr w:type="spellStart"/>
            <w:r w:rsidRPr="005440C3">
              <w:rPr>
                <w:lang w:val="nb-NO"/>
              </w:rPr>
              <w:t>Jemec</w:t>
            </w:r>
            <w:proofErr w:type="spellEnd"/>
            <w:r w:rsidRPr="005440C3">
              <w:rPr>
                <w:lang w:val="nb-NO"/>
              </w:rPr>
              <w:t>, B.</w:t>
            </w:r>
          </w:p>
        </w:tc>
        <w:tc>
          <w:tcPr>
            <w:tcW w:w="1234" w:type="dxa"/>
          </w:tcPr>
          <w:p w14:paraId="335E0854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39725D60" w14:textId="77777777" w:rsidR="004B4EAF" w:rsidRDefault="00000000">
            <w:r>
              <w:t>10.1016/j.bjps.2009.12.007</w:t>
            </w:r>
          </w:p>
        </w:tc>
        <w:tc>
          <w:tcPr>
            <w:tcW w:w="1234" w:type="dxa"/>
          </w:tcPr>
          <w:p w14:paraId="73750410" w14:textId="77777777" w:rsidR="004B4EAF" w:rsidRDefault="004B4EAF"/>
        </w:tc>
      </w:tr>
      <w:tr w:rsidR="004B4EAF" w14:paraId="36F4F4BA" w14:textId="77777777">
        <w:tc>
          <w:tcPr>
            <w:tcW w:w="1234" w:type="dxa"/>
          </w:tcPr>
          <w:p w14:paraId="3E6A0AF7" w14:textId="77777777" w:rsidR="004B4EAF" w:rsidRDefault="00000000">
            <w:r>
              <w:t>2003</w:t>
            </w:r>
          </w:p>
        </w:tc>
        <w:tc>
          <w:tcPr>
            <w:tcW w:w="1234" w:type="dxa"/>
          </w:tcPr>
          <w:p w14:paraId="05336BCB" w14:textId="77777777" w:rsidR="004B4EAF" w:rsidRDefault="00000000">
            <w:r>
              <w:t>Lymphatic filariasis in the Eastern Mediterranean Region: current status and prospects for elimination</w:t>
            </w:r>
          </w:p>
        </w:tc>
        <w:tc>
          <w:tcPr>
            <w:tcW w:w="1234" w:type="dxa"/>
          </w:tcPr>
          <w:p w14:paraId="20BAF7DB" w14:textId="77777777" w:rsidR="004B4EAF" w:rsidRDefault="00000000">
            <w:r>
              <w:t>East Mediterr Health J</w:t>
            </w:r>
          </w:p>
        </w:tc>
        <w:tc>
          <w:tcPr>
            <w:tcW w:w="1234" w:type="dxa"/>
          </w:tcPr>
          <w:p w14:paraId="3FC34D5F" w14:textId="77777777" w:rsidR="004B4EAF" w:rsidRDefault="00000000">
            <w:r>
              <w:t>El Setouhy, M.; Ramzy, R. M.</w:t>
            </w:r>
          </w:p>
        </w:tc>
        <w:tc>
          <w:tcPr>
            <w:tcW w:w="1234" w:type="dxa"/>
          </w:tcPr>
          <w:p w14:paraId="427C13EC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2D15197B" w14:textId="77777777" w:rsidR="004B4EAF" w:rsidRDefault="004B4EAF"/>
        </w:tc>
        <w:tc>
          <w:tcPr>
            <w:tcW w:w="1234" w:type="dxa"/>
          </w:tcPr>
          <w:p w14:paraId="1D7F47DF" w14:textId="77777777" w:rsidR="004B4EAF" w:rsidRDefault="004B4EAF"/>
        </w:tc>
      </w:tr>
      <w:tr w:rsidR="004B4EAF" w14:paraId="015CFC9F" w14:textId="77777777">
        <w:tc>
          <w:tcPr>
            <w:tcW w:w="1234" w:type="dxa"/>
          </w:tcPr>
          <w:p w14:paraId="6E5D5EAE" w14:textId="77777777" w:rsidR="004B4EAF" w:rsidRDefault="00000000">
            <w:r>
              <w:t>2000</w:t>
            </w:r>
          </w:p>
        </w:tc>
        <w:tc>
          <w:tcPr>
            <w:tcW w:w="1234" w:type="dxa"/>
          </w:tcPr>
          <w:p w14:paraId="0F06349F" w14:textId="77777777" w:rsidR="004B4EAF" w:rsidRDefault="00000000">
            <w:r>
              <w:t>Evidence of Onchocerca fasciata (Filarioidea: Onchocercidae) in camels (Camelus dromedarius): I-prevalence, nodular lesions appearance and parasite morphology</w:t>
            </w:r>
          </w:p>
        </w:tc>
        <w:tc>
          <w:tcPr>
            <w:tcW w:w="1234" w:type="dxa"/>
          </w:tcPr>
          <w:p w14:paraId="7C1D7187" w14:textId="77777777" w:rsidR="004B4EAF" w:rsidRDefault="00000000">
            <w:r>
              <w:t>Vet Parasitol</w:t>
            </w:r>
          </w:p>
        </w:tc>
        <w:tc>
          <w:tcPr>
            <w:tcW w:w="1234" w:type="dxa"/>
          </w:tcPr>
          <w:p w14:paraId="109949F9" w14:textId="77777777" w:rsidR="004B4EAF" w:rsidRDefault="00000000">
            <w:r>
              <w:t>El-Massry, A. A.; Derbala, A. A.</w:t>
            </w:r>
          </w:p>
        </w:tc>
        <w:tc>
          <w:tcPr>
            <w:tcW w:w="1234" w:type="dxa"/>
          </w:tcPr>
          <w:p w14:paraId="63B78795" w14:textId="77777777" w:rsidR="004B4EAF" w:rsidRDefault="00000000">
            <w:r>
              <w:t>Abdomen/parasitology</w:t>
            </w:r>
          </w:p>
        </w:tc>
        <w:tc>
          <w:tcPr>
            <w:tcW w:w="1234" w:type="dxa"/>
          </w:tcPr>
          <w:p w14:paraId="12D94CD4" w14:textId="77777777" w:rsidR="004B4EAF" w:rsidRDefault="00000000">
            <w:r>
              <w:t>10.1016/s0304-4017(99)00203-4</w:t>
            </w:r>
          </w:p>
        </w:tc>
        <w:tc>
          <w:tcPr>
            <w:tcW w:w="1234" w:type="dxa"/>
          </w:tcPr>
          <w:p w14:paraId="3565117F" w14:textId="77777777" w:rsidR="004B4EAF" w:rsidRDefault="004B4EAF"/>
        </w:tc>
      </w:tr>
      <w:tr w:rsidR="004B4EAF" w14:paraId="40A08012" w14:textId="77777777">
        <w:tc>
          <w:tcPr>
            <w:tcW w:w="1234" w:type="dxa"/>
          </w:tcPr>
          <w:p w14:paraId="67541E2D" w14:textId="77777777" w:rsidR="004B4EAF" w:rsidRDefault="00000000">
            <w:r>
              <w:t>2011</w:t>
            </w:r>
          </w:p>
        </w:tc>
        <w:tc>
          <w:tcPr>
            <w:tcW w:w="1234" w:type="dxa"/>
          </w:tcPr>
          <w:p w14:paraId="211689F4" w14:textId="77777777" w:rsidR="004B4EAF" w:rsidRDefault="00000000">
            <w:r>
              <w:t xml:space="preserve">Ecology and control of the sand fly vectors of Leishmania donovani in East Africa, with special emphasis </w:t>
            </w:r>
            <w:r>
              <w:lastRenderedPageBreak/>
              <w:t>on Phlebotomus orientalis</w:t>
            </w:r>
          </w:p>
        </w:tc>
        <w:tc>
          <w:tcPr>
            <w:tcW w:w="1234" w:type="dxa"/>
          </w:tcPr>
          <w:p w14:paraId="78B72044" w14:textId="77777777" w:rsidR="004B4EAF" w:rsidRDefault="00000000">
            <w:r>
              <w:lastRenderedPageBreak/>
              <w:t>J Vector Ecol</w:t>
            </w:r>
          </w:p>
        </w:tc>
        <w:tc>
          <w:tcPr>
            <w:tcW w:w="1234" w:type="dxa"/>
          </w:tcPr>
          <w:p w14:paraId="245DCD9C" w14:textId="77777777" w:rsidR="004B4EAF" w:rsidRDefault="00000000">
            <w:r>
              <w:t>Elnaiem, D. E.</w:t>
            </w:r>
          </w:p>
        </w:tc>
        <w:tc>
          <w:tcPr>
            <w:tcW w:w="1234" w:type="dxa"/>
          </w:tcPr>
          <w:p w14:paraId="3DA5ABB8" w14:textId="77777777" w:rsidR="004B4EAF" w:rsidRDefault="00000000">
            <w:r>
              <w:t>Africa</w:t>
            </w:r>
          </w:p>
        </w:tc>
        <w:tc>
          <w:tcPr>
            <w:tcW w:w="1234" w:type="dxa"/>
          </w:tcPr>
          <w:p w14:paraId="17B987B7" w14:textId="77777777" w:rsidR="004B4EAF" w:rsidRDefault="00000000">
            <w:r>
              <w:t>10.1111/j.1948-7134.2011.00109.x</w:t>
            </w:r>
          </w:p>
        </w:tc>
        <w:tc>
          <w:tcPr>
            <w:tcW w:w="1234" w:type="dxa"/>
          </w:tcPr>
          <w:p w14:paraId="4398311A" w14:textId="77777777" w:rsidR="004B4EAF" w:rsidRDefault="004B4EAF"/>
        </w:tc>
      </w:tr>
      <w:tr w:rsidR="004B4EAF" w14:paraId="2C886CDD" w14:textId="77777777">
        <w:tc>
          <w:tcPr>
            <w:tcW w:w="1234" w:type="dxa"/>
          </w:tcPr>
          <w:p w14:paraId="685E1345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7C162B02" w14:textId="77777777" w:rsidR="004B4EAF" w:rsidRDefault="00000000">
            <w:r>
              <w:t>Prevalence and associated factors of sexual dysfunction in female hemodialysis patients: first report from Somalia</w:t>
            </w:r>
          </w:p>
        </w:tc>
        <w:tc>
          <w:tcPr>
            <w:tcW w:w="1234" w:type="dxa"/>
          </w:tcPr>
          <w:p w14:paraId="797CEFF9" w14:textId="77777777" w:rsidR="004B4EAF" w:rsidRDefault="00000000">
            <w:r>
              <w:t>BMC Womens Health</w:t>
            </w:r>
          </w:p>
        </w:tc>
        <w:tc>
          <w:tcPr>
            <w:tcW w:w="1234" w:type="dxa"/>
          </w:tcPr>
          <w:p w14:paraId="490F1439" w14:textId="77777777" w:rsidR="004B4EAF" w:rsidRDefault="00000000">
            <w:r>
              <w:t>Eraslan, A.; Mohamed, A. H.; Bashir, A. M.; Adani, A. A.; Cimen, S.</w:t>
            </w:r>
          </w:p>
        </w:tc>
        <w:tc>
          <w:tcPr>
            <w:tcW w:w="1234" w:type="dxa"/>
          </w:tcPr>
          <w:p w14:paraId="6287B6C8" w14:textId="77777777" w:rsidR="004B4EAF" w:rsidRDefault="00000000">
            <w:r>
              <w:t>Female</w:t>
            </w:r>
          </w:p>
        </w:tc>
        <w:tc>
          <w:tcPr>
            <w:tcW w:w="1234" w:type="dxa"/>
          </w:tcPr>
          <w:p w14:paraId="0B7BFBF6" w14:textId="77777777" w:rsidR="004B4EAF" w:rsidRDefault="00000000">
            <w:r>
              <w:t>10.1186/s12905-024-02902-w</w:t>
            </w:r>
          </w:p>
        </w:tc>
        <w:tc>
          <w:tcPr>
            <w:tcW w:w="1234" w:type="dxa"/>
          </w:tcPr>
          <w:p w14:paraId="2E7DD606" w14:textId="77777777" w:rsidR="004B4EAF" w:rsidRDefault="004B4EAF"/>
        </w:tc>
      </w:tr>
      <w:tr w:rsidR="004B4EAF" w14:paraId="39D9ADDE" w14:textId="77777777">
        <w:tc>
          <w:tcPr>
            <w:tcW w:w="1234" w:type="dxa"/>
          </w:tcPr>
          <w:p w14:paraId="08C5151C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0BC776D7" w14:textId="77777777" w:rsidR="004B4EAF" w:rsidRDefault="00000000">
            <w:r>
              <w:t>Hydatid cyst of the foot: a case report</w:t>
            </w:r>
          </w:p>
        </w:tc>
        <w:tc>
          <w:tcPr>
            <w:tcW w:w="1234" w:type="dxa"/>
          </w:tcPr>
          <w:p w14:paraId="7E26DB43" w14:textId="77777777" w:rsidR="004B4EAF" w:rsidRDefault="00000000">
            <w:r>
              <w:t>J Med Case Rep</w:t>
            </w:r>
          </w:p>
        </w:tc>
        <w:tc>
          <w:tcPr>
            <w:tcW w:w="1234" w:type="dxa"/>
          </w:tcPr>
          <w:p w14:paraId="33B68C48" w14:textId="77777777" w:rsidR="004B4EAF" w:rsidRDefault="00000000">
            <w:r>
              <w:t>Ewnte, B.</w:t>
            </w:r>
          </w:p>
        </w:tc>
        <w:tc>
          <w:tcPr>
            <w:tcW w:w="1234" w:type="dxa"/>
          </w:tcPr>
          <w:p w14:paraId="7D30720E" w14:textId="77777777" w:rsidR="004B4EAF" w:rsidRDefault="00000000">
            <w:r>
              <w:t>Echinococcosis/*diagnosis/surgery</w:t>
            </w:r>
          </w:p>
        </w:tc>
        <w:tc>
          <w:tcPr>
            <w:tcW w:w="1234" w:type="dxa"/>
          </w:tcPr>
          <w:p w14:paraId="4694835D" w14:textId="77777777" w:rsidR="004B4EAF" w:rsidRDefault="00000000">
            <w:r>
              <w:t>10.1186/s13256-019-2337-8</w:t>
            </w:r>
          </w:p>
        </w:tc>
        <w:tc>
          <w:tcPr>
            <w:tcW w:w="1234" w:type="dxa"/>
          </w:tcPr>
          <w:p w14:paraId="4A805F6D" w14:textId="77777777" w:rsidR="004B4EAF" w:rsidRDefault="004B4EAF"/>
        </w:tc>
      </w:tr>
      <w:tr w:rsidR="004B4EAF" w14:paraId="494FBB32" w14:textId="77777777">
        <w:tc>
          <w:tcPr>
            <w:tcW w:w="1234" w:type="dxa"/>
          </w:tcPr>
          <w:p w14:paraId="6EEFEC3F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05471B7C" w14:textId="77777777" w:rsidR="004B4EAF" w:rsidRDefault="00000000">
            <w:r>
              <w:t>Emergence of a novel chikungunya virus strain bearing the E1:V80A substitution, out of the Mombasa, Kenya 2017-2018 outbreak</w:t>
            </w:r>
          </w:p>
        </w:tc>
        <w:tc>
          <w:tcPr>
            <w:tcW w:w="1234" w:type="dxa"/>
          </w:tcPr>
          <w:p w14:paraId="13F61B6C" w14:textId="77777777" w:rsidR="004B4EAF" w:rsidRDefault="00000000">
            <w:r>
              <w:t>PLoS One</w:t>
            </w:r>
          </w:p>
        </w:tc>
        <w:tc>
          <w:tcPr>
            <w:tcW w:w="1234" w:type="dxa"/>
          </w:tcPr>
          <w:p w14:paraId="6386BAA0" w14:textId="77777777" w:rsidR="004B4EAF" w:rsidRDefault="00000000">
            <w:r>
              <w:t>Eyase, F.; Langat, S.; Berry, I. M.; Mulwa, F.; Nyunja, A.; Mutisya, J.; Owaka, S.; Limbaso, S.; Ofula, V.; Koka, H.; Koskei, E.; Lutomiah, J.; Jarman, R. G.; Sang, R.</w:t>
            </w:r>
          </w:p>
        </w:tc>
        <w:tc>
          <w:tcPr>
            <w:tcW w:w="1234" w:type="dxa"/>
          </w:tcPr>
          <w:p w14:paraId="42B27566" w14:textId="77777777" w:rsidR="004B4EAF" w:rsidRDefault="00000000">
            <w:r>
              <w:t>Aedes/virology</w:t>
            </w:r>
          </w:p>
        </w:tc>
        <w:tc>
          <w:tcPr>
            <w:tcW w:w="1234" w:type="dxa"/>
          </w:tcPr>
          <w:p w14:paraId="534EABC3" w14:textId="77777777" w:rsidR="004B4EAF" w:rsidRDefault="00000000">
            <w:r>
              <w:t>10.1371/journal.pone.0241754</w:t>
            </w:r>
          </w:p>
        </w:tc>
        <w:tc>
          <w:tcPr>
            <w:tcW w:w="1234" w:type="dxa"/>
          </w:tcPr>
          <w:p w14:paraId="0C202C4A" w14:textId="77777777" w:rsidR="004B4EAF" w:rsidRDefault="004B4EAF"/>
        </w:tc>
      </w:tr>
      <w:tr w:rsidR="004B4EAF" w14:paraId="447E6468" w14:textId="77777777">
        <w:tc>
          <w:tcPr>
            <w:tcW w:w="1234" w:type="dxa"/>
          </w:tcPr>
          <w:p w14:paraId="12CD3C5E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66919566" w14:textId="77777777" w:rsidR="004B4EAF" w:rsidRDefault="00000000">
            <w:r>
              <w:t xml:space="preserve">Understanding and addressing COVID-19 vaccine hesitancy in low and middle income countries </w:t>
            </w:r>
            <w:r>
              <w:lastRenderedPageBreak/>
              <w:t>and in people with severe mental illness: Overview and recommendations for Latin America and the Caribbean</w:t>
            </w:r>
          </w:p>
        </w:tc>
        <w:tc>
          <w:tcPr>
            <w:tcW w:w="1234" w:type="dxa"/>
          </w:tcPr>
          <w:p w14:paraId="7A1D4D2E" w14:textId="77777777" w:rsidR="004B4EAF" w:rsidRDefault="00000000">
            <w:r>
              <w:lastRenderedPageBreak/>
              <w:t>Front Psychiatry</w:t>
            </w:r>
          </w:p>
        </w:tc>
        <w:tc>
          <w:tcPr>
            <w:tcW w:w="1234" w:type="dxa"/>
          </w:tcPr>
          <w:p w14:paraId="5126E9D3" w14:textId="77777777" w:rsidR="004B4EAF" w:rsidRDefault="00000000">
            <w:r>
              <w:t>Faria, C. G. F.; de Matos, U. M. A.; Llado-Medina, L.; Pereira-Sanchez, V.; Freire, R.; Nardi, A. E.</w:t>
            </w:r>
          </w:p>
        </w:tc>
        <w:tc>
          <w:tcPr>
            <w:tcW w:w="1234" w:type="dxa"/>
          </w:tcPr>
          <w:p w14:paraId="5CE5371E" w14:textId="77777777" w:rsidR="004B4EAF" w:rsidRDefault="00000000">
            <w:r>
              <w:t>Covid-19</w:t>
            </w:r>
          </w:p>
        </w:tc>
        <w:tc>
          <w:tcPr>
            <w:tcW w:w="1234" w:type="dxa"/>
          </w:tcPr>
          <w:p w14:paraId="60805037" w14:textId="77777777" w:rsidR="004B4EAF" w:rsidRDefault="00000000">
            <w:r>
              <w:t>10.3389/fpsyt.2022.910410</w:t>
            </w:r>
          </w:p>
        </w:tc>
        <w:tc>
          <w:tcPr>
            <w:tcW w:w="1234" w:type="dxa"/>
          </w:tcPr>
          <w:p w14:paraId="35923169" w14:textId="77777777" w:rsidR="004B4EAF" w:rsidRDefault="004B4EAF"/>
        </w:tc>
      </w:tr>
      <w:tr w:rsidR="004B4EAF" w14:paraId="618CB324" w14:textId="77777777">
        <w:tc>
          <w:tcPr>
            <w:tcW w:w="1234" w:type="dxa"/>
          </w:tcPr>
          <w:p w14:paraId="3FDECCC3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61622CA7" w14:textId="77777777" w:rsidR="004B4EAF" w:rsidRDefault="00000000">
            <w:r>
              <w:t>Madura foot: an imported case of a non-common diagnosis</w:t>
            </w:r>
          </w:p>
        </w:tc>
        <w:tc>
          <w:tcPr>
            <w:tcW w:w="1234" w:type="dxa"/>
          </w:tcPr>
          <w:p w14:paraId="0E57FE61" w14:textId="77777777" w:rsidR="004B4EAF" w:rsidRDefault="00000000">
            <w:r>
              <w:t>Infez Med</w:t>
            </w:r>
          </w:p>
        </w:tc>
        <w:tc>
          <w:tcPr>
            <w:tcW w:w="1234" w:type="dxa"/>
          </w:tcPr>
          <w:p w14:paraId="60C67E71" w14:textId="77777777" w:rsidR="004B4EAF" w:rsidRDefault="00000000">
            <w:r>
              <w:t>Fasciana, T.; Colomba, C.; Cervo, A.; Di Carlo, P.; Scarlata, F.; Mascarella, C.; Giammanco, A.; Cascio, A.</w:t>
            </w:r>
          </w:p>
        </w:tc>
        <w:tc>
          <w:tcPr>
            <w:tcW w:w="1234" w:type="dxa"/>
          </w:tcPr>
          <w:p w14:paraId="39ED9F86" w14:textId="77777777" w:rsidR="004B4EAF" w:rsidRDefault="00000000">
            <w:r>
              <w:t>*Communicable Diseases, Imported/diagnosis/drug therapy</w:t>
            </w:r>
          </w:p>
        </w:tc>
        <w:tc>
          <w:tcPr>
            <w:tcW w:w="1234" w:type="dxa"/>
          </w:tcPr>
          <w:p w14:paraId="6C0DB5CA" w14:textId="77777777" w:rsidR="004B4EAF" w:rsidRDefault="004B4EAF"/>
        </w:tc>
        <w:tc>
          <w:tcPr>
            <w:tcW w:w="1234" w:type="dxa"/>
          </w:tcPr>
          <w:p w14:paraId="6503E59D" w14:textId="77777777" w:rsidR="004B4EAF" w:rsidRDefault="004B4EAF"/>
        </w:tc>
      </w:tr>
      <w:tr w:rsidR="004B4EAF" w14:paraId="31359D34" w14:textId="77777777">
        <w:tc>
          <w:tcPr>
            <w:tcW w:w="1234" w:type="dxa"/>
          </w:tcPr>
          <w:p w14:paraId="6DC156A0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2D251D34" w14:textId="77777777" w:rsidR="004B4EAF" w:rsidRDefault="00000000">
            <w:r>
              <w:t>Co-creation and priority setting for applied and implementation research in One Health: Improving capacities in public and animal health systems in Kenya</w:t>
            </w:r>
          </w:p>
        </w:tc>
        <w:tc>
          <w:tcPr>
            <w:tcW w:w="1234" w:type="dxa"/>
          </w:tcPr>
          <w:p w14:paraId="03DE2F15" w14:textId="77777777" w:rsidR="004B4EAF" w:rsidRDefault="00000000">
            <w:r>
              <w:t>One Health</w:t>
            </w:r>
          </w:p>
        </w:tc>
        <w:tc>
          <w:tcPr>
            <w:tcW w:w="1234" w:type="dxa"/>
          </w:tcPr>
          <w:p w14:paraId="7DC0EE46" w14:textId="77777777" w:rsidR="004B4EAF" w:rsidRDefault="00000000">
            <w:r>
              <w:t xml:space="preserve">Fasina, F. O.; Nanyingi, M.; Wangila, R. S.; Gikonyo, S.; Omani, R.; Nyariki, T.; Wahome, L. W.; Kiplamai, J.; Tenge, E.; Kivaria, F.; Okuthe, S.; Nzietchueng, S.; Kimani, T.; Kimutai, J.; Mucheru, G.; Njagi, O.; Njogu, G.; Rono, R.; </w:t>
            </w:r>
            <w:r>
              <w:lastRenderedPageBreak/>
              <w:t>Maina, G. N.; Mogaka, D.; Mathooko, J.; Sirdar, M. M.; Mogoa, E...</w:t>
            </w:r>
          </w:p>
        </w:tc>
        <w:tc>
          <w:tcPr>
            <w:tcW w:w="1234" w:type="dxa"/>
          </w:tcPr>
          <w:p w14:paraId="6D81F5BA" w14:textId="77777777" w:rsidR="004B4EAF" w:rsidRDefault="00000000">
            <w:r>
              <w:lastRenderedPageBreak/>
              <w:t>Anthropology</w:t>
            </w:r>
          </w:p>
        </w:tc>
        <w:tc>
          <w:tcPr>
            <w:tcW w:w="1234" w:type="dxa"/>
          </w:tcPr>
          <w:p w14:paraId="2DBCDBFB" w14:textId="77777777" w:rsidR="004B4EAF" w:rsidRDefault="00000000">
            <w:r>
              <w:t>10.1016/j.onehlt.2022.100460</w:t>
            </w:r>
          </w:p>
        </w:tc>
        <w:tc>
          <w:tcPr>
            <w:tcW w:w="1234" w:type="dxa"/>
          </w:tcPr>
          <w:p w14:paraId="414FE5F4" w14:textId="77777777" w:rsidR="004B4EAF" w:rsidRDefault="004B4EAF"/>
        </w:tc>
      </w:tr>
      <w:tr w:rsidR="004B4EAF" w14:paraId="3F0CFA21" w14:textId="77777777">
        <w:tc>
          <w:tcPr>
            <w:tcW w:w="1234" w:type="dxa"/>
          </w:tcPr>
          <w:p w14:paraId="70DCAC61" w14:textId="77777777" w:rsidR="004B4EAF" w:rsidRDefault="00000000">
            <w:r>
              <w:t>2014</w:t>
            </w:r>
          </w:p>
        </w:tc>
        <w:tc>
          <w:tcPr>
            <w:tcW w:w="1234" w:type="dxa"/>
          </w:tcPr>
          <w:p w14:paraId="5CCDF2EF" w14:textId="77777777" w:rsidR="004B4EAF" w:rsidRDefault="00000000">
            <w:r>
              <w:t>Malaria situation in an endemic area, southeastern iran</w:t>
            </w:r>
          </w:p>
        </w:tc>
        <w:tc>
          <w:tcPr>
            <w:tcW w:w="1234" w:type="dxa"/>
          </w:tcPr>
          <w:p w14:paraId="63ED91AA" w14:textId="77777777" w:rsidR="004B4EAF" w:rsidRDefault="00000000">
            <w:r>
              <w:t>J Arthropod Borne Dis</w:t>
            </w:r>
          </w:p>
        </w:tc>
        <w:tc>
          <w:tcPr>
            <w:tcW w:w="1234" w:type="dxa"/>
          </w:tcPr>
          <w:p w14:paraId="2BFA149B" w14:textId="77777777" w:rsidR="004B4EAF" w:rsidRDefault="00000000">
            <w:r>
              <w:t>Fekri, S.; Vatandoost, H.; Daryanavard, A.; Shahi, M.; Safari, R.; Raeisi, A.; Omar, A. S.; Sharif, M.; Azizi, A.; Ali, A. A.; Nasser, A.; Hasaballah, I.; Hanafi-Bojd, A. A.</w:t>
            </w:r>
          </w:p>
        </w:tc>
        <w:tc>
          <w:tcPr>
            <w:tcW w:w="1234" w:type="dxa"/>
          </w:tcPr>
          <w:p w14:paraId="33F53CBA" w14:textId="77777777" w:rsidR="004B4EAF" w:rsidRDefault="00000000">
            <w:r>
              <w:t>Iran</w:t>
            </w:r>
          </w:p>
        </w:tc>
        <w:tc>
          <w:tcPr>
            <w:tcW w:w="1234" w:type="dxa"/>
          </w:tcPr>
          <w:p w14:paraId="62276ACF" w14:textId="77777777" w:rsidR="004B4EAF" w:rsidRDefault="004B4EAF"/>
        </w:tc>
        <w:tc>
          <w:tcPr>
            <w:tcW w:w="1234" w:type="dxa"/>
          </w:tcPr>
          <w:p w14:paraId="1D396CBB" w14:textId="77777777" w:rsidR="004B4EAF" w:rsidRDefault="004B4EAF"/>
        </w:tc>
      </w:tr>
      <w:tr w:rsidR="004B4EAF" w14:paraId="0B9F40BA" w14:textId="77777777">
        <w:tc>
          <w:tcPr>
            <w:tcW w:w="1234" w:type="dxa"/>
          </w:tcPr>
          <w:p w14:paraId="6FE4A6AB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31DAD06E" w14:textId="77777777" w:rsidR="004B4EAF" w:rsidRDefault="00000000">
            <w:r>
              <w:t xml:space="preserve">Larvicidal and pupicidal evaluation of silver nanoparticles synthesized using Aquilaria sinensis and Pogostemon cablin essential oils against dengue and zika viruses vector Aedes albopictus mosquito and its histopathological </w:t>
            </w:r>
            <w:r>
              <w:lastRenderedPageBreak/>
              <w:t>analysis</w:t>
            </w:r>
          </w:p>
        </w:tc>
        <w:tc>
          <w:tcPr>
            <w:tcW w:w="1234" w:type="dxa"/>
          </w:tcPr>
          <w:p w14:paraId="327ACB6D" w14:textId="77777777" w:rsidR="004B4EAF" w:rsidRDefault="00000000">
            <w:r>
              <w:lastRenderedPageBreak/>
              <w:t>Artif Cells Nanomed Biotechnol</w:t>
            </w:r>
          </w:p>
        </w:tc>
        <w:tc>
          <w:tcPr>
            <w:tcW w:w="1234" w:type="dxa"/>
          </w:tcPr>
          <w:p w14:paraId="2BDAE8AB" w14:textId="77777777" w:rsidR="004B4EAF" w:rsidRDefault="00000000">
            <w:r>
              <w:t>Ga'al, H.; Fouad, H.; Mao, G.; Tian, J.; Jianchu, M.</w:t>
            </w:r>
          </w:p>
        </w:tc>
        <w:tc>
          <w:tcPr>
            <w:tcW w:w="1234" w:type="dxa"/>
          </w:tcPr>
          <w:p w14:paraId="081CBA52" w14:textId="77777777" w:rsidR="004B4EAF" w:rsidRDefault="00000000">
            <w:r>
              <w:t>Aedes/*drug effects</w:t>
            </w:r>
          </w:p>
        </w:tc>
        <w:tc>
          <w:tcPr>
            <w:tcW w:w="1234" w:type="dxa"/>
          </w:tcPr>
          <w:p w14:paraId="5124993B" w14:textId="77777777" w:rsidR="004B4EAF" w:rsidRDefault="00000000">
            <w:r>
              <w:t>10.1080/21691401.2017.1365723</w:t>
            </w:r>
          </w:p>
        </w:tc>
        <w:tc>
          <w:tcPr>
            <w:tcW w:w="1234" w:type="dxa"/>
          </w:tcPr>
          <w:p w14:paraId="0417442E" w14:textId="77777777" w:rsidR="004B4EAF" w:rsidRDefault="004B4EAF"/>
        </w:tc>
      </w:tr>
      <w:tr w:rsidR="004B4EAF" w14:paraId="694DAEE9" w14:textId="77777777">
        <w:tc>
          <w:tcPr>
            <w:tcW w:w="1234" w:type="dxa"/>
          </w:tcPr>
          <w:p w14:paraId="7782D2E5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0E1854A" w14:textId="77777777" w:rsidR="004B4EAF" w:rsidRDefault="00000000">
            <w:r>
              <w:t>Increasing prevalence of malaria and acute dengue virus coinfection in Africa: a meta-analysis and meta-regression of cross-sectional studies</w:t>
            </w:r>
          </w:p>
        </w:tc>
        <w:tc>
          <w:tcPr>
            <w:tcW w:w="1234" w:type="dxa"/>
          </w:tcPr>
          <w:p w14:paraId="16C34984" w14:textId="77777777" w:rsidR="004B4EAF" w:rsidRDefault="00000000">
            <w:r>
              <w:t>Malar J</w:t>
            </w:r>
          </w:p>
        </w:tc>
        <w:tc>
          <w:tcPr>
            <w:tcW w:w="1234" w:type="dxa"/>
          </w:tcPr>
          <w:p w14:paraId="5CE81A81" w14:textId="77777777" w:rsidR="004B4EAF" w:rsidRDefault="00000000">
            <w:r>
              <w:t>Gebremariam, T. T.; Schallig, Hdfh; Kurmane, Z. M.; Danquah, J. B.</w:t>
            </w:r>
          </w:p>
        </w:tc>
        <w:tc>
          <w:tcPr>
            <w:tcW w:w="1234" w:type="dxa"/>
          </w:tcPr>
          <w:p w14:paraId="4F4DA0A0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70180B30" w14:textId="77777777" w:rsidR="004B4EAF" w:rsidRDefault="00000000">
            <w:r>
              <w:t>10.1186/s12936-023-04723-y</w:t>
            </w:r>
          </w:p>
        </w:tc>
        <w:tc>
          <w:tcPr>
            <w:tcW w:w="1234" w:type="dxa"/>
          </w:tcPr>
          <w:p w14:paraId="6572344F" w14:textId="77777777" w:rsidR="004B4EAF" w:rsidRDefault="004B4EAF"/>
        </w:tc>
      </w:tr>
      <w:tr w:rsidR="004B4EAF" w14:paraId="7A2BE840" w14:textId="77777777">
        <w:tc>
          <w:tcPr>
            <w:tcW w:w="1234" w:type="dxa"/>
          </w:tcPr>
          <w:p w14:paraId="643C1648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02FA8BC" w14:textId="77777777" w:rsidR="004B4EAF" w:rsidRDefault="00000000">
            <w:r>
              <w:t>Correction: Increasing prevalence of malaria and acute dengue virus coinfection in Africa: a meta-analysis and meta-regression of cross-sectional studies</w:t>
            </w:r>
          </w:p>
        </w:tc>
        <w:tc>
          <w:tcPr>
            <w:tcW w:w="1234" w:type="dxa"/>
          </w:tcPr>
          <w:p w14:paraId="6F6939AB" w14:textId="77777777" w:rsidR="004B4EAF" w:rsidRDefault="00000000">
            <w:r>
              <w:t>Malar J</w:t>
            </w:r>
          </w:p>
        </w:tc>
        <w:tc>
          <w:tcPr>
            <w:tcW w:w="1234" w:type="dxa"/>
          </w:tcPr>
          <w:p w14:paraId="32D63B40" w14:textId="77777777" w:rsidR="004B4EAF" w:rsidRDefault="00000000">
            <w:r>
              <w:t>Gebremariam, T. T.; Schallig, Hdfh; Kurmane, Z. M.; Danquah, J. B.</w:t>
            </w:r>
          </w:p>
        </w:tc>
        <w:tc>
          <w:tcPr>
            <w:tcW w:w="1234" w:type="dxa"/>
          </w:tcPr>
          <w:p w14:paraId="5FABCFE7" w14:textId="77777777" w:rsidR="004B4EAF" w:rsidRDefault="004B4EAF"/>
        </w:tc>
        <w:tc>
          <w:tcPr>
            <w:tcW w:w="1234" w:type="dxa"/>
          </w:tcPr>
          <w:p w14:paraId="5D53BFF6" w14:textId="77777777" w:rsidR="004B4EAF" w:rsidRDefault="00000000">
            <w:r>
              <w:t>10.1186/s12936-023-04771-4</w:t>
            </w:r>
          </w:p>
        </w:tc>
        <w:tc>
          <w:tcPr>
            <w:tcW w:w="1234" w:type="dxa"/>
          </w:tcPr>
          <w:p w14:paraId="70F8218C" w14:textId="77777777" w:rsidR="004B4EAF" w:rsidRDefault="004B4EAF"/>
        </w:tc>
      </w:tr>
      <w:tr w:rsidR="004B4EAF" w14:paraId="673356D4" w14:textId="77777777">
        <w:tc>
          <w:tcPr>
            <w:tcW w:w="1234" w:type="dxa"/>
          </w:tcPr>
          <w:p w14:paraId="0179CAC7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3864DA95" w14:textId="77777777" w:rsidR="004B4EAF" w:rsidRDefault="00000000">
            <w:r>
              <w:t>Prevalence of trachoma in Somali region, Ethiopia: results from trachoma impact surveys in 50 woredas</w:t>
            </w:r>
          </w:p>
        </w:tc>
        <w:tc>
          <w:tcPr>
            <w:tcW w:w="1234" w:type="dxa"/>
          </w:tcPr>
          <w:p w14:paraId="10225901" w14:textId="77777777" w:rsidR="004B4EAF" w:rsidRDefault="00000000">
            <w:r>
              <w:t>Int Health</w:t>
            </w:r>
          </w:p>
        </w:tc>
        <w:tc>
          <w:tcPr>
            <w:tcW w:w="1234" w:type="dxa"/>
          </w:tcPr>
          <w:p w14:paraId="10BD3643" w14:textId="77777777" w:rsidR="004B4EAF" w:rsidRDefault="00000000">
            <w:r>
              <w:t xml:space="preserve">Gebreselassie, G.; Negash, K.; Tsegaye, S.; Makonnen, M.; Deneke, B.; Desalegn, M.; Harding-Esch, E. M.; Harte, A.; Solomon, A. W.; Boyd, S.; Bakhtiari, A.; </w:t>
            </w:r>
            <w:r>
              <w:lastRenderedPageBreak/>
              <w:t>Hassen, M. A.; Hambali, A.; Dejene, M.; Beckwith, C.; Tadesse, F.; Seifu, F.; Kiflu, G.; Kebede, F.</w:t>
            </w:r>
          </w:p>
        </w:tc>
        <w:tc>
          <w:tcPr>
            <w:tcW w:w="1234" w:type="dxa"/>
          </w:tcPr>
          <w:p w14:paraId="45D752F9" w14:textId="77777777" w:rsidR="004B4EAF" w:rsidRDefault="00000000">
            <w:r>
              <w:lastRenderedPageBreak/>
              <w:t>Humans</w:t>
            </w:r>
          </w:p>
        </w:tc>
        <w:tc>
          <w:tcPr>
            <w:tcW w:w="1234" w:type="dxa"/>
          </w:tcPr>
          <w:p w14:paraId="709701DB" w14:textId="77777777" w:rsidR="004B4EAF" w:rsidRDefault="00000000">
            <w:r>
              <w:t>10.1093/inthealth/ihad063</w:t>
            </w:r>
          </w:p>
        </w:tc>
        <w:tc>
          <w:tcPr>
            <w:tcW w:w="1234" w:type="dxa"/>
          </w:tcPr>
          <w:p w14:paraId="6C2F21DF" w14:textId="77777777" w:rsidR="004B4EAF" w:rsidRDefault="004B4EAF"/>
        </w:tc>
      </w:tr>
      <w:tr w:rsidR="004B4EAF" w14:paraId="504C22D7" w14:textId="77777777">
        <w:tc>
          <w:tcPr>
            <w:tcW w:w="1234" w:type="dxa"/>
          </w:tcPr>
          <w:p w14:paraId="3796F5BB" w14:textId="77777777" w:rsidR="004B4EAF" w:rsidRDefault="00000000">
            <w:r>
              <w:t>2012</w:t>
            </w:r>
          </w:p>
        </w:tc>
        <w:tc>
          <w:tcPr>
            <w:tcW w:w="1234" w:type="dxa"/>
          </w:tcPr>
          <w:p w14:paraId="355DE44C" w14:textId="77777777" w:rsidR="004B4EAF" w:rsidRDefault="00000000">
            <w:r>
              <w:t>Dengue and US military operations from the Spanish-American War through today</w:t>
            </w:r>
          </w:p>
        </w:tc>
        <w:tc>
          <w:tcPr>
            <w:tcW w:w="1234" w:type="dxa"/>
          </w:tcPr>
          <w:p w14:paraId="6E0BF785" w14:textId="77777777" w:rsidR="004B4EAF" w:rsidRDefault="00000000">
            <w:r>
              <w:t>Emerg Infect Dis</w:t>
            </w:r>
          </w:p>
        </w:tc>
        <w:tc>
          <w:tcPr>
            <w:tcW w:w="1234" w:type="dxa"/>
          </w:tcPr>
          <w:p w14:paraId="5C23A732" w14:textId="77777777" w:rsidR="004B4EAF" w:rsidRDefault="00000000">
            <w:r>
              <w:t>Gibbons, R. V.; Streitz, M.; Babina, T.; Fried, J. R.</w:t>
            </w:r>
          </w:p>
        </w:tc>
        <w:tc>
          <w:tcPr>
            <w:tcW w:w="1234" w:type="dxa"/>
          </w:tcPr>
          <w:p w14:paraId="5ED208FF" w14:textId="77777777" w:rsidR="004B4EAF" w:rsidRDefault="00000000">
            <w:r>
              <w:t>Dengue/epidemiology/*history</w:t>
            </w:r>
          </w:p>
        </w:tc>
        <w:tc>
          <w:tcPr>
            <w:tcW w:w="1234" w:type="dxa"/>
          </w:tcPr>
          <w:p w14:paraId="3AB004B1" w14:textId="77777777" w:rsidR="004B4EAF" w:rsidRDefault="00000000">
            <w:r>
              <w:t>10.3201/eid1804.110134</w:t>
            </w:r>
          </w:p>
        </w:tc>
        <w:tc>
          <w:tcPr>
            <w:tcW w:w="1234" w:type="dxa"/>
          </w:tcPr>
          <w:p w14:paraId="0DB0BCEA" w14:textId="77777777" w:rsidR="004B4EAF" w:rsidRDefault="004B4EAF"/>
        </w:tc>
      </w:tr>
      <w:tr w:rsidR="004B4EAF" w14:paraId="2BCDAEF4" w14:textId="77777777">
        <w:tc>
          <w:tcPr>
            <w:tcW w:w="1234" w:type="dxa"/>
          </w:tcPr>
          <w:p w14:paraId="13E17709" w14:textId="77777777" w:rsidR="004B4EAF" w:rsidRDefault="00000000">
            <w:r>
              <w:t>1978</w:t>
            </w:r>
          </w:p>
        </w:tc>
        <w:tc>
          <w:tcPr>
            <w:tcW w:w="1234" w:type="dxa"/>
          </w:tcPr>
          <w:p w14:paraId="4BA06172" w14:textId="77777777" w:rsidR="004B4EAF" w:rsidRDefault="00000000">
            <w:r>
              <w:t>Anaemia and Schistosoma haematobium infection in the North-Eastern Province of Kenya</w:t>
            </w:r>
          </w:p>
        </w:tc>
        <w:tc>
          <w:tcPr>
            <w:tcW w:w="1234" w:type="dxa"/>
          </w:tcPr>
          <w:p w14:paraId="62C72FB3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0E7DC557" w14:textId="77777777" w:rsidR="004B4EAF" w:rsidRDefault="00000000">
            <w:r>
              <w:t>Greenham, R.</w:t>
            </w:r>
          </w:p>
        </w:tc>
        <w:tc>
          <w:tcPr>
            <w:tcW w:w="1234" w:type="dxa"/>
          </w:tcPr>
          <w:p w14:paraId="0A084FE2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BED4A32" w14:textId="77777777" w:rsidR="004B4EAF" w:rsidRDefault="00000000">
            <w:r>
              <w:t>10.1016/0035-9203(78)90304-8</w:t>
            </w:r>
          </w:p>
        </w:tc>
        <w:tc>
          <w:tcPr>
            <w:tcW w:w="1234" w:type="dxa"/>
          </w:tcPr>
          <w:p w14:paraId="594449BD" w14:textId="77777777" w:rsidR="004B4EAF" w:rsidRDefault="004B4EAF"/>
        </w:tc>
      </w:tr>
      <w:tr w:rsidR="004B4EAF" w14:paraId="0154EC57" w14:textId="77777777">
        <w:tc>
          <w:tcPr>
            <w:tcW w:w="1234" w:type="dxa"/>
          </w:tcPr>
          <w:p w14:paraId="0CBD9193" w14:textId="77777777" w:rsidR="004B4EAF" w:rsidRDefault="00000000">
            <w:r>
              <w:t>2015</w:t>
            </w:r>
          </w:p>
        </w:tc>
        <w:tc>
          <w:tcPr>
            <w:tcW w:w="1234" w:type="dxa"/>
          </w:tcPr>
          <w:p w14:paraId="5F865A17" w14:textId="77777777" w:rsidR="004B4EAF" w:rsidRDefault="00000000">
            <w:r>
              <w:t>Exploring Somali women's reproductive health knowledge and experiences: results from focus group discussions in Mogadishu</w:t>
            </w:r>
          </w:p>
        </w:tc>
        <w:tc>
          <w:tcPr>
            <w:tcW w:w="1234" w:type="dxa"/>
          </w:tcPr>
          <w:p w14:paraId="403B0C35" w14:textId="77777777" w:rsidR="004B4EAF" w:rsidRDefault="00000000">
            <w:r>
              <w:t>Reprod Health Matters</w:t>
            </w:r>
          </w:p>
        </w:tc>
        <w:tc>
          <w:tcPr>
            <w:tcW w:w="1234" w:type="dxa"/>
          </w:tcPr>
          <w:p w14:paraId="34501DA7" w14:textId="77777777" w:rsidR="004B4EAF" w:rsidRDefault="00000000">
            <w:r>
              <w:t>Gure, F.; Yusuf, M.; Foster, A. M.</w:t>
            </w:r>
          </w:p>
        </w:tc>
        <w:tc>
          <w:tcPr>
            <w:tcW w:w="1234" w:type="dxa"/>
          </w:tcPr>
          <w:p w14:paraId="008E65B1" w14:textId="77777777" w:rsidR="004B4EAF" w:rsidRDefault="00000000">
            <w:r>
              <w:t>Female</w:t>
            </w:r>
          </w:p>
        </w:tc>
        <w:tc>
          <w:tcPr>
            <w:tcW w:w="1234" w:type="dxa"/>
          </w:tcPr>
          <w:p w14:paraId="71DFD87E" w14:textId="77777777" w:rsidR="004B4EAF" w:rsidRDefault="00000000">
            <w:r>
              <w:t>10.1016/j.rhm.2015.11.018</w:t>
            </w:r>
          </w:p>
        </w:tc>
        <w:tc>
          <w:tcPr>
            <w:tcW w:w="1234" w:type="dxa"/>
          </w:tcPr>
          <w:p w14:paraId="33814586" w14:textId="77777777" w:rsidR="004B4EAF" w:rsidRDefault="004B4EAF"/>
        </w:tc>
      </w:tr>
      <w:tr w:rsidR="004B4EAF" w14:paraId="3A662911" w14:textId="77777777">
        <w:tc>
          <w:tcPr>
            <w:tcW w:w="1234" w:type="dxa"/>
          </w:tcPr>
          <w:p w14:paraId="31FB8419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1907794B" w14:textId="77777777" w:rsidR="004B4EAF" w:rsidRDefault="00000000">
            <w:r>
              <w:t>Another dengue fever outbreak in Eastern Ethiopia-</w:t>
            </w:r>
            <w:r>
              <w:lastRenderedPageBreak/>
              <w:t>An emerging public health threat</w:t>
            </w:r>
          </w:p>
        </w:tc>
        <w:tc>
          <w:tcPr>
            <w:tcW w:w="1234" w:type="dxa"/>
          </w:tcPr>
          <w:p w14:paraId="4EC4F8CA" w14:textId="77777777" w:rsidR="004B4EAF" w:rsidRDefault="00000000">
            <w:r>
              <w:lastRenderedPageBreak/>
              <w:t>PLoS Negl Trop Dis</w:t>
            </w:r>
          </w:p>
        </w:tc>
        <w:tc>
          <w:tcPr>
            <w:tcW w:w="1234" w:type="dxa"/>
          </w:tcPr>
          <w:p w14:paraId="75894AF6" w14:textId="77777777" w:rsidR="004B4EAF" w:rsidRDefault="00000000">
            <w:r>
              <w:t xml:space="preserve">Gutu, M. A.; Bekele, A.; Seid, Y.; Mohammed, </w:t>
            </w:r>
            <w:r>
              <w:lastRenderedPageBreak/>
              <w:t>Y.; Gemechu, F.; Woyessa, A. B.; Tayachew, A.; Dugasa, Y.; Gizachew, L.; Idosa, M.; Tokarz, R. E.; Sugerman, D.</w:t>
            </w:r>
          </w:p>
        </w:tc>
        <w:tc>
          <w:tcPr>
            <w:tcW w:w="1234" w:type="dxa"/>
          </w:tcPr>
          <w:p w14:paraId="2F0DC557" w14:textId="77777777" w:rsidR="004B4EAF" w:rsidRDefault="00000000">
            <w:r>
              <w:lastRenderedPageBreak/>
              <w:t>Adolescent</w:t>
            </w:r>
          </w:p>
        </w:tc>
        <w:tc>
          <w:tcPr>
            <w:tcW w:w="1234" w:type="dxa"/>
          </w:tcPr>
          <w:p w14:paraId="3E586BC1" w14:textId="77777777" w:rsidR="004B4EAF" w:rsidRDefault="00000000">
            <w:r>
              <w:t>10.1371/journal.pntd.0008992</w:t>
            </w:r>
          </w:p>
        </w:tc>
        <w:tc>
          <w:tcPr>
            <w:tcW w:w="1234" w:type="dxa"/>
          </w:tcPr>
          <w:p w14:paraId="612A9A16" w14:textId="77777777" w:rsidR="004B4EAF" w:rsidRDefault="004B4EAF"/>
        </w:tc>
      </w:tr>
      <w:tr w:rsidR="004B4EAF" w14:paraId="0C4531CB" w14:textId="77777777">
        <w:tc>
          <w:tcPr>
            <w:tcW w:w="1234" w:type="dxa"/>
          </w:tcPr>
          <w:p w14:paraId="7C423A4D" w14:textId="77777777" w:rsidR="004B4EAF" w:rsidRDefault="00000000">
            <w:r>
              <w:t>1990</w:t>
            </w:r>
          </w:p>
        </w:tc>
        <w:tc>
          <w:tcPr>
            <w:tcW w:w="1234" w:type="dxa"/>
          </w:tcPr>
          <w:p w14:paraId="13C3A6F8" w14:textId="77777777" w:rsidR="004B4EAF" w:rsidRDefault="00000000">
            <w:r>
              <w:t>Antibody responses in schistosomiasis haematobium in Somalia. Relation to age and infection intensity</w:t>
            </w:r>
          </w:p>
        </w:tc>
        <w:tc>
          <w:tcPr>
            <w:tcW w:w="1234" w:type="dxa"/>
          </w:tcPr>
          <w:p w14:paraId="53E92978" w14:textId="77777777" w:rsidR="004B4EAF" w:rsidRDefault="00000000">
            <w:r>
              <w:t>Ann Trop Med Parasitol</w:t>
            </w:r>
          </w:p>
        </w:tc>
        <w:tc>
          <w:tcPr>
            <w:tcW w:w="1234" w:type="dxa"/>
          </w:tcPr>
          <w:p w14:paraId="32E8D555" w14:textId="77777777" w:rsidR="004B4EAF" w:rsidRDefault="00000000">
            <w:r>
              <w:t>Hagi, H.; Huldt, G.; Loftenius, A.; Schröder, H.</w:t>
            </w:r>
          </w:p>
        </w:tc>
        <w:tc>
          <w:tcPr>
            <w:tcW w:w="1234" w:type="dxa"/>
          </w:tcPr>
          <w:p w14:paraId="294CF792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08C25FC7" w14:textId="77777777" w:rsidR="004B4EAF" w:rsidRDefault="00000000">
            <w:r>
              <w:t>10.1080/00034983.1990.11812451</w:t>
            </w:r>
          </w:p>
        </w:tc>
        <w:tc>
          <w:tcPr>
            <w:tcW w:w="1234" w:type="dxa"/>
          </w:tcPr>
          <w:p w14:paraId="23E11090" w14:textId="77777777" w:rsidR="004B4EAF" w:rsidRDefault="004B4EAF"/>
        </w:tc>
      </w:tr>
      <w:tr w:rsidR="004B4EAF" w14:paraId="32B6A650" w14:textId="77777777">
        <w:tc>
          <w:tcPr>
            <w:tcW w:w="1234" w:type="dxa"/>
          </w:tcPr>
          <w:p w14:paraId="5593E52D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25CBE48A" w14:textId="77777777" w:rsidR="004B4EAF" w:rsidRDefault="00000000">
            <w:r>
              <w:t>Silicate pneumoconiosis in camels (Camelus dromedarius L.)</w:t>
            </w:r>
          </w:p>
        </w:tc>
        <w:tc>
          <w:tcPr>
            <w:tcW w:w="1234" w:type="dxa"/>
          </w:tcPr>
          <w:p w14:paraId="1A0B38E8" w14:textId="77777777" w:rsidR="004B4EAF" w:rsidRDefault="00000000">
            <w:r>
              <w:t>Zentralbl Veterinarmed A</w:t>
            </w:r>
          </w:p>
        </w:tc>
        <w:tc>
          <w:tcPr>
            <w:tcW w:w="1234" w:type="dxa"/>
          </w:tcPr>
          <w:p w14:paraId="3B92EDA7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Hansen, H. J.; Jama, F. M.; Nilsson, C.; </w:t>
            </w:r>
            <w:proofErr w:type="spellStart"/>
            <w:r w:rsidRPr="005440C3">
              <w:rPr>
                <w:lang w:val="nb-NO"/>
              </w:rPr>
              <w:t>Norrgren</w:t>
            </w:r>
            <w:proofErr w:type="spellEnd"/>
            <w:r w:rsidRPr="005440C3">
              <w:rPr>
                <w:lang w:val="nb-NO"/>
              </w:rPr>
              <w:t xml:space="preserve">, L.; </w:t>
            </w:r>
            <w:proofErr w:type="spellStart"/>
            <w:r w:rsidRPr="005440C3">
              <w:rPr>
                <w:lang w:val="nb-NO"/>
              </w:rPr>
              <w:t>Abdurahman</w:t>
            </w:r>
            <w:proofErr w:type="spellEnd"/>
            <w:r w:rsidRPr="005440C3">
              <w:rPr>
                <w:lang w:val="nb-NO"/>
              </w:rPr>
              <w:t>, O. S.</w:t>
            </w:r>
          </w:p>
        </w:tc>
        <w:tc>
          <w:tcPr>
            <w:tcW w:w="1234" w:type="dxa"/>
          </w:tcPr>
          <w:p w14:paraId="0EB4038D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2AF8F092" w14:textId="77777777" w:rsidR="004B4EAF" w:rsidRDefault="00000000">
            <w:r>
              <w:t>10.1111/j.1439-0442.1989.tb00793.x</w:t>
            </w:r>
          </w:p>
        </w:tc>
        <w:tc>
          <w:tcPr>
            <w:tcW w:w="1234" w:type="dxa"/>
          </w:tcPr>
          <w:p w14:paraId="2B31DB4B" w14:textId="77777777" w:rsidR="004B4EAF" w:rsidRDefault="004B4EAF"/>
        </w:tc>
      </w:tr>
      <w:tr w:rsidR="004B4EAF" w14:paraId="0E0EE38C" w14:textId="77777777">
        <w:tc>
          <w:tcPr>
            <w:tcW w:w="1234" w:type="dxa"/>
          </w:tcPr>
          <w:p w14:paraId="24170B47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23186FD2" w14:textId="77777777" w:rsidR="004B4EAF" w:rsidRDefault="00000000">
            <w:r>
              <w:t>Tropical Data: Approach and Methodology as Applied to Trachoma Prevalence Surveys</w:t>
            </w:r>
          </w:p>
        </w:tc>
        <w:tc>
          <w:tcPr>
            <w:tcW w:w="1234" w:type="dxa"/>
          </w:tcPr>
          <w:p w14:paraId="7B869AA3" w14:textId="77777777" w:rsidR="004B4EAF" w:rsidRDefault="00000000">
            <w:r>
              <w:t>Ophthalmic Epidemiol</w:t>
            </w:r>
          </w:p>
        </w:tc>
        <w:tc>
          <w:tcPr>
            <w:tcW w:w="1234" w:type="dxa"/>
          </w:tcPr>
          <w:p w14:paraId="75E746C3" w14:textId="77777777" w:rsidR="004B4EAF" w:rsidRDefault="00000000">
            <w:r>
              <w:t xml:space="preserve">Harding-Esch, E. M.; Burgert-Brucker, C. R.; Jimenez, C.; Bakhtiari, A.; Willis, R.; Bejiga, M. D.; Mpyet, C.; Ngondi, J.; Boyd, S.; Abdala, M.; Abdou, A.; Adamu, Y.; </w:t>
            </w:r>
            <w:r>
              <w:lastRenderedPageBreak/>
              <w:t>Alemayehu, A.; Alemayehu, W.; Al-Khatib, T.; Apadinuwe, S. C.; Awaca, N.; Awoussi, M. S.; Baayendag, G.; Badiane, M. D.; Bailey, R...</w:t>
            </w:r>
          </w:p>
        </w:tc>
        <w:tc>
          <w:tcPr>
            <w:tcW w:w="1234" w:type="dxa"/>
          </w:tcPr>
          <w:p w14:paraId="4492A817" w14:textId="77777777" w:rsidR="004B4EAF" w:rsidRDefault="00000000">
            <w:r>
              <w:lastRenderedPageBreak/>
              <w:t>Humans</w:t>
            </w:r>
          </w:p>
        </w:tc>
        <w:tc>
          <w:tcPr>
            <w:tcW w:w="1234" w:type="dxa"/>
          </w:tcPr>
          <w:p w14:paraId="494760EF" w14:textId="77777777" w:rsidR="004B4EAF" w:rsidRDefault="00000000">
            <w:r>
              <w:t>10.1080/09286586.2023.2249546</w:t>
            </w:r>
          </w:p>
        </w:tc>
        <w:tc>
          <w:tcPr>
            <w:tcW w:w="1234" w:type="dxa"/>
          </w:tcPr>
          <w:p w14:paraId="525E7DDA" w14:textId="77777777" w:rsidR="004B4EAF" w:rsidRDefault="004B4EAF"/>
        </w:tc>
      </w:tr>
      <w:tr w:rsidR="004B4EAF" w14:paraId="2BFFA74C" w14:textId="77777777">
        <w:tc>
          <w:tcPr>
            <w:tcW w:w="1234" w:type="dxa"/>
          </w:tcPr>
          <w:p w14:paraId="6C3C330B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5C7F2E3F" w14:textId="77777777" w:rsidR="004B4EAF" w:rsidRDefault="00000000">
            <w:r>
              <w:t>A Late Diagnosis of Visceral Leishmaniasis Using Tru-Cut Biopsy of the Spleen and Malaria Co-Infection - A Diagnostic Challenge: A Case Report in Somalia</w:t>
            </w:r>
          </w:p>
        </w:tc>
        <w:tc>
          <w:tcPr>
            <w:tcW w:w="1234" w:type="dxa"/>
          </w:tcPr>
          <w:p w14:paraId="161E0D77" w14:textId="77777777" w:rsidR="004B4EAF" w:rsidRDefault="00000000">
            <w:r>
              <w:t>Infect Drug Resist</w:t>
            </w:r>
          </w:p>
        </w:tc>
        <w:tc>
          <w:tcPr>
            <w:tcW w:w="1234" w:type="dxa"/>
          </w:tcPr>
          <w:p w14:paraId="19F75B42" w14:textId="77777777" w:rsidR="004B4EAF" w:rsidRDefault="00000000">
            <w:r>
              <w:t>Hassan, M. A.; Omar, A. A.; Mohamed, I. A.; Garba, B.; Fuje, M. M. A.; Salad, S. O.</w:t>
            </w:r>
          </w:p>
        </w:tc>
        <w:tc>
          <w:tcPr>
            <w:tcW w:w="1234" w:type="dxa"/>
          </w:tcPr>
          <w:p w14:paraId="4174C253" w14:textId="77777777" w:rsidR="004B4EAF" w:rsidRDefault="00000000">
            <w:r>
              <w:t>co-infection</w:t>
            </w:r>
          </w:p>
        </w:tc>
        <w:tc>
          <w:tcPr>
            <w:tcW w:w="1234" w:type="dxa"/>
          </w:tcPr>
          <w:p w14:paraId="374FD1B4" w14:textId="77777777" w:rsidR="004B4EAF" w:rsidRDefault="00000000">
            <w:r>
              <w:t>10.2147/idr.S420832</w:t>
            </w:r>
          </w:p>
        </w:tc>
        <w:tc>
          <w:tcPr>
            <w:tcW w:w="1234" w:type="dxa"/>
          </w:tcPr>
          <w:p w14:paraId="0C2CC148" w14:textId="77777777" w:rsidR="004B4EAF" w:rsidRDefault="004B4EAF"/>
        </w:tc>
      </w:tr>
      <w:tr w:rsidR="004B4EAF" w14:paraId="408A3F82" w14:textId="77777777">
        <w:tc>
          <w:tcPr>
            <w:tcW w:w="1234" w:type="dxa"/>
          </w:tcPr>
          <w:p w14:paraId="09C1D4AC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6C087797" w14:textId="77777777" w:rsidR="004B4EAF" w:rsidRDefault="00000000">
            <w:r>
              <w:t>Rift Valley fever and Brucella spp. in ruminants, Somalia</w:t>
            </w:r>
          </w:p>
        </w:tc>
        <w:tc>
          <w:tcPr>
            <w:tcW w:w="1234" w:type="dxa"/>
          </w:tcPr>
          <w:p w14:paraId="1BE0C309" w14:textId="77777777" w:rsidR="004B4EAF" w:rsidRDefault="00000000">
            <w:r>
              <w:t>BMC Vet Res</w:t>
            </w:r>
          </w:p>
        </w:tc>
        <w:tc>
          <w:tcPr>
            <w:tcW w:w="1234" w:type="dxa"/>
          </w:tcPr>
          <w:p w14:paraId="18A6E865" w14:textId="77777777" w:rsidR="004B4EAF" w:rsidRDefault="00000000">
            <w:r>
              <w:t>Hassan-Kadle, A. A.; Osman, A. M.; Shair, M. A.; Abdi, O. M.; Yusuf, A. A.; Ibrahim, A. M.; Vieira, R. F. C.</w:t>
            </w:r>
          </w:p>
        </w:tc>
        <w:tc>
          <w:tcPr>
            <w:tcW w:w="1234" w:type="dxa"/>
          </w:tcPr>
          <w:p w14:paraId="562E200A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4290060F" w14:textId="77777777" w:rsidR="004B4EAF" w:rsidRDefault="00000000">
            <w:r>
              <w:t>10.1186/s12917-021-02980-0</w:t>
            </w:r>
          </w:p>
        </w:tc>
        <w:tc>
          <w:tcPr>
            <w:tcW w:w="1234" w:type="dxa"/>
          </w:tcPr>
          <w:p w14:paraId="2A4552E7" w14:textId="77777777" w:rsidR="004B4EAF" w:rsidRDefault="004B4EAF"/>
        </w:tc>
      </w:tr>
      <w:tr w:rsidR="004B4EAF" w14:paraId="11F180C6" w14:textId="77777777">
        <w:tc>
          <w:tcPr>
            <w:tcW w:w="1234" w:type="dxa"/>
          </w:tcPr>
          <w:p w14:paraId="12B34508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026BFF7A" w14:textId="77777777" w:rsidR="004B4EAF" w:rsidRDefault="00000000">
            <w:r>
              <w:t xml:space="preserve">Spectrum and Prevalence of Thyroid Diseases at a Tertiary Referral Hospital </w:t>
            </w:r>
            <w:r>
              <w:lastRenderedPageBreak/>
              <w:t>in Mogadishu, Somalia: A Retrospective Study of 976 Cases</w:t>
            </w:r>
          </w:p>
        </w:tc>
        <w:tc>
          <w:tcPr>
            <w:tcW w:w="1234" w:type="dxa"/>
          </w:tcPr>
          <w:p w14:paraId="0434AE4F" w14:textId="77777777" w:rsidR="004B4EAF" w:rsidRDefault="00000000">
            <w:r>
              <w:lastRenderedPageBreak/>
              <w:t>Int J Endocrinol</w:t>
            </w:r>
          </w:p>
        </w:tc>
        <w:tc>
          <w:tcPr>
            <w:tcW w:w="1234" w:type="dxa"/>
          </w:tcPr>
          <w:p w14:paraId="740FCF03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Hassan-</w:t>
            </w:r>
            <w:proofErr w:type="spellStart"/>
            <w:r w:rsidRPr="005440C3">
              <w:rPr>
                <w:lang w:val="nb-NO"/>
              </w:rPr>
              <w:t>Kadle</w:t>
            </w:r>
            <w:proofErr w:type="spellEnd"/>
            <w:r w:rsidRPr="005440C3">
              <w:rPr>
                <w:lang w:val="nb-NO"/>
              </w:rPr>
              <w:t xml:space="preserve">, M. A.; </w:t>
            </w:r>
            <w:proofErr w:type="spellStart"/>
            <w:r w:rsidRPr="005440C3">
              <w:rPr>
                <w:lang w:val="nb-NO"/>
              </w:rPr>
              <w:t>Adani</w:t>
            </w:r>
            <w:proofErr w:type="spellEnd"/>
            <w:r w:rsidRPr="005440C3">
              <w:rPr>
                <w:lang w:val="nb-NO"/>
              </w:rPr>
              <w:t xml:space="preserve">, A. A.; Eker, H. H.; </w:t>
            </w:r>
            <w:proofErr w:type="spellStart"/>
            <w:r w:rsidRPr="005440C3">
              <w:rPr>
                <w:lang w:val="nb-NO"/>
              </w:rPr>
              <w:t>Keles</w:t>
            </w:r>
            <w:proofErr w:type="spellEnd"/>
            <w:r w:rsidRPr="005440C3">
              <w:rPr>
                <w:lang w:val="nb-NO"/>
              </w:rPr>
              <w:t xml:space="preserve">, E.; Muse Osman, M.; </w:t>
            </w:r>
            <w:r w:rsidRPr="005440C3">
              <w:rPr>
                <w:lang w:val="nb-NO"/>
              </w:rPr>
              <w:lastRenderedPageBreak/>
              <w:t xml:space="preserve">Mahdi Ahmed, H.; </w:t>
            </w:r>
            <w:proofErr w:type="spellStart"/>
            <w:r w:rsidRPr="005440C3">
              <w:rPr>
                <w:lang w:val="nb-NO"/>
              </w:rPr>
              <w:t>Görçin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Karaketir</w:t>
            </w:r>
            <w:proofErr w:type="spellEnd"/>
            <w:r w:rsidRPr="005440C3">
              <w:rPr>
                <w:lang w:val="nb-NO"/>
              </w:rPr>
              <w:t>, Ş</w:t>
            </w:r>
          </w:p>
        </w:tc>
        <w:tc>
          <w:tcPr>
            <w:tcW w:w="1234" w:type="dxa"/>
          </w:tcPr>
          <w:p w14:paraId="1D858D6A" w14:textId="77777777" w:rsidR="004B4EAF" w:rsidRPr="005440C3" w:rsidRDefault="004B4EAF">
            <w:pPr>
              <w:rPr>
                <w:lang w:val="nb-NO"/>
              </w:rPr>
            </w:pPr>
          </w:p>
        </w:tc>
        <w:tc>
          <w:tcPr>
            <w:tcW w:w="1234" w:type="dxa"/>
          </w:tcPr>
          <w:p w14:paraId="278ED9ED" w14:textId="77777777" w:rsidR="004B4EAF" w:rsidRDefault="00000000">
            <w:r>
              <w:t>10.1155/2021/7154250</w:t>
            </w:r>
          </w:p>
        </w:tc>
        <w:tc>
          <w:tcPr>
            <w:tcW w:w="1234" w:type="dxa"/>
          </w:tcPr>
          <w:p w14:paraId="2E4B1857" w14:textId="77777777" w:rsidR="004B4EAF" w:rsidRDefault="004B4EAF"/>
        </w:tc>
      </w:tr>
      <w:tr w:rsidR="004B4EAF" w14:paraId="51FE6A00" w14:textId="77777777">
        <w:tc>
          <w:tcPr>
            <w:tcW w:w="1234" w:type="dxa"/>
          </w:tcPr>
          <w:p w14:paraId="78E5E41F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266D824F" w14:textId="77777777" w:rsidR="004B4EAF" w:rsidRDefault="00000000">
            <w:r>
              <w:t>Epidemiology of viral hepatitis in Somalia: Systematic review and meta-analysis study</w:t>
            </w:r>
          </w:p>
        </w:tc>
        <w:tc>
          <w:tcPr>
            <w:tcW w:w="1234" w:type="dxa"/>
          </w:tcPr>
          <w:p w14:paraId="522CCCB7" w14:textId="77777777" w:rsidR="004B4EAF" w:rsidRDefault="00000000">
            <w:r>
              <w:t>World J Gastroenterol</w:t>
            </w:r>
          </w:p>
        </w:tc>
        <w:tc>
          <w:tcPr>
            <w:tcW w:w="1234" w:type="dxa"/>
          </w:tcPr>
          <w:p w14:paraId="1BB67547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Hassan-</w:t>
            </w:r>
            <w:proofErr w:type="spellStart"/>
            <w:r w:rsidRPr="005440C3">
              <w:rPr>
                <w:lang w:val="nb-NO"/>
              </w:rPr>
              <w:t>Kadle</w:t>
            </w:r>
            <w:proofErr w:type="spellEnd"/>
            <w:r w:rsidRPr="005440C3">
              <w:rPr>
                <w:lang w:val="nb-NO"/>
              </w:rPr>
              <w:t xml:space="preserve">, M. A.; Osman, M. S.; </w:t>
            </w:r>
            <w:proofErr w:type="spellStart"/>
            <w:r w:rsidRPr="005440C3">
              <w:rPr>
                <w:lang w:val="nb-NO"/>
              </w:rPr>
              <w:t>Ogurtsov</w:t>
            </w:r>
            <w:proofErr w:type="spellEnd"/>
            <w:r w:rsidRPr="005440C3">
              <w:rPr>
                <w:lang w:val="nb-NO"/>
              </w:rPr>
              <w:t>, P. P.</w:t>
            </w:r>
          </w:p>
        </w:tc>
        <w:tc>
          <w:tcPr>
            <w:tcW w:w="1234" w:type="dxa"/>
          </w:tcPr>
          <w:p w14:paraId="41BDF4BE" w14:textId="77777777" w:rsidR="004B4EAF" w:rsidRDefault="00000000">
            <w:r>
              <w:t>Chronic Disease/epidemiology</w:t>
            </w:r>
          </w:p>
        </w:tc>
        <w:tc>
          <w:tcPr>
            <w:tcW w:w="1234" w:type="dxa"/>
          </w:tcPr>
          <w:p w14:paraId="2F62EF99" w14:textId="77777777" w:rsidR="004B4EAF" w:rsidRDefault="00000000">
            <w:r>
              <w:t>10.3748/wjg.v24.i34.3927</w:t>
            </w:r>
          </w:p>
        </w:tc>
        <w:tc>
          <w:tcPr>
            <w:tcW w:w="1234" w:type="dxa"/>
          </w:tcPr>
          <w:p w14:paraId="018E7A81" w14:textId="77777777" w:rsidR="004B4EAF" w:rsidRDefault="004B4EAF"/>
        </w:tc>
      </w:tr>
      <w:tr w:rsidR="004B4EAF" w14:paraId="7FB87084" w14:textId="77777777">
        <w:tc>
          <w:tcPr>
            <w:tcW w:w="1234" w:type="dxa"/>
          </w:tcPr>
          <w:p w14:paraId="28355240" w14:textId="77777777" w:rsidR="004B4EAF" w:rsidRDefault="00000000">
            <w:r>
              <w:t>2014</w:t>
            </w:r>
          </w:p>
        </w:tc>
        <w:tc>
          <w:tcPr>
            <w:tcW w:w="1234" w:type="dxa"/>
          </w:tcPr>
          <w:p w14:paraId="20A134CC" w14:textId="77777777" w:rsidR="004B4EAF" w:rsidRDefault="00000000">
            <w:r>
              <w:t>Recent outbreaks of rift valley Fever in East Africa and the middle East</w:t>
            </w:r>
          </w:p>
        </w:tc>
        <w:tc>
          <w:tcPr>
            <w:tcW w:w="1234" w:type="dxa"/>
          </w:tcPr>
          <w:p w14:paraId="63733DE4" w14:textId="77777777" w:rsidR="004B4EAF" w:rsidRDefault="00000000">
            <w:r>
              <w:t>Front Public Health</w:t>
            </w:r>
          </w:p>
        </w:tc>
        <w:tc>
          <w:tcPr>
            <w:tcW w:w="1234" w:type="dxa"/>
          </w:tcPr>
          <w:p w14:paraId="571A2E1E" w14:textId="77777777" w:rsidR="004B4EAF" w:rsidRDefault="00000000">
            <w:r>
              <w:t>Himeidan, Y. E.; Kweka, E. J.; Mahgoub, M. M.; El Rayah el, A.; Ouma, J. O.</w:t>
            </w:r>
          </w:p>
        </w:tc>
        <w:tc>
          <w:tcPr>
            <w:tcW w:w="1234" w:type="dxa"/>
          </w:tcPr>
          <w:p w14:paraId="22680A05" w14:textId="77777777" w:rsidR="004B4EAF" w:rsidRDefault="00000000">
            <w:r>
              <w:t>Aedes mosquitoes</w:t>
            </w:r>
          </w:p>
        </w:tc>
        <w:tc>
          <w:tcPr>
            <w:tcW w:w="1234" w:type="dxa"/>
          </w:tcPr>
          <w:p w14:paraId="0C55227C" w14:textId="77777777" w:rsidR="004B4EAF" w:rsidRDefault="00000000">
            <w:r>
              <w:t>10.3389/fpubh.2014.00169</w:t>
            </w:r>
          </w:p>
        </w:tc>
        <w:tc>
          <w:tcPr>
            <w:tcW w:w="1234" w:type="dxa"/>
          </w:tcPr>
          <w:p w14:paraId="39189928" w14:textId="77777777" w:rsidR="004B4EAF" w:rsidRDefault="004B4EAF"/>
        </w:tc>
      </w:tr>
      <w:tr w:rsidR="004B4EAF" w14:paraId="639468AD" w14:textId="77777777">
        <w:tc>
          <w:tcPr>
            <w:tcW w:w="1234" w:type="dxa"/>
          </w:tcPr>
          <w:p w14:paraId="61C161C0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52CFEEDF" w14:textId="77777777" w:rsidR="004B4EAF" w:rsidRDefault="00000000">
            <w:r>
              <w:t>Urban Chikungunya in the Middle East and North Africa: A systematic review</w:t>
            </w:r>
          </w:p>
        </w:tc>
        <w:tc>
          <w:tcPr>
            <w:tcW w:w="1234" w:type="dxa"/>
          </w:tcPr>
          <w:p w14:paraId="0E0BBEFA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73AA27C0" w14:textId="77777777" w:rsidR="004B4EAF" w:rsidRDefault="00000000">
            <w:r>
              <w:t>Humphrey, J. M.; Cleton, N. B.; Reusken, Cbem; Glesby, M. J.; Koopmans, M. P. G.; Abu-Raddad, L. J.</w:t>
            </w:r>
          </w:p>
        </w:tc>
        <w:tc>
          <w:tcPr>
            <w:tcW w:w="1234" w:type="dxa"/>
          </w:tcPr>
          <w:p w14:paraId="61C3F406" w14:textId="77777777" w:rsidR="004B4EAF" w:rsidRDefault="00000000">
            <w:r>
              <w:t>Aedes/virology</w:t>
            </w:r>
          </w:p>
        </w:tc>
        <w:tc>
          <w:tcPr>
            <w:tcW w:w="1234" w:type="dxa"/>
          </w:tcPr>
          <w:p w14:paraId="35756D03" w14:textId="77777777" w:rsidR="004B4EAF" w:rsidRDefault="00000000">
            <w:r>
              <w:t>10.1371/journal.pntd.0005707</w:t>
            </w:r>
          </w:p>
        </w:tc>
        <w:tc>
          <w:tcPr>
            <w:tcW w:w="1234" w:type="dxa"/>
          </w:tcPr>
          <w:p w14:paraId="74E3D5F7" w14:textId="77777777" w:rsidR="004B4EAF" w:rsidRDefault="004B4EAF"/>
        </w:tc>
      </w:tr>
      <w:tr w:rsidR="004B4EAF" w14:paraId="471CBF4F" w14:textId="77777777">
        <w:tc>
          <w:tcPr>
            <w:tcW w:w="1234" w:type="dxa"/>
          </w:tcPr>
          <w:p w14:paraId="4F80B01B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16F0CDEF" w14:textId="77777777" w:rsidR="004B4EAF" w:rsidRDefault="00000000">
            <w:r>
              <w:t>Microscopic and Molecular Detection of Camel Piroplasmosis in Gadarif State, Sudan</w:t>
            </w:r>
          </w:p>
        </w:tc>
        <w:tc>
          <w:tcPr>
            <w:tcW w:w="1234" w:type="dxa"/>
          </w:tcPr>
          <w:p w14:paraId="2F19004C" w14:textId="77777777" w:rsidR="004B4EAF" w:rsidRDefault="00000000">
            <w:r>
              <w:t>Vet Med Int</w:t>
            </w:r>
          </w:p>
        </w:tc>
        <w:tc>
          <w:tcPr>
            <w:tcW w:w="1234" w:type="dxa"/>
          </w:tcPr>
          <w:p w14:paraId="6D2D3F78" w14:textId="77777777" w:rsidR="004B4EAF" w:rsidRDefault="00000000">
            <w:r>
              <w:t>Ibrahim, A. M.; Kadle, A. A.; Nyingilili, H. S.</w:t>
            </w:r>
          </w:p>
        </w:tc>
        <w:tc>
          <w:tcPr>
            <w:tcW w:w="1234" w:type="dxa"/>
          </w:tcPr>
          <w:p w14:paraId="7BE8D2F4" w14:textId="77777777" w:rsidR="004B4EAF" w:rsidRDefault="004B4EAF"/>
        </w:tc>
        <w:tc>
          <w:tcPr>
            <w:tcW w:w="1234" w:type="dxa"/>
          </w:tcPr>
          <w:p w14:paraId="2DF1DE4B" w14:textId="77777777" w:rsidR="004B4EAF" w:rsidRDefault="00000000">
            <w:r>
              <w:t>10.1155/2017/9345231</w:t>
            </w:r>
          </w:p>
        </w:tc>
        <w:tc>
          <w:tcPr>
            <w:tcW w:w="1234" w:type="dxa"/>
          </w:tcPr>
          <w:p w14:paraId="32E99C45" w14:textId="77777777" w:rsidR="004B4EAF" w:rsidRDefault="004B4EAF"/>
        </w:tc>
      </w:tr>
      <w:tr w:rsidR="004B4EAF" w14:paraId="4EE6E030" w14:textId="77777777">
        <w:tc>
          <w:tcPr>
            <w:tcW w:w="1234" w:type="dxa"/>
          </w:tcPr>
          <w:p w14:paraId="34E4150A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2D07E438" w14:textId="77777777" w:rsidR="004B4EAF" w:rsidRDefault="00000000">
            <w:r>
              <w:t xml:space="preserve">Delayed treatment of neglected open </w:t>
            </w:r>
            <w:r>
              <w:lastRenderedPageBreak/>
              <w:t>knee dislocation; case report</w:t>
            </w:r>
          </w:p>
        </w:tc>
        <w:tc>
          <w:tcPr>
            <w:tcW w:w="1234" w:type="dxa"/>
          </w:tcPr>
          <w:p w14:paraId="22CB0C0A" w14:textId="77777777" w:rsidR="004B4EAF" w:rsidRDefault="00000000">
            <w:r>
              <w:lastRenderedPageBreak/>
              <w:t>Int J Surg Case Rep</w:t>
            </w:r>
          </w:p>
        </w:tc>
        <w:tc>
          <w:tcPr>
            <w:tcW w:w="1234" w:type="dxa"/>
          </w:tcPr>
          <w:p w14:paraId="6299B159" w14:textId="77777777" w:rsidR="004B4EAF" w:rsidRDefault="00000000">
            <w:r>
              <w:t xml:space="preserve">Ibrahim, H. S.; Çiçek, E. I.; Taşkoparan, H.; </w:t>
            </w:r>
            <w:r>
              <w:lastRenderedPageBreak/>
              <w:t>Duran Hashi, A. Y.</w:t>
            </w:r>
          </w:p>
        </w:tc>
        <w:tc>
          <w:tcPr>
            <w:tcW w:w="1234" w:type="dxa"/>
          </w:tcPr>
          <w:p w14:paraId="3D359BBE" w14:textId="77777777" w:rsidR="004B4EAF" w:rsidRDefault="00000000">
            <w:r>
              <w:lastRenderedPageBreak/>
              <w:t>Arthrodesis</w:t>
            </w:r>
          </w:p>
        </w:tc>
        <w:tc>
          <w:tcPr>
            <w:tcW w:w="1234" w:type="dxa"/>
          </w:tcPr>
          <w:p w14:paraId="4CA49DE4" w14:textId="77777777" w:rsidR="004B4EAF" w:rsidRDefault="00000000">
            <w:r>
              <w:t>10.1016/j.ijscr.2022.106937</w:t>
            </w:r>
          </w:p>
        </w:tc>
        <w:tc>
          <w:tcPr>
            <w:tcW w:w="1234" w:type="dxa"/>
          </w:tcPr>
          <w:p w14:paraId="624A13CF" w14:textId="77777777" w:rsidR="004B4EAF" w:rsidRDefault="004B4EAF"/>
        </w:tc>
      </w:tr>
      <w:tr w:rsidR="004B4EAF" w14:paraId="1105DF87" w14:textId="77777777">
        <w:tc>
          <w:tcPr>
            <w:tcW w:w="1234" w:type="dxa"/>
          </w:tcPr>
          <w:p w14:paraId="0A33722C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2AFC890" w14:textId="77777777" w:rsidR="004B4EAF" w:rsidRDefault="00000000">
            <w:r>
              <w:t>Neglected bilateral geno valgum deformity managed with a dynamic compression plate and the ilizarov construct: a case report</w:t>
            </w:r>
          </w:p>
        </w:tc>
        <w:tc>
          <w:tcPr>
            <w:tcW w:w="1234" w:type="dxa"/>
          </w:tcPr>
          <w:p w14:paraId="5CAE408F" w14:textId="77777777" w:rsidR="004B4EAF" w:rsidRDefault="00000000">
            <w:r>
              <w:t>Ann Med Surg (Lond)</w:t>
            </w:r>
          </w:p>
        </w:tc>
        <w:tc>
          <w:tcPr>
            <w:tcW w:w="1234" w:type="dxa"/>
          </w:tcPr>
          <w:p w14:paraId="23EF9EB8" w14:textId="77777777" w:rsidR="004B4EAF" w:rsidRDefault="00000000">
            <w:r>
              <w:t>Ibrahim, Y. B.; Mohamed, A. Y.; Ibrahim, H. S.; Cicek, E. I.; Mohamed, A. H.; May, H.</w:t>
            </w:r>
          </w:p>
        </w:tc>
        <w:tc>
          <w:tcPr>
            <w:tcW w:w="1234" w:type="dxa"/>
          </w:tcPr>
          <w:p w14:paraId="3AA8BA7B" w14:textId="77777777" w:rsidR="004B4EAF" w:rsidRDefault="00000000">
            <w:r>
              <w:t>case report</w:t>
            </w:r>
          </w:p>
        </w:tc>
        <w:tc>
          <w:tcPr>
            <w:tcW w:w="1234" w:type="dxa"/>
          </w:tcPr>
          <w:p w14:paraId="7606DF04" w14:textId="77777777" w:rsidR="004B4EAF" w:rsidRDefault="00000000">
            <w:r>
              <w:t>10.1097/ms9.0000000000000405</w:t>
            </w:r>
          </w:p>
        </w:tc>
        <w:tc>
          <w:tcPr>
            <w:tcW w:w="1234" w:type="dxa"/>
          </w:tcPr>
          <w:p w14:paraId="00A69099" w14:textId="77777777" w:rsidR="004B4EAF" w:rsidRDefault="004B4EAF"/>
        </w:tc>
      </w:tr>
      <w:tr w:rsidR="004B4EAF" w14:paraId="50BA9D8F" w14:textId="77777777">
        <w:tc>
          <w:tcPr>
            <w:tcW w:w="1234" w:type="dxa"/>
          </w:tcPr>
          <w:p w14:paraId="295CFC63" w14:textId="77777777" w:rsidR="004B4EAF" w:rsidRDefault="00000000">
            <w:r>
              <w:t>1987</w:t>
            </w:r>
          </w:p>
        </w:tc>
        <w:tc>
          <w:tcPr>
            <w:tcW w:w="1234" w:type="dxa"/>
          </w:tcPr>
          <w:p w14:paraId="6F4B25BC" w14:textId="77777777" w:rsidR="004B4EAF" w:rsidRDefault="00000000">
            <w:r>
              <w:t>Epidemiological study of parasitic infections in Somali nomads</w:t>
            </w:r>
          </w:p>
        </w:tc>
        <w:tc>
          <w:tcPr>
            <w:tcW w:w="1234" w:type="dxa"/>
          </w:tcPr>
          <w:p w14:paraId="30F39598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0BBEC6DB" w14:textId="77777777" w:rsidR="004B4EAF" w:rsidRDefault="00000000">
            <w:r>
              <w:t>Ilardi, I.; Sebastiani, A.; Leone, F.; Madera, A.; Bile, M. K.; Shiddo, S. C.; Mohamed, H. H.; Amiconi, G.</w:t>
            </w:r>
          </w:p>
        </w:tc>
        <w:tc>
          <w:tcPr>
            <w:tcW w:w="1234" w:type="dxa"/>
          </w:tcPr>
          <w:p w14:paraId="30DF82D8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09AB76A8" w14:textId="77777777" w:rsidR="004B4EAF" w:rsidRDefault="00000000">
            <w:r>
              <w:t>10.1016/0035-9203(87)90027-7</w:t>
            </w:r>
          </w:p>
        </w:tc>
        <w:tc>
          <w:tcPr>
            <w:tcW w:w="1234" w:type="dxa"/>
          </w:tcPr>
          <w:p w14:paraId="11F3CAE0" w14:textId="77777777" w:rsidR="004B4EAF" w:rsidRDefault="004B4EAF"/>
        </w:tc>
      </w:tr>
      <w:tr w:rsidR="004B4EAF" w14:paraId="4B005498" w14:textId="77777777">
        <w:tc>
          <w:tcPr>
            <w:tcW w:w="1234" w:type="dxa"/>
          </w:tcPr>
          <w:p w14:paraId="223B5AE8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5A1B3598" w14:textId="77777777" w:rsidR="004B4EAF" w:rsidRDefault="00000000">
            <w:r>
              <w:t>Sero-prevalence of visceral leishmaniasis and its associated factors among asymptomatic individuals visiting Denan health center, southeastern Ethiopia</w:t>
            </w:r>
          </w:p>
        </w:tc>
        <w:tc>
          <w:tcPr>
            <w:tcW w:w="1234" w:type="dxa"/>
          </w:tcPr>
          <w:p w14:paraId="60E3F4B7" w14:textId="77777777" w:rsidR="004B4EAF" w:rsidRDefault="00000000">
            <w:r>
              <w:t>Trop Dis Travel Med Vaccines</w:t>
            </w:r>
          </w:p>
        </w:tc>
        <w:tc>
          <w:tcPr>
            <w:tcW w:w="1234" w:type="dxa"/>
          </w:tcPr>
          <w:p w14:paraId="242FEAEC" w14:textId="77777777" w:rsidR="004B4EAF" w:rsidRDefault="00000000">
            <w:r>
              <w:t>Ismail, A.; Yared, S.; Dugassa, S.; Abera, A.; Animut, A.; Erko, B.; Gebresilassie, A.</w:t>
            </w:r>
          </w:p>
        </w:tc>
        <w:tc>
          <w:tcPr>
            <w:tcW w:w="1234" w:type="dxa"/>
          </w:tcPr>
          <w:p w14:paraId="5D541C6D" w14:textId="77777777" w:rsidR="004B4EAF" w:rsidRDefault="00000000">
            <w:r>
              <w:t>Denan</w:t>
            </w:r>
          </w:p>
        </w:tc>
        <w:tc>
          <w:tcPr>
            <w:tcW w:w="1234" w:type="dxa"/>
          </w:tcPr>
          <w:p w14:paraId="7ED36061" w14:textId="77777777" w:rsidR="004B4EAF" w:rsidRDefault="00000000">
            <w:r>
              <w:t>10.1186/s40794-023-00196-8</w:t>
            </w:r>
          </w:p>
        </w:tc>
        <w:tc>
          <w:tcPr>
            <w:tcW w:w="1234" w:type="dxa"/>
          </w:tcPr>
          <w:p w14:paraId="0E2560D4" w14:textId="77777777" w:rsidR="004B4EAF" w:rsidRDefault="004B4EAF"/>
        </w:tc>
      </w:tr>
      <w:tr w:rsidR="004B4EAF" w14:paraId="76DEEE0C" w14:textId="77777777">
        <w:tc>
          <w:tcPr>
            <w:tcW w:w="1234" w:type="dxa"/>
          </w:tcPr>
          <w:p w14:paraId="66BA322B" w14:textId="77777777" w:rsidR="004B4EAF" w:rsidRDefault="00000000">
            <w:r>
              <w:t>201</w:t>
            </w:r>
            <w:r>
              <w:lastRenderedPageBreak/>
              <w:t>6</w:t>
            </w:r>
          </w:p>
        </w:tc>
        <w:tc>
          <w:tcPr>
            <w:tcW w:w="1234" w:type="dxa"/>
          </w:tcPr>
          <w:p w14:paraId="10238B7E" w14:textId="77777777" w:rsidR="004B4EAF" w:rsidRDefault="00000000">
            <w:r>
              <w:lastRenderedPageBreak/>
              <w:t xml:space="preserve">Somalia: A </w:t>
            </w:r>
            <w:r>
              <w:lastRenderedPageBreak/>
              <w:t>Nation at the Crossroads of Extreme Poverty, Conflict, and Neglected Tropical Diseases</w:t>
            </w:r>
          </w:p>
        </w:tc>
        <w:tc>
          <w:tcPr>
            <w:tcW w:w="1234" w:type="dxa"/>
          </w:tcPr>
          <w:p w14:paraId="3EAB1B85" w14:textId="77777777" w:rsidR="004B4EAF" w:rsidRDefault="00000000">
            <w:r>
              <w:lastRenderedPageBreak/>
              <w:t xml:space="preserve">PLoS Negl </w:t>
            </w:r>
            <w:r>
              <w:lastRenderedPageBreak/>
              <w:t>Trop Dis</w:t>
            </w:r>
          </w:p>
        </w:tc>
        <w:tc>
          <w:tcPr>
            <w:tcW w:w="1234" w:type="dxa"/>
          </w:tcPr>
          <w:p w14:paraId="454B8061" w14:textId="77777777" w:rsidR="004B4EAF" w:rsidRDefault="00000000">
            <w:r>
              <w:lastRenderedPageBreak/>
              <w:t xml:space="preserve">Jaffer, A.; Hotez, </w:t>
            </w:r>
            <w:r>
              <w:lastRenderedPageBreak/>
              <w:t>P. J.</w:t>
            </w:r>
          </w:p>
        </w:tc>
        <w:tc>
          <w:tcPr>
            <w:tcW w:w="1234" w:type="dxa"/>
          </w:tcPr>
          <w:p w14:paraId="7C88D284" w14:textId="77777777" w:rsidR="004B4EAF" w:rsidRDefault="004B4EAF"/>
        </w:tc>
        <w:tc>
          <w:tcPr>
            <w:tcW w:w="1234" w:type="dxa"/>
          </w:tcPr>
          <w:p w14:paraId="28010485" w14:textId="77777777" w:rsidR="004B4EAF" w:rsidRDefault="00000000">
            <w:r>
              <w:t>10.1371/journal.pntd.00046</w:t>
            </w:r>
            <w:r>
              <w:lastRenderedPageBreak/>
              <w:t>70</w:t>
            </w:r>
          </w:p>
        </w:tc>
        <w:tc>
          <w:tcPr>
            <w:tcW w:w="1234" w:type="dxa"/>
          </w:tcPr>
          <w:p w14:paraId="4A1731D1" w14:textId="77777777" w:rsidR="004B4EAF" w:rsidRDefault="004B4EAF"/>
        </w:tc>
      </w:tr>
      <w:tr w:rsidR="004B4EAF" w14:paraId="697EFAC1" w14:textId="77777777">
        <w:tc>
          <w:tcPr>
            <w:tcW w:w="1234" w:type="dxa"/>
          </w:tcPr>
          <w:p w14:paraId="615F3B5E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1D756C7A" w14:textId="77777777" w:rsidR="004B4EAF" w:rsidRDefault="00000000">
            <w:r>
              <w:t>Twenty years of herpes simplex virus type 2 (HSV-2) research in low-income and middle-income countries: systematic evaluation of progress made in addressing WHO prioritiesfor research in HSV-2 epidemiology and diagnostics</w:t>
            </w:r>
          </w:p>
        </w:tc>
        <w:tc>
          <w:tcPr>
            <w:tcW w:w="1234" w:type="dxa"/>
          </w:tcPr>
          <w:p w14:paraId="3CCF4A4E" w14:textId="77777777" w:rsidR="004B4EAF" w:rsidRDefault="00000000">
            <w:r>
              <w:t>BMJ Glob Health</w:t>
            </w:r>
          </w:p>
        </w:tc>
        <w:tc>
          <w:tcPr>
            <w:tcW w:w="1234" w:type="dxa"/>
          </w:tcPr>
          <w:p w14:paraId="77625ED6" w14:textId="77777777" w:rsidR="004B4EAF" w:rsidRDefault="00000000">
            <w:r>
              <w:t>Jama, M.; Owen, E. M.; Nahal, B.; Obasi, A.; Clarke, E.</w:t>
            </w:r>
          </w:p>
        </w:tc>
        <w:tc>
          <w:tcPr>
            <w:tcW w:w="1234" w:type="dxa"/>
          </w:tcPr>
          <w:p w14:paraId="13DD230B" w14:textId="77777777" w:rsidR="004B4EAF" w:rsidRDefault="00000000">
            <w:r>
              <w:t>Female</w:t>
            </w:r>
          </w:p>
        </w:tc>
        <w:tc>
          <w:tcPr>
            <w:tcW w:w="1234" w:type="dxa"/>
          </w:tcPr>
          <w:p w14:paraId="259614AB" w14:textId="77777777" w:rsidR="004B4EAF" w:rsidRDefault="00000000">
            <w:r>
              <w:t>10.1136/bmjgh-2023-012717</w:t>
            </w:r>
          </w:p>
        </w:tc>
        <w:tc>
          <w:tcPr>
            <w:tcW w:w="1234" w:type="dxa"/>
          </w:tcPr>
          <w:p w14:paraId="09A3BC64" w14:textId="77777777" w:rsidR="004B4EAF" w:rsidRDefault="004B4EAF"/>
        </w:tc>
      </w:tr>
      <w:tr w:rsidR="004B4EAF" w14:paraId="12E65FD0" w14:textId="77777777">
        <w:tc>
          <w:tcPr>
            <w:tcW w:w="1234" w:type="dxa"/>
          </w:tcPr>
          <w:p w14:paraId="4766A151" w14:textId="77777777" w:rsidR="004B4EAF" w:rsidRDefault="00000000">
            <w:r>
              <w:t>2009</w:t>
            </w:r>
          </w:p>
        </w:tc>
        <w:tc>
          <w:tcPr>
            <w:tcW w:w="1234" w:type="dxa"/>
          </w:tcPr>
          <w:p w14:paraId="47478D26" w14:textId="77777777" w:rsidR="004B4EAF" w:rsidRDefault="00000000">
            <w:r>
              <w:t>Appendectomy to remember</w:t>
            </w:r>
          </w:p>
        </w:tc>
        <w:tc>
          <w:tcPr>
            <w:tcW w:w="1234" w:type="dxa"/>
          </w:tcPr>
          <w:p w14:paraId="1EFEB3CA" w14:textId="77777777" w:rsidR="004B4EAF" w:rsidRDefault="00000000">
            <w:r>
              <w:t>J Travel Med</w:t>
            </w:r>
          </w:p>
        </w:tc>
        <w:tc>
          <w:tcPr>
            <w:tcW w:w="1234" w:type="dxa"/>
          </w:tcPr>
          <w:p w14:paraId="2C43FCB7" w14:textId="77777777" w:rsidR="004B4EAF" w:rsidRDefault="00000000">
            <w:r>
              <w:t>Jama, S.; Manivel, J. C.; Abd Alla, M. D.; Stauffer, W. M.</w:t>
            </w:r>
          </w:p>
        </w:tc>
        <w:tc>
          <w:tcPr>
            <w:tcW w:w="1234" w:type="dxa"/>
          </w:tcPr>
          <w:p w14:paraId="4742B206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64B47D33" w14:textId="77777777" w:rsidR="004B4EAF" w:rsidRDefault="00000000">
            <w:r>
              <w:t>10.1111/j.1708-8305.2009.00306.x</w:t>
            </w:r>
          </w:p>
        </w:tc>
        <w:tc>
          <w:tcPr>
            <w:tcW w:w="1234" w:type="dxa"/>
          </w:tcPr>
          <w:p w14:paraId="7B33F261" w14:textId="77777777" w:rsidR="004B4EAF" w:rsidRDefault="004B4EAF"/>
        </w:tc>
      </w:tr>
      <w:tr w:rsidR="004B4EAF" w14:paraId="6FA63461" w14:textId="77777777">
        <w:tc>
          <w:tcPr>
            <w:tcW w:w="1234" w:type="dxa"/>
          </w:tcPr>
          <w:p w14:paraId="2AF669AF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4A411E1D" w14:textId="77777777" w:rsidR="004B4EAF" w:rsidRDefault="00000000">
            <w:r>
              <w:t>Retrospective study on the dengue fever outbreak in Puntland State, Somalia</w:t>
            </w:r>
          </w:p>
        </w:tc>
        <w:tc>
          <w:tcPr>
            <w:tcW w:w="1234" w:type="dxa"/>
          </w:tcPr>
          <w:p w14:paraId="3F2D1993" w14:textId="77777777" w:rsidR="004B4EAF" w:rsidRDefault="00000000">
            <w:r>
              <w:t>BMC Infect Dis</w:t>
            </w:r>
          </w:p>
        </w:tc>
        <w:tc>
          <w:tcPr>
            <w:tcW w:w="1234" w:type="dxa"/>
          </w:tcPr>
          <w:p w14:paraId="403AEA7A" w14:textId="77777777" w:rsidR="004B4EAF" w:rsidRDefault="00000000">
            <w:r>
              <w:t>Jama, S. S.; Abshir, S. N.; Jama, J. S.; Abdi, M. M.</w:t>
            </w:r>
          </w:p>
        </w:tc>
        <w:tc>
          <w:tcPr>
            <w:tcW w:w="1234" w:type="dxa"/>
          </w:tcPr>
          <w:p w14:paraId="2F422E80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18FEB8B9" w14:textId="77777777" w:rsidR="004B4EAF" w:rsidRDefault="00000000">
            <w:r>
              <w:t>10.1186/s12879-024-09552-1</w:t>
            </w:r>
          </w:p>
        </w:tc>
        <w:tc>
          <w:tcPr>
            <w:tcW w:w="1234" w:type="dxa"/>
          </w:tcPr>
          <w:p w14:paraId="7F014AF9" w14:textId="77777777" w:rsidR="004B4EAF" w:rsidRDefault="004B4EAF"/>
        </w:tc>
      </w:tr>
      <w:tr w:rsidR="004B4EAF" w14:paraId="1F7D9E37" w14:textId="77777777">
        <w:tc>
          <w:tcPr>
            <w:tcW w:w="1234" w:type="dxa"/>
          </w:tcPr>
          <w:p w14:paraId="56346C17" w14:textId="77777777" w:rsidR="004B4EAF" w:rsidRDefault="00000000">
            <w:r>
              <w:lastRenderedPageBreak/>
              <w:t>2024</w:t>
            </w:r>
          </w:p>
        </w:tc>
        <w:tc>
          <w:tcPr>
            <w:tcW w:w="1234" w:type="dxa"/>
          </w:tcPr>
          <w:p w14:paraId="34239C20" w14:textId="77777777" w:rsidR="004B4EAF" w:rsidRDefault="00000000">
            <w:r>
              <w:t>Correction: Retrospective study on the dengue fever outbreak in Puntland State, Somalia</w:t>
            </w:r>
          </w:p>
        </w:tc>
        <w:tc>
          <w:tcPr>
            <w:tcW w:w="1234" w:type="dxa"/>
          </w:tcPr>
          <w:p w14:paraId="5529556F" w14:textId="77777777" w:rsidR="004B4EAF" w:rsidRDefault="00000000">
            <w:r>
              <w:t>BMC Infect Dis</w:t>
            </w:r>
          </w:p>
        </w:tc>
        <w:tc>
          <w:tcPr>
            <w:tcW w:w="1234" w:type="dxa"/>
          </w:tcPr>
          <w:p w14:paraId="2DBF6D0D" w14:textId="77777777" w:rsidR="004B4EAF" w:rsidRDefault="00000000">
            <w:r>
              <w:t>Jama, S. S.; Abshir, S. N.; Jama, J. S.; Abdi, M. M.</w:t>
            </w:r>
          </w:p>
        </w:tc>
        <w:tc>
          <w:tcPr>
            <w:tcW w:w="1234" w:type="dxa"/>
          </w:tcPr>
          <w:p w14:paraId="23C74A84" w14:textId="77777777" w:rsidR="004B4EAF" w:rsidRDefault="004B4EAF"/>
        </w:tc>
        <w:tc>
          <w:tcPr>
            <w:tcW w:w="1234" w:type="dxa"/>
          </w:tcPr>
          <w:p w14:paraId="2F8265AC" w14:textId="77777777" w:rsidR="004B4EAF" w:rsidRDefault="00000000">
            <w:r>
              <w:t>10.1186/s12879-024-09692-4</w:t>
            </w:r>
          </w:p>
        </w:tc>
        <w:tc>
          <w:tcPr>
            <w:tcW w:w="1234" w:type="dxa"/>
          </w:tcPr>
          <w:p w14:paraId="38834868" w14:textId="77777777" w:rsidR="004B4EAF" w:rsidRDefault="004B4EAF"/>
        </w:tc>
      </w:tr>
      <w:tr w:rsidR="004B4EAF" w14:paraId="0B2B45A2" w14:textId="77777777">
        <w:tc>
          <w:tcPr>
            <w:tcW w:w="1234" w:type="dxa"/>
          </w:tcPr>
          <w:p w14:paraId="312B750E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6B366217" w14:textId="77777777" w:rsidR="004B4EAF" w:rsidRDefault="00000000">
            <w:r>
              <w:t>Rampart of Health-Specific Leadership and Social Support of Colleagues to Overcome Burnout in an Emotionally Demanding Situations: The Mediating Role of Stress</w:t>
            </w:r>
          </w:p>
        </w:tc>
        <w:tc>
          <w:tcPr>
            <w:tcW w:w="1234" w:type="dxa"/>
          </w:tcPr>
          <w:p w14:paraId="205DFB8D" w14:textId="77777777" w:rsidR="004B4EAF" w:rsidRDefault="00000000">
            <w:r>
              <w:t>J Healthc Leadersh</w:t>
            </w:r>
          </w:p>
        </w:tc>
        <w:tc>
          <w:tcPr>
            <w:tcW w:w="1234" w:type="dxa"/>
          </w:tcPr>
          <w:p w14:paraId="508818FA" w14:textId="77777777" w:rsidR="004B4EAF" w:rsidRDefault="00000000">
            <w:r>
              <w:t>Javaid, M. U.; Rehman, N.; Mirza, M. Z.; Ibrahim, A. M.</w:t>
            </w:r>
          </w:p>
        </w:tc>
        <w:tc>
          <w:tcPr>
            <w:tcW w:w="1234" w:type="dxa"/>
          </w:tcPr>
          <w:p w14:paraId="103316F9" w14:textId="77777777" w:rsidR="004B4EAF" w:rsidRDefault="00000000">
            <w:r>
              <w:t>Malaysia</w:t>
            </w:r>
          </w:p>
        </w:tc>
        <w:tc>
          <w:tcPr>
            <w:tcW w:w="1234" w:type="dxa"/>
          </w:tcPr>
          <w:p w14:paraId="1305145E" w14:textId="77777777" w:rsidR="004B4EAF" w:rsidRDefault="00000000">
            <w:r>
              <w:t>10.2147/jhl.S420584</w:t>
            </w:r>
          </w:p>
        </w:tc>
        <w:tc>
          <w:tcPr>
            <w:tcW w:w="1234" w:type="dxa"/>
          </w:tcPr>
          <w:p w14:paraId="44EB1FAF" w14:textId="77777777" w:rsidR="004B4EAF" w:rsidRDefault="004B4EAF"/>
        </w:tc>
      </w:tr>
      <w:tr w:rsidR="004B4EAF" w14:paraId="14C67A61" w14:textId="77777777">
        <w:tc>
          <w:tcPr>
            <w:tcW w:w="1234" w:type="dxa"/>
          </w:tcPr>
          <w:p w14:paraId="161B0F27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27210098" w14:textId="77777777" w:rsidR="004B4EAF" w:rsidRDefault="00000000">
            <w:r>
              <w:t>Helping the helper: 528th Combat Stress Center in Somalia</w:t>
            </w:r>
          </w:p>
        </w:tc>
        <w:tc>
          <w:tcPr>
            <w:tcW w:w="1234" w:type="dxa"/>
          </w:tcPr>
          <w:p w14:paraId="38208E40" w14:textId="77777777" w:rsidR="004B4EAF" w:rsidRDefault="00000000">
            <w:r>
              <w:t>Mil Med</w:t>
            </w:r>
          </w:p>
        </w:tc>
        <w:tc>
          <w:tcPr>
            <w:tcW w:w="1234" w:type="dxa"/>
          </w:tcPr>
          <w:p w14:paraId="53FE0E95" w14:textId="77777777" w:rsidR="004B4EAF" w:rsidRDefault="00000000">
            <w:r>
              <w:t>Jiggetts, S. M.; Hall, D. P., Jr.</w:t>
            </w:r>
          </w:p>
        </w:tc>
        <w:tc>
          <w:tcPr>
            <w:tcW w:w="1234" w:type="dxa"/>
          </w:tcPr>
          <w:p w14:paraId="54824218" w14:textId="77777777" w:rsidR="004B4EAF" w:rsidRDefault="00000000">
            <w:r>
              <w:t>Combat Disorders/physiopathology/psychology/*therapy</w:t>
            </w:r>
          </w:p>
        </w:tc>
        <w:tc>
          <w:tcPr>
            <w:tcW w:w="1234" w:type="dxa"/>
          </w:tcPr>
          <w:p w14:paraId="242E7600" w14:textId="77777777" w:rsidR="004B4EAF" w:rsidRDefault="004B4EAF"/>
        </w:tc>
        <w:tc>
          <w:tcPr>
            <w:tcW w:w="1234" w:type="dxa"/>
          </w:tcPr>
          <w:p w14:paraId="2571AB54" w14:textId="77777777" w:rsidR="004B4EAF" w:rsidRDefault="004B4EAF"/>
        </w:tc>
      </w:tr>
      <w:tr w:rsidR="004B4EAF" w14:paraId="3DE75D43" w14:textId="77777777">
        <w:tc>
          <w:tcPr>
            <w:tcW w:w="1234" w:type="dxa"/>
          </w:tcPr>
          <w:p w14:paraId="1D518BF2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5C7278F0" w14:textId="77777777" w:rsidR="004B4EAF" w:rsidRDefault="00000000">
            <w:r>
              <w:t>Transitions into puberty and access to sexual and reproductive health information in two humanitarian settings: a cross-</w:t>
            </w:r>
            <w:r>
              <w:lastRenderedPageBreak/>
              <w:t>sectional survey of very young adolescents from Somalia and Myanmar</w:t>
            </w:r>
          </w:p>
        </w:tc>
        <w:tc>
          <w:tcPr>
            <w:tcW w:w="1234" w:type="dxa"/>
          </w:tcPr>
          <w:p w14:paraId="2E96679B" w14:textId="77777777" w:rsidR="004B4EAF" w:rsidRDefault="00000000">
            <w:r>
              <w:lastRenderedPageBreak/>
              <w:t>Confl Health</w:t>
            </w:r>
          </w:p>
        </w:tc>
        <w:tc>
          <w:tcPr>
            <w:tcW w:w="1234" w:type="dxa"/>
          </w:tcPr>
          <w:p w14:paraId="5B1165AC" w14:textId="77777777" w:rsidR="004B4EAF" w:rsidRDefault="00000000">
            <w:r>
              <w:t>Kågesten, A. E.; Zimmerman, L.; Robinson, C.; Lee, C.; Bawoke, T.; Osman, S.; Schlecht, J.</w:t>
            </w:r>
          </w:p>
        </w:tc>
        <w:tc>
          <w:tcPr>
            <w:tcW w:w="1234" w:type="dxa"/>
          </w:tcPr>
          <w:p w14:paraId="45765273" w14:textId="77777777" w:rsidR="004B4EAF" w:rsidRDefault="00000000">
            <w:r>
              <w:t>Humanitarian settings</w:t>
            </w:r>
          </w:p>
        </w:tc>
        <w:tc>
          <w:tcPr>
            <w:tcW w:w="1234" w:type="dxa"/>
          </w:tcPr>
          <w:p w14:paraId="6745CCE2" w14:textId="77777777" w:rsidR="004B4EAF" w:rsidRDefault="00000000">
            <w:r>
              <w:t>10.1186/s13031-017-0127-8</w:t>
            </w:r>
          </w:p>
        </w:tc>
        <w:tc>
          <w:tcPr>
            <w:tcW w:w="1234" w:type="dxa"/>
          </w:tcPr>
          <w:p w14:paraId="7BD1E266" w14:textId="77777777" w:rsidR="004B4EAF" w:rsidRDefault="004B4EAF"/>
        </w:tc>
      </w:tr>
      <w:tr w:rsidR="004B4EAF" w14:paraId="349027EC" w14:textId="77777777">
        <w:tc>
          <w:tcPr>
            <w:tcW w:w="1234" w:type="dxa"/>
          </w:tcPr>
          <w:p w14:paraId="6FF1B711" w14:textId="77777777" w:rsidR="004B4EAF" w:rsidRDefault="00000000">
            <w:r>
              <w:t>1998</w:t>
            </w:r>
          </w:p>
        </w:tc>
        <w:tc>
          <w:tcPr>
            <w:tcW w:w="1234" w:type="dxa"/>
          </w:tcPr>
          <w:p w14:paraId="2708FE50" w14:textId="77777777" w:rsidR="004B4EAF" w:rsidRDefault="00000000">
            <w:r>
              <w:t>Molecular and epidemiologic analysis of dengue virus isolates from Somalia</w:t>
            </w:r>
          </w:p>
        </w:tc>
        <w:tc>
          <w:tcPr>
            <w:tcW w:w="1234" w:type="dxa"/>
          </w:tcPr>
          <w:p w14:paraId="1F111590" w14:textId="77777777" w:rsidR="004B4EAF" w:rsidRDefault="00000000">
            <w:r>
              <w:t>Emerg Infect Dis</w:t>
            </w:r>
          </w:p>
        </w:tc>
        <w:tc>
          <w:tcPr>
            <w:tcW w:w="1234" w:type="dxa"/>
          </w:tcPr>
          <w:p w14:paraId="6D74E843" w14:textId="77777777" w:rsidR="004B4EAF" w:rsidRDefault="00000000">
            <w:r>
              <w:t>Kanesa-thasan, N.; Chang, G. J.; Smoak, B. L.; Magill, A.; Burrous, M. J.; Hoke, C. H., Jr.</w:t>
            </w:r>
          </w:p>
        </w:tc>
        <w:tc>
          <w:tcPr>
            <w:tcW w:w="1234" w:type="dxa"/>
          </w:tcPr>
          <w:p w14:paraId="38FF3FF6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33459051" w14:textId="77777777" w:rsidR="004B4EAF" w:rsidRDefault="00000000">
            <w:r>
              <w:t>10.3201/eid0402.980220</w:t>
            </w:r>
          </w:p>
        </w:tc>
        <w:tc>
          <w:tcPr>
            <w:tcW w:w="1234" w:type="dxa"/>
          </w:tcPr>
          <w:p w14:paraId="0EBE4600" w14:textId="77777777" w:rsidR="004B4EAF" w:rsidRDefault="004B4EAF"/>
        </w:tc>
      </w:tr>
      <w:tr w:rsidR="004B4EAF" w14:paraId="3190D4A3" w14:textId="77777777">
        <w:tc>
          <w:tcPr>
            <w:tcW w:w="1234" w:type="dxa"/>
          </w:tcPr>
          <w:p w14:paraId="19584BDF" w14:textId="77777777" w:rsidR="004B4EAF" w:rsidRDefault="00000000">
            <w:r>
              <w:t>1994</w:t>
            </w:r>
          </w:p>
        </w:tc>
        <w:tc>
          <w:tcPr>
            <w:tcW w:w="1234" w:type="dxa"/>
          </w:tcPr>
          <w:p w14:paraId="6B637A42" w14:textId="77777777" w:rsidR="004B4EAF" w:rsidRDefault="00000000">
            <w:r>
              <w:t>Dengue serotypes 2 and 3 in US forces in Somalia</w:t>
            </w:r>
          </w:p>
        </w:tc>
        <w:tc>
          <w:tcPr>
            <w:tcW w:w="1234" w:type="dxa"/>
          </w:tcPr>
          <w:p w14:paraId="6256246B" w14:textId="77777777" w:rsidR="004B4EAF" w:rsidRDefault="00000000">
            <w:r>
              <w:t>Lancet</w:t>
            </w:r>
          </w:p>
        </w:tc>
        <w:tc>
          <w:tcPr>
            <w:tcW w:w="1234" w:type="dxa"/>
          </w:tcPr>
          <w:p w14:paraId="1DC01309" w14:textId="77777777" w:rsidR="004B4EAF" w:rsidRDefault="00000000">
            <w:r>
              <w:t>Kanesa-thasan, N.; Iacono-Connors, L.; Magill, A.; Smoak, B.; Vaughn, D.; Dubois, D.; Burrous, J.; Hoke, C.</w:t>
            </w:r>
          </w:p>
        </w:tc>
        <w:tc>
          <w:tcPr>
            <w:tcW w:w="1234" w:type="dxa"/>
          </w:tcPr>
          <w:p w14:paraId="6CA704E7" w14:textId="77777777" w:rsidR="004B4EAF" w:rsidRDefault="00000000">
            <w:r>
              <w:t>Dengue/*microbiology</w:t>
            </w:r>
          </w:p>
        </w:tc>
        <w:tc>
          <w:tcPr>
            <w:tcW w:w="1234" w:type="dxa"/>
          </w:tcPr>
          <w:p w14:paraId="5E73FA71" w14:textId="77777777" w:rsidR="004B4EAF" w:rsidRDefault="00000000">
            <w:r>
              <w:t>10.1016/s0140-6736(94)92678-6</w:t>
            </w:r>
          </w:p>
        </w:tc>
        <w:tc>
          <w:tcPr>
            <w:tcW w:w="1234" w:type="dxa"/>
          </w:tcPr>
          <w:p w14:paraId="225BA9E1" w14:textId="77777777" w:rsidR="004B4EAF" w:rsidRDefault="004B4EAF"/>
        </w:tc>
      </w:tr>
      <w:tr w:rsidR="004B4EAF" w14:paraId="6BF0041B" w14:textId="77777777">
        <w:tc>
          <w:tcPr>
            <w:tcW w:w="1234" w:type="dxa"/>
          </w:tcPr>
          <w:p w14:paraId="1C3A3806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00840A9C" w14:textId="77777777" w:rsidR="004B4EAF" w:rsidRDefault="00000000">
            <w:r>
              <w:t>Frequency and patterns of second-line resistance conferring mutations among MDR-TB isolates resistant to a second-line drug from eSwatini, Somalia and Uganda (2014-2016)</w:t>
            </w:r>
          </w:p>
        </w:tc>
        <w:tc>
          <w:tcPr>
            <w:tcW w:w="1234" w:type="dxa"/>
          </w:tcPr>
          <w:p w14:paraId="6497C0A3" w14:textId="77777777" w:rsidR="004B4EAF" w:rsidRDefault="00000000">
            <w:r>
              <w:t>BMC Pulm Med</w:t>
            </w:r>
          </w:p>
        </w:tc>
        <w:tc>
          <w:tcPr>
            <w:tcW w:w="1234" w:type="dxa"/>
          </w:tcPr>
          <w:p w14:paraId="2CC60F60" w14:textId="77777777" w:rsidR="004B4EAF" w:rsidRDefault="00000000">
            <w:r>
              <w:t>Kateete, D. P.; Kamulegeya, R.; Kigozi, E.; Katabazi, F. A.; Lukoye, D.; Sebit, S. I.; Abdi, H.; Arube, P.; Kasule, G. W.; Musisi, K.; Dlamini, M. G.; Khumalo, D.; Joloba, M. L.</w:t>
            </w:r>
          </w:p>
        </w:tc>
        <w:tc>
          <w:tcPr>
            <w:tcW w:w="1234" w:type="dxa"/>
          </w:tcPr>
          <w:p w14:paraId="454892DE" w14:textId="77777777" w:rsidR="004B4EAF" w:rsidRDefault="00000000">
            <w:r>
              <w:t>Amikacin/therapeutic use</w:t>
            </w:r>
          </w:p>
        </w:tc>
        <w:tc>
          <w:tcPr>
            <w:tcW w:w="1234" w:type="dxa"/>
          </w:tcPr>
          <w:p w14:paraId="0C3722F2" w14:textId="77777777" w:rsidR="004B4EAF" w:rsidRDefault="00000000">
            <w:r>
              <w:t>10.1186/s12890-019-0891-x</w:t>
            </w:r>
          </w:p>
        </w:tc>
        <w:tc>
          <w:tcPr>
            <w:tcW w:w="1234" w:type="dxa"/>
          </w:tcPr>
          <w:p w14:paraId="3A445EA7" w14:textId="77777777" w:rsidR="004B4EAF" w:rsidRDefault="004B4EAF"/>
        </w:tc>
      </w:tr>
      <w:tr w:rsidR="004B4EAF" w14:paraId="51E911FE" w14:textId="77777777">
        <w:tc>
          <w:tcPr>
            <w:tcW w:w="1234" w:type="dxa"/>
          </w:tcPr>
          <w:p w14:paraId="71DA7F09" w14:textId="77777777" w:rsidR="004B4EAF" w:rsidRDefault="00000000">
            <w:r>
              <w:lastRenderedPageBreak/>
              <w:t>2021</w:t>
            </w:r>
          </w:p>
        </w:tc>
        <w:tc>
          <w:tcPr>
            <w:tcW w:w="1234" w:type="dxa"/>
          </w:tcPr>
          <w:p w14:paraId="66486671" w14:textId="77777777" w:rsidR="004B4EAF" w:rsidRDefault="00000000">
            <w:r>
              <w:t>Clinical characteristics of acute liver failure associated with hepatitis A infection in children in Mogadishu, Somalia: a hospital-based retrospective study</w:t>
            </w:r>
          </w:p>
        </w:tc>
        <w:tc>
          <w:tcPr>
            <w:tcW w:w="1234" w:type="dxa"/>
          </w:tcPr>
          <w:p w14:paraId="028EE5BB" w14:textId="77777777" w:rsidR="004B4EAF" w:rsidRDefault="00000000">
            <w:r>
              <w:t>BMC Infect Dis</w:t>
            </w:r>
          </w:p>
        </w:tc>
        <w:tc>
          <w:tcPr>
            <w:tcW w:w="1234" w:type="dxa"/>
          </w:tcPr>
          <w:p w14:paraId="3F0FE0E5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Keles</w:t>
            </w:r>
            <w:proofErr w:type="spellEnd"/>
            <w:r w:rsidRPr="005440C3">
              <w:rPr>
                <w:lang w:val="nb-NO"/>
              </w:rPr>
              <w:t>, E.; Hassan-</w:t>
            </w:r>
            <w:proofErr w:type="spellStart"/>
            <w:r w:rsidRPr="005440C3">
              <w:rPr>
                <w:lang w:val="nb-NO"/>
              </w:rPr>
              <w:t>Kadle</w:t>
            </w:r>
            <w:proofErr w:type="spellEnd"/>
            <w:r w:rsidRPr="005440C3">
              <w:rPr>
                <w:lang w:val="nb-NO"/>
              </w:rPr>
              <w:t xml:space="preserve">, M. A.; Osman, M. M.; Eker, H. H.; </w:t>
            </w:r>
            <w:proofErr w:type="spellStart"/>
            <w:r w:rsidRPr="005440C3">
              <w:rPr>
                <w:lang w:val="nb-NO"/>
              </w:rPr>
              <w:t>Abusoglu</w:t>
            </w:r>
            <w:proofErr w:type="spellEnd"/>
            <w:r w:rsidRPr="005440C3">
              <w:rPr>
                <w:lang w:val="nb-NO"/>
              </w:rPr>
              <w:t xml:space="preserve">, Z.; </w:t>
            </w:r>
            <w:proofErr w:type="spellStart"/>
            <w:r w:rsidRPr="005440C3">
              <w:rPr>
                <w:lang w:val="nb-NO"/>
              </w:rPr>
              <w:t>Baydili</w:t>
            </w:r>
            <w:proofErr w:type="spellEnd"/>
            <w:r w:rsidRPr="005440C3">
              <w:rPr>
                <w:lang w:val="nb-NO"/>
              </w:rPr>
              <w:t>, K. N.; Osman, A. M.</w:t>
            </w:r>
          </w:p>
        </w:tc>
        <w:tc>
          <w:tcPr>
            <w:tcW w:w="1234" w:type="dxa"/>
          </w:tcPr>
          <w:p w14:paraId="5F33803E" w14:textId="77777777" w:rsidR="004B4EAF" w:rsidRDefault="00000000">
            <w:r>
              <w:t>Child</w:t>
            </w:r>
          </w:p>
        </w:tc>
        <w:tc>
          <w:tcPr>
            <w:tcW w:w="1234" w:type="dxa"/>
          </w:tcPr>
          <w:p w14:paraId="55CBAD34" w14:textId="77777777" w:rsidR="004B4EAF" w:rsidRDefault="00000000">
            <w:r>
              <w:t>10.1186/s12879-021-06594-7</w:t>
            </w:r>
          </w:p>
        </w:tc>
        <w:tc>
          <w:tcPr>
            <w:tcW w:w="1234" w:type="dxa"/>
          </w:tcPr>
          <w:p w14:paraId="01C08633" w14:textId="77777777" w:rsidR="004B4EAF" w:rsidRDefault="004B4EAF"/>
        </w:tc>
      </w:tr>
      <w:tr w:rsidR="004B4EAF" w14:paraId="0639DC05" w14:textId="77777777">
        <w:tc>
          <w:tcPr>
            <w:tcW w:w="1234" w:type="dxa"/>
          </w:tcPr>
          <w:p w14:paraId="75641158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1AFA462C" w14:textId="77777777" w:rsidR="004B4EAF" w:rsidRDefault="00000000">
            <w:r>
              <w:t>Review on camel production and marketing status in Ethiopia</w:t>
            </w:r>
          </w:p>
        </w:tc>
        <w:tc>
          <w:tcPr>
            <w:tcW w:w="1234" w:type="dxa"/>
          </w:tcPr>
          <w:p w14:paraId="0E62BA5D" w14:textId="77777777" w:rsidR="004B4EAF" w:rsidRDefault="00000000">
            <w:r>
              <w:t>Pastoralism</w:t>
            </w:r>
          </w:p>
        </w:tc>
        <w:tc>
          <w:tcPr>
            <w:tcW w:w="1234" w:type="dxa"/>
          </w:tcPr>
          <w:p w14:paraId="7C9433FC" w14:textId="77777777" w:rsidR="004B4EAF" w:rsidRDefault="00000000">
            <w:r>
              <w:t>Kena, D.</w:t>
            </w:r>
          </w:p>
        </w:tc>
        <w:tc>
          <w:tcPr>
            <w:tcW w:w="1234" w:type="dxa"/>
          </w:tcPr>
          <w:p w14:paraId="5C9B3F35" w14:textId="77777777" w:rsidR="004B4EAF" w:rsidRDefault="00000000">
            <w:r>
              <w:t>Arid and semi-arid areas</w:t>
            </w:r>
          </w:p>
        </w:tc>
        <w:tc>
          <w:tcPr>
            <w:tcW w:w="1234" w:type="dxa"/>
          </w:tcPr>
          <w:p w14:paraId="4AD4CD6A" w14:textId="77777777" w:rsidR="004B4EAF" w:rsidRDefault="00000000">
            <w:r>
              <w:t>10.1186/s13570-022-00248-2</w:t>
            </w:r>
          </w:p>
        </w:tc>
        <w:tc>
          <w:tcPr>
            <w:tcW w:w="1234" w:type="dxa"/>
          </w:tcPr>
          <w:p w14:paraId="60D92A55" w14:textId="77777777" w:rsidR="004B4EAF" w:rsidRDefault="004B4EAF"/>
        </w:tc>
      </w:tr>
      <w:tr w:rsidR="004B4EAF" w14:paraId="3F9D1DA8" w14:textId="77777777">
        <w:tc>
          <w:tcPr>
            <w:tcW w:w="1234" w:type="dxa"/>
          </w:tcPr>
          <w:p w14:paraId="74BA56D3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2BA1C089" w14:textId="77777777" w:rsidR="004B4EAF" w:rsidRDefault="00000000">
            <w:r>
              <w:t>A multi-country, prospective cohort study to measure rate and risk of relapse among children recovered from severe acute malnutrition in Mali, Somalia, and South Sudan: a study protocol</w:t>
            </w:r>
          </w:p>
        </w:tc>
        <w:tc>
          <w:tcPr>
            <w:tcW w:w="1234" w:type="dxa"/>
          </w:tcPr>
          <w:p w14:paraId="77640030" w14:textId="77777777" w:rsidR="004B4EAF" w:rsidRDefault="00000000">
            <w:r>
              <w:t>BMC Nutr</w:t>
            </w:r>
          </w:p>
        </w:tc>
        <w:tc>
          <w:tcPr>
            <w:tcW w:w="1234" w:type="dxa"/>
          </w:tcPr>
          <w:p w14:paraId="52682906" w14:textId="77777777" w:rsidR="004B4EAF" w:rsidRDefault="00000000">
            <w:r>
              <w:t>King, S.; D'Mello-Guyett, L.; Yakowenko, E.; Riems, B.; Gallandat, K.; Mama Chabi, S.; Mohamud, F. A.; Ayoub, K.; Olad, A. H.; Aliou, B.; Marshak, A.; Trehan, I.; Cumming, O.; Stobaugh, H.</w:t>
            </w:r>
          </w:p>
        </w:tc>
        <w:tc>
          <w:tcPr>
            <w:tcW w:w="1234" w:type="dxa"/>
          </w:tcPr>
          <w:p w14:paraId="00FAA120" w14:textId="77777777" w:rsidR="004B4EAF" w:rsidRDefault="00000000">
            <w:r>
              <w:t>Community-based management of acute malnutrition</w:t>
            </w:r>
          </w:p>
        </w:tc>
        <w:tc>
          <w:tcPr>
            <w:tcW w:w="1234" w:type="dxa"/>
          </w:tcPr>
          <w:p w14:paraId="2A040937" w14:textId="77777777" w:rsidR="004B4EAF" w:rsidRDefault="00000000">
            <w:r>
              <w:t>10.1186/s40795-022-00576-x</w:t>
            </w:r>
          </w:p>
        </w:tc>
        <w:tc>
          <w:tcPr>
            <w:tcW w:w="1234" w:type="dxa"/>
          </w:tcPr>
          <w:p w14:paraId="77E24C7C" w14:textId="77777777" w:rsidR="004B4EAF" w:rsidRDefault="004B4EAF"/>
        </w:tc>
      </w:tr>
      <w:tr w:rsidR="004B4EAF" w14:paraId="7357D800" w14:textId="77777777">
        <w:tc>
          <w:tcPr>
            <w:tcW w:w="1234" w:type="dxa"/>
          </w:tcPr>
          <w:p w14:paraId="098787C8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2F70BDA7" w14:textId="77777777" w:rsidR="004B4EAF" w:rsidRDefault="00000000">
            <w:r>
              <w:t xml:space="preserve">The migrant crisis comes to Minnesota: a dermatologist's </w:t>
            </w:r>
            <w:r>
              <w:lastRenderedPageBreak/>
              <w:t>perspective</w:t>
            </w:r>
          </w:p>
        </w:tc>
        <w:tc>
          <w:tcPr>
            <w:tcW w:w="1234" w:type="dxa"/>
          </w:tcPr>
          <w:p w14:paraId="132879C6" w14:textId="77777777" w:rsidR="004B4EAF" w:rsidRDefault="00000000">
            <w:r>
              <w:lastRenderedPageBreak/>
              <w:t>Int J Dermatol</w:t>
            </w:r>
          </w:p>
        </w:tc>
        <w:tc>
          <w:tcPr>
            <w:tcW w:w="1234" w:type="dxa"/>
          </w:tcPr>
          <w:p w14:paraId="12D46D0F" w14:textId="77777777" w:rsidR="004B4EAF" w:rsidRDefault="00000000">
            <w:r>
              <w:t>Knapp, A. P.</w:t>
            </w:r>
          </w:p>
        </w:tc>
        <w:tc>
          <w:tcPr>
            <w:tcW w:w="1234" w:type="dxa"/>
          </w:tcPr>
          <w:p w14:paraId="7A68A0E7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1AF1B090" w14:textId="77777777" w:rsidR="004B4EAF" w:rsidRDefault="00000000">
            <w:r>
              <w:t>10.1111/ijd.13787</w:t>
            </w:r>
          </w:p>
        </w:tc>
        <w:tc>
          <w:tcPr>
            <w:tcW w:w="1234" w:type="dxa"/>
          </w:tcPr>
          <w:p w14:paraId="450F3457" w14:textId="77777777" w:rsidR="004B4EAF" w:rsidRDefault="004B4EAF"/>
        </w:tc>
      </w:tr>
      <w:tr w:rsidR="004B4EAF" w14:paraId="30708498" w14:textId="77777777">
        <w:tc>
          <w:tcPr>
            <w:tcW w:w="1234" w:type="dxa"/>
          </w:tcPr>
          <w:p w14:paraId="0C067582" w14:textId="77777777" w:rsidR="004B4EAF" w:rsidRDefault="00000000">
            <w:r>
              <w:t>2008</w:t>
            </w:r>
          </w:p>
        </w:tc>
        <w:tc>
          <w:tcPr>
            <w:tcW w:w="1234" w:type="dxa"/>
          </w:tcPr>
          <w:p w14:paraId="6ED6B94A" w14:textId="77777777" w:rsidR="004B4EAF" w:rsidRDefault="00000000">
            <w:r>
              <w:t>Risk factors of visceral leishmaniasis in East Africa: a case-control study in Pokot territory of Kenya and Uganda</w:t>
            </w:r>
          </w:p>
        </w:tc>
        <w:tc>
          <w:tcPr>
            <w:tcW w:w="1234" w:type="dxa"/>
          </w:tcPr>
          <w:p w14:paraId="3E8F4D82" w14:textId="77777777" w:rsidR="004B4EAF" w:rsidRDefault="00000000">
            <w:r>
              <w:t>Int J Epidemiol</w:t>
            </w:r>
          </w:p>
        </w:tc>
        <w:tc>
          <w:tcPr>
            <w:tcW w:w="1234" w:type="dxa"/>
          </w:tcPr>
          <w:p w14:paraId="1A9D5736" w14:textId="77777777" w:rsidR="004B4EAF" w:rsidRDefault="00000000">
            <w:r>
              <w:t>Kolaczinski, J. H.; Reithinger, R.; Worku, D. T.; Ocheng, A.; Kasimiro, J.; Kabatereine, N.; Brooker, S.</w:t>
            </w:r>
          </w:p>
        </w:tc>
        <w:tc>
          <w:tcPr>
            <w:tcW w:w="1234" w:type="dxa"/>
          </w:tcPr>
          <w:p w14:paraId="21276412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F36DBE1" w14:textId="77777777" w:rsidR="004B4EAF" w:rsidRDefault="00000000">
            <w:r>
              <w:t>10.1093/ije/dym275</w:t>
            </w:r>
          </w:p>
        </w:tc>
        <w:tc>
          <w:tcPr>
            <w:tcW w:w="1234" w:type="dxa"/>
          </w:tcPr>
          <w:p w14:paraId="769E42AB" w14:textId="77777777" w:rsidR="004B4EAF" w:rsidRDefault="004B4EAF"/>
        </w:tc>
      </w:tr>
      <w:tr w:rsidR="004B4EAF" w14:paraId="4CC0362D" w14:textId="77777777">
        <w:tc>
          <w:tcPr>
            <w:tcW w:w="1234" w:type="dxa"/>
          </w:tcPr>
          <w:p w14:paraId="679B9967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5758EA9E" w14:textId="77777777" w:rsidR="004B4EAF" w:rsidRDefault="00000000">
            <w:r>
              <w:t>Human and entomologic investigations of chikungunya outbreak in Mandera, Northeastern Kenya, 2016</w:t>
            </w:r>
          </w:p>
        </w:tc>
        <w:tc>
          <w:tcPr>
            <w:tcW w:w="1234" w:type="dxa"/>
          </w:tcPr>
          <w:p w14:paraId="092DA650" w14:textId="77777777" w:rsidR="004B4EAF" w:rsidRDefault="00000000">
            <w:r>
              <w:t>PLoS One</w:t>
            </w:r>
          </w:p>
        </w:tc>
        <w:tc>
          <w:tcPr>
            <w:tcW w:w="1234" w:type="dxa"/>
          </w:tcPr>
          <w:p w14:paraId="375208A8" w14:textId="77777777" w:rsidR="004B4EAF" w:rsidRDefault="00000000">
            <w:r>
              <w:t>Konongoi, S. L.; Nyunja, A.; Ofula, V.; Owaka, S.; Koka, H.; Koskei, E.; Eyase, F.; Langat, D.; Mancuso, J.; Lutomiah, J.; Sang, R.</w:t>
            </w:r>
          </w:p>
        </w:tc>
        <w:tc>
          <w:tcPr>
            <w:tcW w:w="1234" w:type="dxa"/>
          </w:tcPr>
          <w:p w14:paraId="6122D458" w14:textId="77777777" w:rsidR="004B4EAF" w:rsidRDefault="00000000">
            <w:r>
              <w:t>Antibodies, Viral/blood</w:t>
            </w:r>
          </w:p>
        </w:tc>
        <w:tc>
          <w:tcPr>
            <w:tcW w:w="1234" w:type="dxa"/>
          </w:tcPr>
          <w:p w14:paraId="10392078" w14:textId="77777777" w:rsidR="004B4EAF" w:rsidRDefault="00000000">
            <w:r>
              <w:t>10.1371/journal.pone.0205058</w:t>
            </w:r>
          </w:p>
        </w:tc>
        <w:tc>
          <w:tcPr>
            <w:tcW w:w="1234" w:type="dxa"/>
          </w:tcPr>
          <w:p w14:paraId="7A9F4FAA" w14:textId="77777777" w:rsidR="004B4EAF" w:rsidRDefault="004B4EAF"/>
        </w:tc>
      </w:tr>
      <w:tr w:rsidR="004B4EAF" w14:paraId="67456E28" w14:textId="77777777">
        <w:tc>
          <w:tcPr>
            <w:tcW w:w="1234" w:type="dxa"/>
          </w:tcPr>
          <w:p w14:paraId="04EB3B23" w14:textId="77777777" w:rsidR="004B4EAF" w:rsidRDefault="00000000">
            <w:r>
              <w:t>1981</w:t>
            </w:r>
          </w:p>
        </w:tc>
        <w:tc>
          <w:tcPr>
            <w:tcW w:w="1234" w:type="dxa"/>
          </w:tcPr>
          <w:p w14:paraId="4F485893" w14:textId="77777777" w:rsidR="004B4EAF" w:rsidRDefault="00000000">
            <w:r>
              <w:t>Prevalence of Schistosoma haematobium in the Koryole and Merca Districts of the Somali Democratic Republic</w:t>
            </w:r>
          </w:p>
        </w:tc>
        <w:tc>
          <w:tcPr>
            <w:tcW w:w="1234" w:type="dxa"/>
          </w:tcPr>
          <w:p w14:paraId="257AD559" w14:textId="77777777" w:rsidR="004B4EAF" w:rsidRDefault="00000000">
            <w:r>
              <w:t>Ann Trop Med Parasitol</w:t>
            </w:r>
          </w:p>
        </w:tc>
        <w:tc>
          <w:tcPr>
            <w:tcW w:w="1234" w:type="dxa"/>
          </w:tcPr>
          <w:p w14:paraId="745777EB" w14:textId="77777777" w:rsidR="004B4EAF" w:rsidRDefault="00000000">
            <w:r>
              <w:t>Koura, M.; Upatham, E. S.; Awad, A. H.; Ahmed, M. D.</w:t>
            </w:r>
          </w:p>
        </w:tc>
        <w:tc>
          <w:tcPr>
            <w:tcW w:w="1234" w:type="dxa"/>
          </w:tcPr>
          <w:p w14:paraId="5AA0623D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55E59F57" w14:textId="77777777" w:rsidR="004B4EAF" w:rsidRDefault="00000000">
            <w:r>
              <w:t>10.1080/00034983.1981.11687408</w:t>
            </w:r>
          </w:p>
        </w:tc>
        <w:tc>
          <w:tcPr>
            <w:tcW w:w="1234" w:type="dxa"/>
          </w:tcPr>
          <w:p w14:paraId="651EBCFF" w14:textId="77777777" w:rsidR="004B4EAF" w:rsidRDefault="004B4EAF"/>
        </w:tc>
      </w:tr>
      <w:tr w:rsidR="004B4EAF" w14:paraId="1124F859" w14:textId="77777777">
        <w:tc>
          <w:tcPr>
            <w:tcW w:w="1234" w:type="dxa"/>
          </w:tcPr>
          <w:p w14:paraId="6D9FE778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2A7FD8DC" w14:textId="77777777" w:rsidR="004B4EAF" w:rsidRDefault="00000000">
            <w:r>
              <w:t xml:space="preserve">Diagnostic capacity for invasive fungal infections in advanced HIV disease in Africa: </w:t>
            </w:r>
            <w:r>
              <w:lastRenderedPageBreak/>
              <w:t>a continent-wide survey</w:t>
            </w:r>
          </w:p>
        </w:tc>
        <w:tc>
          <w:tcPr>
            <w:tcW w:w="1234" w:type="dxa"/>
          </w:tcPr>
          <w:p w14:paraId="05AF49EA" w14:textId="77777777" w:rsidR="004B4EAF" w:rsidRDefault="00000000">
            <w:r>
              <w:lastRenderedPageBreak/>
              <w:t>Lancet Infect Dis</w:t>
            </w:r>
          </w:p>
        </w:tc>
        <w:tc>
          <w:tcPr>
            <w:tcW w:w="1234" w:type="dxa"/>
          </w:tcPr>
          <w:p w14:paraId="30B34F41" w14:textId="77777777" w:rsidR="004B4EAF" w:rsidRDefault="00000000">
            <w:r>
              <w:t xml:space="preserve">Lakoh, S.; Kamudumuli, P. S.; Penney, R. O. S.; Haumba, S. M.; Jarvis, J. N.; Hassan, A. J.; </w:t>
            </w:r>
            <w:r>
              <w:lastRenderedPageBreak/>
              <w:t>Moudoute, N. L. E.; Ocansey, B. K.; Izco, S.; Kipkerich, S.; Sacarlal, J.; Awopeju, A. T.; Govender, N. P.; Munyanji, C. I. M.; Guyguy, K.; Orefuwa, E.; Denning, D. W.</w:t>
            </w:r>
          </w:p>
        </w:tc>
        <w:tc>
          <w:tcPr>
            <w:tcW w:w="1234" w:type="dxa"/>
          </w:tcPr>
          <w:p w14:paraId="69F441C2" w14:textId="77777777" w:rsidR="004B4EAF" w:rsidRDefault="00000000">
            <w:r>
              <w:lastRenderedPageBreak/>
              <w:t>Humans</w:t>
            </w:r>
          </w:p>
        </w:tc>
        <w:tc>
          <w:tcPr>
            <w:tcW w:w="1234" w:type="dxa"/>
          </w:tcPr>
          <w:p w14:paraId="5A8BA4D0" w14:textId="77777777" w:rsidR="004B4EAF" w:rsidRDefault="00000000">
            <w:r>
              <w:t>10.1016/s1473-3099(22)00656-9</w:t>
            </w:r>
          </w:p>
        </w:tc>
        <w:tc>
          <w:tcPr>
            <w:tcW w:w="1234" w:type="dxa"/>
          </w:tcPr>
          <w:p w14:paraId="3A3EAAA3" w14:textId="77777777" w:rsidR="004B4EAF" w:rsidRDefault="004B4EAF"/>
        </w:tc>
      </w:tr>
      <w:tr w:rsidR="004B4EAF" w14:paraId="14EB1951" w14:textId="77777777">
        <w:tc>
          <w:tcPr>
            <w:tcW w:w="1234" w:type="dxa"/>
          </w:tcPr>
          <w:p w14:paraId="52582C99" w14:textId="77777777" w:rsidR="004B4EAF" w:rsidRDefault="00000000">
            <w:r>
              <w:t>2002</w:t>
            </w:r>
          </w:p>
        </w:tc>
        <w:tc>
          <w:tcPr>
            <w:tcW w:w="1234" w:type="dxa"/>
          </w:tcPr>
          <w:p w14:paraId="1BB3C140" w14:textId="77777777" w:rsidR="004B4EAF" w:rsidRDefault="00000000">
            <w:r>
              <w:t>16-year-Old boy with gross hematuria</w:t>
            </w:r>
          </w:p>
        </w:tc>
        <w:tc>
          <w:tcPr>
            <w:tcW w:w="1234" w:type="dxa"/>
          </w:tcPr>
          <w:p w14:paraId="5A097BA8" w14:textId="77777777" w:rsidR="004B4EAF" w:rsidRDefault="00000000">
            <w:r>
              <w:t>Mayo Clin Proc</w:t>
            </w:r>
          </w:p>
        </w:tc>
        <w:tc>
          <w:tcPr>
            <w:tcW w:w="1234" w:type="dxa"/>
          </w:tcPr>
          <w:p w14:paraId="38D9B9D8" w14:textId="77777777" w:rsidR="004B4EAF" w:rsidRDefault="00000000">
            <w:r>
              <w:t>Lischer, G. H.; Sweat, S. D.</w:t>
            </w:r>
          </w:p>
        </w:tc>
        <w:tc>
          <w:tcPr>
            <w:tcW w:w="1234" w:type="dxa"/>
          </w:tcPr>
          <w:p w14:paraId="13BB56D5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14FEE82C" w14:textId="77777777" w:rsidR="004B4EAF" w:rsidRDefault="00000000">
            <w:r>
              <w:t>10.4065/77.5.475</w:t>
            </w:r>
          </w:p>
        </w:tc>
        <w:tc>
          <w:tcPr>
            <w:tcW w:w="1234" w:type="dxa"/>
          </w:tcPr>
          <w:p w14:paraId="121D9BB5" w14:textId="77777777" w:rsidR="004B4EAF" w:rsidRDefault="004B4EAF"/>
        </w:tc>
      </w:tr>
      <w:tr w:rsidR="004B4EAF" w14:paraId="33214197" w14:textId="77777777">
        <w:tc>
          <w:tcPr>
            <w:tcW w:w="1234" w:type="dxa"/>
          </w:tcPr>
          <w:p w14:paraId="1A36F27F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4901C335" w14:textId="77777777" w:rsidR="004B4EAF" w:rsidRDefault="00000000">
            <w:r>
              <w:t>Optimising age adjustment of trichiasis prevalence estimates using data from 162 standardised surveys from seven regions of Ethiopia</w:t>
            </w:r>
          </w:p>
        </w:tc>
        <w:tc>
          <w:tcPr>
            <w:tcW w:w="1234" w:type="dxa"/>
          </w:tcPr>
          <w:p w14:paraId="63AAB69F" w14:textId="77777777" w:rsidR="004B4EAF" w:rsidRDefault="00000000">
            <w:r>
              <w:t>Ophthalmic Epidemiol</w:t>
            </w:r>
          </w:p>
        </w:tc>
        <w:tc>
          <w:tcPr>
            <w:tcW w:w="1234" w:type="dxa"/>
          </w:tcPr>
          <w:p w14:paraId="272CE0F5" w14:textId="77777777" w:rsidR="004B4EAF" w:rsidRDefault="00000000">
            <w:r>
              <w:t>Macleod, C. K.; Porco, T. C.; Dejene, M.; Shafi, O.; Kebede, B.; Negussu, N.; Bero, B.; Taju, S.; Adamu, Y.; Negash, K.; Haileselassie, T.; Riang, J.; Badei, A.; Bakhtiari, A.; Willis, R.; Bailey, R. L.; Solomon, A. W.</w:t>
            </w:r>
          </w:p>
        </w:tc>
        <w:tc>
          <w:tcPr>
            <w:tcW w:w="1234" w:type="dxa"/>
          </w:tcPr>
          <w:p w14:paraId="7FBEDFC1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589AFDA0" w14:textId="77777777" w:rsidR="004B4EAF" w:rsidRDefault="00000000">
            <w:r>
              <w:t>10.1080/09286586.2018.1555262</w:t>
            </w:r>
          </w:p>
        </w:tc>
        <w:tc>
          <w:tcPr>
            <w:tcW w:w="1234" w:type="dxa"/>
          </w:tcPr>
          <w:p w14:paraId="4D00CF65" w14:textId="77777777" w:rsidR="004B4EAF" w:rsidRDefault="004B4EAF"/>
        </w:tc>
      </w:tr>
      <w:tr w:rsidR="004B4EAF" w14:paraId="7207281F" w14:textId="77777777">
        <w:tc>
          <w:tcPr>
            <w:tcW w:w="1234" w:type="dxa"/>
          </w:tcPr>
          <w:p w14:paraId="1DDE06EA" w14:textId="77777777" w:rsidR="004B4EAF" w:rsidRDefault="00000000">
            <w:r>
              <w:t>1989</w:t>
            </w:r>
          </w:p>
        </w:tc>
        <w:tc>
          <w:tcPr>
            <w:tcW w:w="1234" w:type="dxa"/>
          </w:tcPr>
          <w:p w14:paraId="69BBF64D" w14:textId="77777777" w:rsidR="004B4EAF" w:rsidRDefault="00000000">
            <w:r>
              <w:t xml:space="preserve">Pastoralists and hydatid disease: an ultrasound scanning prevalence </w:t>
            </w:r>
            <w:r>
              <w:lastRenderedPageBreak/>
              <w:t>survey in east Africa</w:t>
            </w:r>
          </w:p>
        </w:tc>
        <w:tc>
          <w:tcPr>
            <w:tcW w:w="1234" w:type="dxa"/>
          </w:tcPr>
          <w:p w14:paraId="6AE4EA1F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lastRenderedPageBreak/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6AF694A8" w14:textId="77777777" w:rsidR="004B4EAF" w:rsidRDefault="00000000">
            <w:r>
              <w:t>Macpherson, C. N.; Spoerry, A.; Zeyhle, E.; Romig, T.; Gorfe, M.</w:t>
            </w:r>
          </w:p>
        </w:tc>
        <w:tc>
          <w:tcPr>
            <w:tcW w:w="1234" w:type="dxa"/>
          </w:tcPr>
          <w:p w14:paraId="10B1D25E" w14:textId="77777777" w:rsidR="004B4EAF" w:rsidRDefault="00000000">
            <w:r>
              <w:t>Africa, Eastern/epidemiology</w:t>
            </w:r>
          </w:p>
        </w:tc>
        <w:tc>
          <w:tcPr>
            <w:tcW w:w="1234" w:type="dxa"/>
          </w:tcPr>
          <w:p w14:paraId="10E011D4" w14:textId="77777777" w:rsidR="004B4EAF" w:rsidRDefault="00000000">
            <w:r>
              <w:t>10.1016/0035-9203(89)90664-0</w:t>
            </w:r>
          </w:p>
        </w:tc>
        <w:tc>
          <w:tcPr>
            <w:tcW w:w="1234" w:type="dxa"/>
          </w:tcPr>
          <w:p w14:paraId="7F18B5E6" w14:textId="77777777" w:rsidR="004B4EAF" w:rsidRDefault="004B4EAF"/>
        </w:tc>
      </w:tr>
      <w:tr w:rsidR="004B4EAF" w14:paraId="1B804C65" w14:textId="77777777">
        <w:tc>
          <w:tcPr>
            <w:tcW w:w="1234" w:type="dxa"/>
          </w:tcPr>
          <w:p w14:paraId="179B18F0" w14:textId="77777777" w:rsidR="004B4EAF" w:rsidRDefault="00000000">
            <w:r>
              <w:t>1962</w:t>
            </w:r>
          </w:p>
        </w:tc>
        <w:tc>
          <w:tcPr>
            <w:tcW w:w="1234" w:type="dxa"/>
          </w:tcPr>
          <w:p w14:paraId="3418636A" w14:textId="77777777" w:rsidR="004B4EAF" w:rsidRDefault="00000000">
            <w:r>
              <w:t>Key to the identification of east and central African freshwater snails of medical and veterinary importance</w:t>
            </w:r>
          </w:p>
        </w:tc>
        <w:tc>
          <w:tcPr>
            <w:tcW w:w="1234" w:type="dxa"/>
          </w:tcPr>
          <w:p w14:paraId="26AAA423" w14:textId="77777777" w:rsidR="004B4EAF" w:rsidRDefault="00000000">
            <w:r>
              <w:t>Bull World Health Organ</w:t>
            </w:r>
          </w:p>
        </w:tc>
        <w:tc>
          <w:tcPr>
            <w:tcW w:w="1234" w:type="dxa"/>
          </w:tcPr>
          <w:p w14:paraId="7B67A941" w14:textId="77777777" w:rsidR="004B4EAF" w:rsidRDefault="00000000">
            <w:r>
              <w:t>Mandahl-Barth, G.</w:t>
            </w:r>
          </w:p>
        </w:tc>
        <w:tc>
          <w:tcPr>
            <w:tcW w:w="1234" w:type="dxa"/>
          </w:tcPr>
          <w:p w14:paraId="52D51AF3" w14:textId="77777777" w:rsidR="004B4EAF" w:rsidRDefault="00000000">
            <w:r>
              <w:t>Africa</w:t>
            </w:r>
          </w:p>
        </w:tc>
        <w:tc>
          <w:tcPr>
            <w:tcW w:w="1234" w:type="dxa"/>
          </w:tcPr>
          <w:p w14:paraId="5477AB2D" w14:textId="77777777" w:rsidR="004B4EAF" w:rsidRDefault="004B4EAF"/>
        </w:tc>
        <w:tc>
          <w:tcPr>
            <w:tcW w:w="1234" w:type="dxa"/>
          </w:tcPr>
          <w:p w14:paraId="0DEEC175" w14:textId="77777777" w:rsidR="004B4EAF" w:rsidRDefault="004B4EAF"/>
        </w:tc>
      </w:tr>
      <w:tr w:rsidR="004B4EAF" w14:paraId="5F952C8A" w14:textId="77777777">
        <w:tc>
          <w:tcPr>
            <w:tcW w:w="1234" w:type="dxa"/>
          </w:tcPr>
          <w:p w14:paraId="23FF7C96" w14:textId="77777777" w:rsidR="004B4EAF" w:rsidRDefault="00000000">
            <w:r>
              <w:t>2003</w:t>
            </w:r>
          </w:p>
        </w:tc>
        <w:tc>
          <w:tcPr>
            <w:tcW w:w="1234" w:type="dxa"/>
          </w:tcPr>
          <w:p w14:paraId="1B5B3B52" w14:textId="77777777" w:rsidR="004B4EAF" w:rsidRDefault="00000000">
            <w:r>
              <w:t>Emergence or re-emergence of visceral leishmaniasis in areas of Somalia, north-eastern Kenya, and south-eastern Ethiopia in 2000-01</w:t>
            </w:r>
          </w:p>
        </w:tc>
        <w:tc>
          <w:tcPr>
            <w:tcW w:w="1234" w:type="dxa"/>
          </w:tcPr>
          <w:p w14:paraId="15FF6E71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033C9AA1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Marlet, M. V.; Sang, D. K.; </w:t>
            </w:r>
            <w:proofErr w:type="spellStart"/>
            <w:r w:rsidRPr="005440C3">
              <w:rPr>
                <w:lang w:val="nb-NO"/>
              </w:rPr>
              <w:t>Ritmeijer</w:t>
            </w:r>
            <w:proofErr w:type="spellEnd"/>
            <w:r w:rsidRPr="005440C3">
              <w:rPr>
                <w:lang w:val="nb-NO"/>
              </w:rPr>
              <w:t xml:space="preserve">, K.; Muga, R. O.; </w:t>
            </w:r>
            <w:proofErr w:type="spellStart"/>
            <w:r w:rsidRPr="005440C3">
              <w:rPr>
                <w:lang w:val="nb-NO"/>
              </w:rPr>
              <w:t>Onsongo</w:t>
            </w:r>
            <w:proofErr w:type="spellEnd"/>
            <w:r w:rsidRPr="005440C3">
              <w:rPr>
                <w:lang w:val="nb-NO"/>
              </w:rPr>
              <w:t>, J.; Davidson, R. N.</w:t>
            </w:r>
          </w:p>
        </w:tc>
        <w:tc>
          <w:tcPr>
            <w:tcW w:w="1234" w:type="dxa"/>
          </w:tcPr>
          <w:p w14:paraId="4704C118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1C708ED0" w14:textId="77777777" w:rsidR="004B4EAF" w:rsidRDefault="00000000">
            <w:r>
              <w:t>10.1016/s0035-9203(03)80012-3</w:t>
            </w:r>
          </w:p>
        </w:tc>
        <w:tc>
          <w:tcPr>
            <w:tcW w:w="1234" w:type="dxa"/>
          </w:tcPr>
          <w:p w14:paraId="25238AEB" w14:textId="77777777" w:rsidR="004B4EAF" w:rsidRDefault="004B4EAF"/>
        </w:tc>
      </w:tr>
      <w:tr w:rsidR="004B4EAF" w14:paraId="54307CC0" w14:textId="77777777">
        <w:tc>
          <w:tcPr>
            <w:tcW w:w="1234" w:type="dxa"/>
          </w:tcPr>
          <w:p w14:paraId="78DA9BCC" w14:textId="77777777" w:rsidR="004B4EAF" w:rsidRDefault="00000000">
            <w:r>
              <w:t>2003</w:t>
            </w:r>
          </w:p>
        </w:tc>
        <w:tc>
          <w:tcPr>
            <w:tcW w:w="1234" w:type="dxa"/>
          </w:tcPr>
          <w:p w14:paraId="7597D000" w14:textId="77777777" w:rsidR="004B4EAF" w:rsidRDefault="00000000">
            <w:r>
              <w:t>A neglected disease of humans: a new focus of visceral leishmaniasis in Bakool, Somalia</w:t>
            </w:r>
          </w:p>
        </w:tc>
        <w:tc>
          <w:tcPr>
            <w:tcW w:w="1234" w:type="dxa"/>
          </w:tcPr>
          <w:p w14:paraId="5C13899B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 xml:space="preserve">Trans R </w:t>
            </w:r>
            <w:proofErr w:type="spellStart"/>
            <w:r w:rsidRPr="005440C3">
              <w:rPr>
                <w:lang w:val="nb-NO"/>
              </w:rPr>
              <w:t>Soc</w:t>
            </w:r>
            <w:proofErr w:type="spellEnd"/>
            <w:r w:rsidRPr="005440C3">
              <w:rPr>
                <w:lang w:val="nb-NO"/>
              </w:rPr>
              <w:t xml:space="preserve">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7492F804" w14:textId="77777777" w:rsidR="004B4EAF" w:rsidRDefault="00000000">
            <w:r>
              <w:t>Marlet, M. V.; Wuillaume, F.; Jacquet, D.; Quispe, K. W.; Dujardin, J. C.; Boelaert, M.</w:t>
            </w:r>
          </w:p>
        </w:tc>
        <w:tc>
          <w:tcPr>
            <w:tcW w:w="1234" w:type="dxa"/>
          </w:tcPr>
          <w:p w14:paraId="4541A332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021E84AB" w14:textId="77777777" w:rsidR="004B4EAF" w:rsidRDefault="00000000">
            <w:r>
              <w:t>10.1016/s0035-9203(03)80099-8</w:t>
            </w:r>
          </w:p>
        </w:tc>
        <w:tc>
          <w:tcPr>
            <w:tcW w:w="1234" w:type="dxa"/>
          </w:tcPr>
          <w:p w14:paraId="67D43CE1" w14:textId="77777777" w:rsidR="004B4EAF" w:rsidRDefault="004B4EAF"/>
        </w:tc>
      </w:tr>
      <w:tr w:rsidR="004B4EAF" w14:paraId="3EA049CB" w14:textId="77777777">
        <w:tc>
          <w:tcPr>
            <w:tcW w:w="1234" w:type="dxa"/>
          </w:tcPr>
          <w:p w14:paraId="632EA9A4" w14:textId="77777777" w:rsidR="004B4EAF" w:rsidRDefault="00000000">
            <w:r>
              <w:t>2015</w:t>
            </w:r>
          </w:p>
        </w:tc>
        <w:tc>
          <w:tcPr>
            <w:tcW w:w="1234" w:type="dxa"/>
          </w:tcPr>
          <w:p w14:paraId="102ED4E5" w14:textId="77777777" w:rsidR="004B4EAF" w:rsidRDefault="00000000">
            <w:r>
              <w:t xml:space="preserve">Genetic diversity of Mycobacterium tuberculosis isolated from tuberculosis patients in the </w:t>
            </w:r>
            <w:r>
              <w:lastRenderedPageBreak/>
              <w:t>Serengeti ecosystem in Tanzania</w:t>
            </w:r>
          </w:p>
        </w:tc>
        <w:tc>
          <w:tcPr>
            <w:tcW w:w="1234" w:type="dxa"/>
          </w:tcPr>
          <w:p w14:paraId="6FAA0046" w14:textId="77777777" w:rsidR="004B4EAF" w:rsidRDefault="00000000">
            <w:r>
              <w:lastRenderedPageBreak/>
              <w:t>Tuberculosis (Edinb)</w:t>
            </w:r>
          </w:p>
        </w:tc>
        <w:tc>
          <w:tcPr>
            <w:tcW w:w="1234" w:type="dxa"/>
          </w:tcPr>
          <w:p w14:paraId="67D96846" w14:textId="77777777" w:rsidR="004B4EAF" w:rsidRDefault="00000000">
            <w:r>
              <w:t xml:space="preserve">Mbugi, E. V.; Katale, B. Z.; Siame, K. K.; Keyyu, J. D.; Kendall, S. L.; Dockrell, H. M.; Streicher, E. M.; </w:t>
            </w:r>
            <w:r>
              <w:lastRenderedPageBreak/>
              <w:t>Michel, A. L.; Rweyemamu, M. M.; Warren, R. M.; Matee, M. I.; van Helden, P. D.</w:t>
            </w:r>
          </w:p>
        </w:tc>
        <w:tc>
          <w:tcPr>
            <w:tcW w:w="1234" w:type="dxa"/>
          </w:tcPr>
          <w:p w14:paraId="1A824662" w14:textId="77777777" w:rsidR="004B4EAF" w:rsidRDefault="00000000">
            <w:r>
              <w:lastRenderedPageBreak/>
              <w:t>Adult</w:t>
            </w:r>
          </w:p>
        </w:tc>
        <w:tc>
          <w:tcPr>
            <w:tcW w:w="1234" w:type="dxa"/>
          </w:tcPr>
          <w:p w14:paraId="12D2E83C" w14:textId="77777777" w:rsidR="004B4EAF" w:rsidRDefault="00000000">
            <w:r>
              <w:t>10.1016/j.tube.2014.11.006</w:t>
            </w:r>
          </w:p>
        </w:tc>
        <w:tc>
          <w:tcPr>
            <w:tcW w:w="1234" w:type="dxa"/>
          </w:tcPr>
          <w:p w14:paraId="4023F5FA" w14:textId="77777777" w:rsidR="004B4EAF" w:rsidRDefault="004B4EAF"/>
        </w:tc>
      </w:tr>
      <w:tr w:rsidR="004B4EAF" w14:paraId="60B1E0D4" w14:textId="77777777">
        <w:tc>
          <w:tcPr>
            <w:tcW w:w="1234" w:type="dxa"/>
          </w:tcPr>
          <w:p w14:paraId="263BBFA6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5D34010B" w14:textId="77777777" w:rsidR="004B4EAF" w:rsidRDefault="00000000">
            <w:r>
              <w:t>Primary Spinal Glioblastoma Mimicking Neuroschistosomiasis: A Case Report</w:t>
            </w:r>
          </w:p>
        </w:tc>
        <w:tc>
          <w:tcPr>
            <w:tcW w:w="1234" w:type="dxa"/>
          </w:tcPr>
          <w:p w14:paraId="2F18F69D" w14:textId="77777777" w:rsidR="004B4EAF" w:rsidRDefault="00000000">
            <w:r>
              <w:t>Cureus</w:t>
            </w:r>
          </w:p>
        </w:tc>
        <w:tc>
          <w:tcPr>
            <w:tcW w:w="1234" w:type="dxa"/>
          </w:tcPr>
          <w:p w14:paraId="6BB9A2EC" w14:textId="77777777" w:rsidR="004B4EAF" w:rsidRDefault="00000000">
            <w:r>
              <w:t>McCallum, A. P.; Khattar, N. K.; Kolikonda, M. K.; Singla, S.; Alkhateeb, K. J.; Schaber, A. S.; Arnold, F. W.; Lippman, S. B.; Castillo, C. M.; Williams, B. J.</w:t>
            </w:r>
          </w:p>
        </w:tc>
        <w:tc>
          <w:tcPr>
            <w:tcW w:w="1234" w:type="dxa"/>
          </w:tcPr>
          <w:p w14:paraId="4BAC3949" w14:textId="77777777" w:rsidR="004B4EAF" w:rsidRDefault="00000000">
            <w:r>
              <w:t>primary spinal tumor</w:t>
            </w:r>
          </w:p>
        </w:tc>
        <w:tc>
          <w:tcPr>
            <w:tcW w:w="1234" w:type="dxa"/>
          </w:tcPr>
          <w:p w14:paraId="291E819C" w14:textId="77777777" w:rsidR="004B4EAF" w:rsidRDefault="00000000">
            <w:r>
              <w:t>10.7759/cureus.30248</w:t>
            </w:r>
          </w:p>
        </w:tc>
        <w:tc>
          <w:tcPr>
            <w:tcW w:w="1234" w:type="dxa"/>
          </w:tcPr>
          <w:p w14:paraId="125EFA38" w14:textId="77777777" w:rsidR="004B4EAF" w:rsidRDefault="004B4EAF"/>
        </w:tc>
      </w:tr>
      <w:tr w:rsidR="004B4EAF" w14:paraId="27AE49C2" w14:textId="77777777">
        <w:tc>
          <w:tcPr>
            <w:tcW w:w="1234" w:type="dxa"/>
          </w:tcPr>
          <w:p w14:paraId="230AFE7B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77D189E0" w14:textId="77777777" w:rsidR="004B4EAF" w:rsidRDefault="00000000">
            <w:r>
              <w:t>Global Burden of Cardiovascular Diseases and Risks, 1990-2022</w:t>
            </w:r>
          </w:p>
        </w:tc>
        <w:tc>
          <w:tcPr>
            <w:tcW w:w="1234" w:type="dxa"/>
          </w:tcPr>
          <w:p w14:paraId="3CA3445F" w14:textId="77777777" w:rsidR="004B4EAF" w:rsidRDefault="00000000">
            <w:r>
              <w:t>J Am Coll Cardiol</w:t>
            </w:r>
          </w:p>
        </w:tc>
        <w:tc>
          <w:tcPr>
            <w:tcW w:w="1234" w:type="dxa"/>
          </w:tcPr>
          <w:p w14:paraId="5E82BCDD" w14:textId="77777777" w:rsidR="004B4EAF" w:rsidRDefault="00000000">
            <w:r>
              <w:t>Mensah, G. A.; Fuster, V.; Murray, C. J. L.; Roth, G. A.</w:t>
            </w:r>
          </w:p>
        </w:tc>
        <w:tc>
          <w:tcPr>
            <w:tcW w:w="1234" w:type="dxa"/>
          </w:tcPr>
          <w:p w14:paraId="589447A5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4B8D6B38" w14:textId="77777777" w:rsidR="004B4EAF" w:rsidRDefault="00000000">
            <w:r>
              <w:t>10.1016/j.jacc.2023.11.007</w:t>
            </w:r>
          </w:p>
        </w:tc>
        <w:tc>
          <w:tcPr>
            <w:tcW w:w="1234" w:type="dxa"/>
          </w:tcPr>
          <w:p w14:paraId="0B571ADD" w14:textId="77777777" w:rsidR="004B4EAF" w:rsidRDefault="004B4EAF"/>
        </w:tc>
      </w:tr>
      <w:tr w:rsidR="004B4EAF" w14:paraId="34A2B9E3" w14:textId="77777777">
        <w:tc>
          <w:tcPr>
            <w:tcW w:w="1234" w:type="dxa"/>
          </w:tcPr>
          <w:p w14:paraId="6450572A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792CCF3B" w14:textId="77777777" w:rsidR="004B4EAF" w:rsidRDefault="00000000">
            <w:r>
              <w:t>Dengue Fever Outbreak Investigation in Werder Town, Dollo Zone, Somali Region, Ethiopia</w:t>
            </w:r>
          </w:p>
        </w:tc>
        <w:tc>
          <w:tcPr>
            <w:tcW w:w="1234" w:type="dxa"/>
          </w:tcPr>
          <w:p w14:paraId="4716F6A1" w14:textId="77777777" w:rsidR="004B4EAF" w:rsidRDefault="00000000">
            <w:r>
              <w:t>Infect Drug Resist</w:t>
            </w:r>
          </w:p>
        </w:tc>
        <w:tc>
          <w:tcPr>
            <w:tcW w:w="1234" w:type="dxa"/>
          </w:tcPr>
          <w:p w14:paraId="5700636A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Mesfin</w:t>
            </w:r>
            <w:proofErr w:type="spellEnd"/>
            <w:r w:rsidRPr="005440C3">
              <w:rPr>
                <w:lang w:val="nb-NO"/>
              </w:rPr>
              <w:t xml:space="preserve">, Z.; Ali, A.; </w:t>
            </w:r>
            <w:proofErr w:type="spellStart"/>
            <w:r w:rsidRPr="005440C3">
              <w:rPr>
                <w:lang w:val="nb-NO"/>
              </w:rPr>
              <w:t>Abagero</w:t>
            </w:r>
            <w:proofErr w:type="spellEnd"/>
            <w:r w:rsidRPr="005440C3">
              <w:rPr>
                <w:lang w:val="nb-NO"/>
              </w:rPr>
              <w:t xml:space="preserve">, A.; </w:t>
            </w:r>
            <w:proofErr w:type="spellStart"/>
            <w:r w:rsidRPr="005440C3">
              <w:rPr>
                <w:lang w:val="nb-NO"/>
              </w:rPr>
              <w:t>Asefa</w:t>
            </w:r>
            <w:proofErr w:type="spellEnd"/>
            <w:r w:rsidRPr="005440C3">
              <w:rPr>
                <w:lang w:val="nb-NO"/>
              </w:rPr>
              <w:t>, Z.</w:t>
            </w:r>
          </w:p>
        </w:tc>
        <w:tc>
          <w:tcPr>
            <w:tcW w:w="1234" w:type="dxa"/>
          </w:tcPr>
          <w:p w14:paraId="44F2CD0C" w14:textId="77777777" w:rsidR="004B4EAF" w:rsidRDefault="00000000">
            <w:r>
              <w:t>Werder</w:t>
            </w:r>
          </w:p>
        </w:tc>
        <w:tc>
          <w:tcPr>
            <w:tcW w:w="1234" w:type="dxa"/>
          </w:tcPr>
          <w:p w14:paraId="31B122A5" w14:textId="77777777" w:rsidR="004B4EAF" w:rsidRDefault="00000000">
            <w:r>
              <w:t>10.2147/idr.S368562</w:t>
            </w:r>
          </w:p>
        </w:tc>
        <w:tc>
          <w:tcPr>
            <w:tcW w:w="1234" w:type="dxa"/>
          </w:tcPr>
          <w:p w14:paraId="738AF33F" w14:textId="77777777" w:rsidR="004B4EAF" w:rsidRDefault="004B4EAF"/>
        </w:tc>
      </w:tr>
      <w:tr w:rsidR="004B4EAF" w14:paraId="37190254" w14:textId="77777777">
        <w:tc>
          <w:tcPr>
            <w:tcW w:w="1234" w:type="dxa"/>
          </w:tcPr>
          <w:p w14:paraId="61C218FF" w14:textId="77777777" w:rsidR="004B4EAF" w:rsidRDefault="00000000">
            <w:r>
              <w:t>2000</w:t>
            </w:r>
          </w:p>
        </w:tc>
        <w:tc>
          <w:tcPr>
            <w:tcW w:w="1234" w:type="dxa"/>
          </w:tcPr>
          <w:p w14:paraId="6E45DF2D" w14:textId="77777777" w:rsidR="004B4EAF" w:rsidRDefault="00000000">
            <w:r>
              <w:t xml:space="preserve">Malaria, intestinal parasites, and schistosomiasis among Barawan Somali refugees resettling to the </w:t>
            </w:r>
            <w:r>
              <w:lastRenderedPageBreak/>
              <w:t>United States: a strategy to reduce morbidity and decrease the risk of imported infections</w:t>
            </w:r>
          </w:p>
        </w:tc>
        <w:tc>
          <w:tcPr>
            <w:tcW w:w="1234" w:type="dxa"/>
          </w:tcPr>
          <w:p w14:paraId="098FBACF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lastRenderedPageBreak/>
              <w:t xml:space="preserve">Am J </w:t>
            </w:r>
            <w:proofErr w:type="spellStart"/>
            <w:r w:rsidRPr="005440C3">
              <w:rPr>
                <w:lang w:val="nb-NO"/>
              </w:rPr>
              <w:t>Trop</w:t>
            </w:r>
            <w:proofErr w:type="spellEnd"/>
            <w:r w:rsidRPr="005440C3">
              <w:rPr>
                <w:lang w:val="nb-NO"/>
              </w:rPr>
              <w:t xml:space="preserve"> Med </w:t>
            </w:r>
            <w:proofErr w:type="spellStart"/>
            <w:r w:rsidRPr="005440C3">
              <w:rPr>
                <w:lang w:val="nb-NO"/>
              </w:rPr>
              <w:t>Hyg</w:t>
            </w:r>
            <w:proofErr w:type="spellEnd"/>
          </w:p>
        </w:tc>
        <w:tc>
          <w:tcPr>
            <w:tcW w:w="1234" w:type="dxa"/>
          </w:tcPr>
          <w:p w14:paraId="69FE5B9B" w14:textId="77777777" w:rsidR="004B4EAF" w:rsidRDefault="00000000">
            <w:r>
              <w:t xml:space="preserve">Miller, J. M.; Boyd, H. A.; Ostrowski, S. R.; Cookson, S. T.; Parise, M. E.; Gonzaga, P. S.; Addiss, D. G.; </w:t>
            </w:r>
            <w:r>
              <w:lastRenderedPageBreak/>
              <w:t>Wilson, M.; Nguyen-Dinh, P.; Wahlquist, S. P.; Weld, L. H.; Wainwright, R. B.; Gushulak, B. D.; Cetron, M. S.</w:t>
            </w:r>
          </w:p>
        </w:tc>
        <w:tc>
          <w:tcPr>
            <w:tcW w:w="1234" w:type="dxa"/>
          </w:tcPr>
          <w:p w14:paraId="5E0D434A" w14:textId="77777777" w:rsidR="004B4EAF" w:rsidRDefault="00000000">
            <w:r>
              <w:lastRenderedPageBreak/>
              <w:t>Adolescent</w:t>
            </w:r>
          </w:p>
        </w:tc>
        <w:tc>
          <w:tcPr>
            <w:tcW w:w="1234" w:type="dxa"/>
          </w:tcPr>
          <w:p w14:paraId="3DDB62FF" w14:textId="77777777" w:rsidR="004B4EAF" w:rsidRDefault="00000000">
            <w:r>
              <w:t>10.4269/ajtmh.2000.62.115</w:t>
            </w:r>
          </w:p>
        </w:tc>
        <w:tc>
          <w:tcPr>
            <w:tcW w:w="1234" w:type="dxa"/>
          </w:tcPr>
          <w:p w14:paraId="2471A6CE" w14:textId="77777777" w:rsidR="004B4EAF" w:rsidRDefault="004B4EAF"/>
        </w:tc>
      </w:tr>
      <w:tr w:rsidR="004B4EAF" w14:paraId="7282DEF3" w14:textId="77777777">
        <w:tc>
          <w:tcPr>
            <w:tcW w:w="1234" w:type="dxa"/>
          </w:tcPr>
          <w:p w14:paraId="557B3405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7287860B" w14:textId="77777777" w:rsidR="004B4EAF" w:rsidRDefault="00000000">
            <w:r>
              <w:t>Spinal cord Schistosomiasis: A child's case with an unsatisfactory outcome that mimicked an intramedullary neoplasm. A rare case report</w:t>
            </w:r>
          </w:p>
        </w:tc>
        <w:tc>
          <w:tcPr>
            <w:tcW w:w="1234" w:type="dxa"/>
          </w:tcPr>
          <w:p w14:paraId="542E5938" w14:textId="77777777" w:rsidR="004B4EAF" w:rsidRDefault="00000000">
            <w:r>
              <w:t>Ann Med Surg (Lond)</w:t>
            </w:r>
          </w:p>
        </w:tc>
        <w:tc>
          <w:tcPr>
            <w:tcW w:w="1234" w:type="dxa"/>
          </w:tcPr>
          <w:p w14:paraId="1121918A" w14:textId="77777777" w:rsidR="004B4EAF" w:rsidRDefault="00000000">
            <w:r>
              <w:t>Mohamed, A. A.; Mengistu, M. G.; Haftu, H.; Mustefa, M.; Yusuf, A. A.</w:t>
            </w:r>
          </w:p>
        </w:tc>
        <w:tc>
          <w:tcPr>
            <w:tcW w:w="1234" w:type="dxa"/>
          </w:tcPr>
          <w:p w14:paraId="4FD90697" w14:textId="77777777" w:rsidR="004B4EAF" w:rsidRDefault="00000000">
            <w:r>
              <w:t>Necrosis</w:t>
            </w:r>
          </w:p>
        </w:tc>
        <w:tc>
          <w:tcPr>
            <w:tcW w:w="1234" w:type="dxa"/>
          </w:tcPr>
          <w:p w14:paraId="53DEB62E" w14:textId="77777777" w:rsidR="004B4EAF" w:rsidRDefault="00000000">
            <w:r>
              <w:t>10.1016/j.amsu.2022.104708</w:t>
            </w:r>
          </w:p>
        </w:tc>
        <w:tc>
          <w:tcPr>
            <w:tcW w:w="1234" w:type="dxa"/>
          </w:tcPr>
          <w:p w14:paraId="21FFEF0F" w14:textId="77777777" w:rsidR="004B4EAF" w:rsidRDefault="004B4EAF"/>
        </w:tc>
      </w:tr>
      <w:tr w:rsidR="004B4EAF" w14:paraId="14E206F4" w14:textId="77777777">
        <w:tc>
          <w:tcPr>
            <w:tcW w:w="1234" w:type="dxa"/>
          </w:tcPr>
          <w:p w14:paraId="21AFFB94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7753146F" w14:textId="77777777" w:rsidR="004B4EAF" w:rsidRDefault="00000000">
            <w:r>
              <w:t>Acute kidney injury as initial presentation of visceral leishmaniasis in a young patient- A case report</w:t>
            </w:r>
          </w:p>
        </w:tc>
        <w:tc>
          <w:tcPr>
            <w:tcW w:w="1234" w:type="dxa"/>
          </w:tcPr>
          <w:p w14:paraId="4943E4F4" w14:textId="77777777" w:rsidR="004B4EAF" w:rsidRDefault="00000000">
            <w:r>
              <w:t>Ann Med Surg (Lond)</w:t>
            </w:r>
          </w:p>
        </w:tc>
        <w:tc>
          <w:tcPr>
            <w:tcW w:w="1234" w:type="dxa"/>
          </w:tcPr>
          <w:p w14:paraId="4CB33D6E" w14:textId="77777777" w:rsidR="004B4EAF" w:rsidRDefault="00000000">
            <w:r>
              <w:t>Mohamed, A. H.; Bashir, A. M.</w:t>
            </w:r>
          </w:p>
        </w:tc>
        <w:tc>
          <w:tcPr>
            <w:tcW w:w="1234" w:type="dxa"/>
          </w:tcPr>
          <w:p w14:paraId="1348882B" w14:textId="77777777" w:rsidR="004B4EAF" w:rsidRDefault="00000000">
            <w:r>
              <w:t>Acute kidney injury</w:t>
            </w:r>
          </w:p>
        </w:tc>
        <w:tc>
          <w:tcPr>
            <w:tcW w:w="1234" w:type="dxa"/>
          </w:tcPr>
          <w:p w14:paraId="609C9FFA" w14:textId="77777777" w:rsidR="004B4EAF" w:rsidRDefault="00000000">
            <w:r>
              <w:t>10.1016/j.amsu.2022.103821</w:t>
            </w:r>
          </w:p>
        </w:tc>
        <w:tc>
          <w:tcPr>
            <w:tcW w:w="1234" w:type="dxa"/>
          </w:tcPr>
          <w:p w14:paraId="73B22929" w14:textId="77777777" w:rsidR="004B4EAF" w:rsidRDefault="004B4EAF"/>
        </w:tc>
      </w:tr>
      <w:tr w:rsidR="004B4EAF" w14:paraId="1E3B2F90" w14:textId="77777777">
        <w:tc>
          <w:tcPr>
            <w:tcW w:w="1234" w:type="dxa"/>
          </w:tcPr>
          <w:p w14:paraId="3E317843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0ADF6FF8" w14:textId="77777777" w:rsidR="004B4EAF" w:rsidRDefault="00000000">
            <w:r>
              <w:t>Epidemics and public health in early colonial Somaliland</w:t>
            </w:r>
          </w:p>
        </w:tc>
        <w:tc>
          <w:tcPr>
            <w:tcW w:w="1234" w:type="dxa"/>
          </w:tcPr>
          <w:p w14:paraId="38D73777" w14:textId="77777777" w:rsidR="004B4EAF" w:rsidRDefault="00000000">
            <w:r>
              <w:t>Soc Sci Med</w:t>
            </w:r>
          </w:p>
        </w:tc>
        <w:tc>
          <w:tcPr>
            <w:tcW w:w="1234" w:type="dxa"/>
          </w:tcPr>
          <w:p w14:paraId="337796D0" w14:textId="77777777" w:rsidR="004B4EAF" w:rsidRDefault="00000000">
            <w:r>
              <w:t>Mohamed, J.</w:t>
            </w:r>
          </w:p>
        </w:tc>
        <w:tc>
          <w:tcPr>
            <w:tcW w:w="1234" w:type="dxa"/>
          </w:tcPr>
          <w:p w14:paraId="0DE18773" w14:textId="77777777" w:rsidR="004B4EAF" w:rsidRDefault="00000000">
            <w:r>
              <w:t>Colonialism/history</w:t>
            </w:r>
          </w:p>
        </w:tc>
        <w:tc>
          <w:tcPr>
            <w:tcW w:w="1234" w:type="dxa"/>
          </w:tcPr>
          <w:p w14:paraId="2016111C" w14:textId="77777777" w:rsidR="004B4EAF" w:rsidRDefault="00000000">
            <w:r>
              <w:t>10.1016/s0277-9536(98)00364-5</w:t>
            </w:r>
          </w:p>
        </w:tc>
        <w:tc>
          <w:tcPr>
            <w:tcW w:w="1234" w:type="dxa"/>
          </w:tcPr>
          <w:p w14:paraId="099B19D8" w14:textId="77777777" w:rsidR="004B4EAF" w:rsidRDefault="004B4EAF"/>
        </w:tc>
      </w:tr>
      <w:tr w:rsidR="004B4EAF" w14:paraId="23F7AD5F" w14:textId="77777777">
        <w:tc>
          <w:tcPr>
            <w:tcW w:w="1234" w:type="dxa"/>
          </w:tcPr>
          <w:p w14:paraId="5F9C74B6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10365C50" w14:textId="77777777" w:rsidR="004B4EAF" w:rsidRDefault="00000000">
            <w:r>
              <w:t xml:space="preserve">Epidemiological investigation of dengue fever outbreak and its socioeconomic </w:t>
            </w:r>
            <w:r>
              <w:lastRenderedPageBreak/>
              <w:t>determinants in Banadir region, Somalia</w:t>
            </w:r>
          </w:p>
        </w:tc>
        <w:tc>
          <w:tcPr>
            <w:tcW w:w="1234" w:type="dxa"/>
          </w:tcPr>
          <w:p w14:paraId="108015A6" w14:textId="77777777" w:rsidR="004B4EAF" w:rsidRDefault="00000000">
            <w:r>
              <w:lastRenderedPageBreak/>
              <w:t>BMC Infect Dis</w:t>
            </w:r>
          </w:p>
        </w:tc>
        <w:tc>
          <w:tcPr>
            <w:tcW w:w="1234" w:type="dxa"/>
          </w:tcPr>
          <w:p w14:paraId="1CCB37B5" w14:textId="77777777" w:rsidR="004B4EAF" w:rsidRDefault="00000000">
            <w:r>
              <w:t xml:space="preserve">Mohamed, M. A.; Hassan, N. Y.; Osman, M. M.; Gedi, S.; Maalin, B. A. A.; Sultan, </w:t>
            </w:r>
            <w:r>
              <w:lastRenderedPageBreak/>
              <w:t>K. M.; Garba, B.; Osman, A. A.; Osman, A. Y.; Ahmed, A. D.</w:t>
            </w:r>
          </w:p>
        </w:tc>
        <w:tc>
          <w:tcPr>
            <w:tcW w:w="1234" w:type="dxa"/>
          </w:tcPr>
          <w:p w14:paraId="3B24C949" w14:textId="77777777" w:rsidR="004B4EAF" w:rsidRDefault="00000000">
            <w:r>
              <w:lastRenderedPageBreak/>
              <w:t>Child</w:t>
            </w:r>
          </w:p>
        </w:tc>
        <w:tc>
          <w:tcPr>
            <w:tcW w:w="1234" w:type="dxa"/>
          </w:tcPr>
          <w:p w14:paraId="0D4AC7A5" w14:textId="77777777" w:rsidR="004B4EAF" w:rsidRDefault="00000000">
            <w:r>
              <w:t>10.1186/s12879-024-09276-2</w:t>
            </w:r>
          </w:p>
        </w:tc>
        <w:tc>
          <w:tcPr>
            <w:tcW w:w="1234" w:type="dxa"/>
          </w:tcPr>
          <w:p w14:paraId="08D9BB6B" w14:textId="77777777" w:rsidR="004B4EAF" w:rsidRDefault="004B4EAF"/>
        </w:tc>
      </w:tr>
      <w:tr w:rsidR="004B4EAF" w14:paraId="701DDBF0" w14:textId="77777777">
        <w:tc>
          <w:tcPr>
            <w:tcW w:w="1234" w:type="dxa"/>
          </w:tcPr>
          <w:p w14:paraId="6FC2E382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229EF5CE" w14:textId="77777777" w:rsidR="004B4EAF" w:rsidRDefault="00000000">
            <w:r>
              <w:t>Haemoptysis and fever in a young refugee from Somalia</w:t>
            </w:r>
          </w:p>
        </w:tc>
        <w:tc>
          <w:tcPr>
            <w:tcW w:w="1234" w:type="dxa"/>
          </w:tcPr>
          <w:p w14:paraId="474891D0" w14:textId="77777777" w:rsidR="004B4EAF" w:rsidRDefault="00000000">
            <w:r>
              <w:t>Int J Infect Dis</w:t>
            </w:r>
          </w:p>
        </w:tc>
        <w:tc>
          <w:tcPr>
            <w:tcW w:w="1234" w:type="dxa"/>
          </w:tcPr>
          <w:p w14:paraId="460EB852" w14:textId="77777777" w:rsidR="004B4EAF" w:rsidRDefault="00000000">
            <w:r>
              <w:t>Mondoni, M.; Viganò, O.; Ferrarese, M.; Bimbatti, M.; Cavallini, M.; Codecasa, L.; D'Arminio Monforte, A.; Bulfamante, G.; Centanni, S.; Sotgiu, G.</w:t>
            </w:r>
          </w:p>
        </w:tc>
        <w:tc>
          <w:tcPr>
            <w:tcW w:w="1234" w:type="dxa"/>
          </w:tcPr>
          <w:p w14:paraId="3DC200E0" w14:textId="77777777" w:rsidR="004B4EAF" w:rsidRDefault="00000000">
            <w:r>
              <w:t>Bronchoscopy</w:t>
            </w:r>
          </w:p>
        </w:tc>
        <w:tc>
          <w:tcPr>
            <w:tcW w:w="1234" w:type="dxa"/>
          </w:tcPr>
          <w:p w14:paraId="56A8581B" w14:textId="77777777" w:rsidR="004B4EAF" w:rsidRDefault="00000000">
            <w:r>
              <w:t>10.1016/j.ijid.2018.10.002</w:t>
            </w:r>
          </w:p>
        </w:tc>
        <w:tc>
          <w:tcPr>
            <w:tcW w:w="1234" w:type="dxa"/>
          </w:tcPr>
          <w:p w14:paraId="1348EFA2" w14:textId="77777777" w:rsidR="004B4EAF" w:rsidRDefault="004B4EAF"/>
        </w:tc>
      </w:tr>
      <w:tr w:rsidR="004B4EAF" w14:paraId="315FE130" w14:textId="77777777">
        <w:tc>
          <w:tcPr>
            <w:tcW w:w="1234" w:type="dxa"/>
          </w:tcPr>
          <w:p w14:paraId="448B67F8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33207095" w14:textId="77777777" w:rsidR="004B4EAF" w:rsidRDefault="00000000">
            <w:r>
              <w:t>Brucella Seroprevalence and Associated Risk Factors in Occupationally Exposed Humans in Selected Districts of Southern Province, Zambia</w:t>
            </w:r>
          </w:p>
        </w:tc>
        <w:tc>
          <w:tcPr>
            <w:tcW w:w="1234" w:type="dxa"/>
          </w:tcPr>
          <w:p w14:paraId="7E8BD5A6" w14:textId="77777777" w:rsidR="004B4EAF" w:rsidRDefault="00000000">
            <w:r>
              <w:t>Front Public Health</w:t>
            </w:r>
          </w:p>
        </w:tc>
        <w:tc>
          <w:tcPr>
            <w:tcW w:w="1234" w:type="dxa"/>
          </w:tcPr>
          <w:p w14:paraId="5590331F" w14:textId="77777777" w:rsidR="004B4EAF" w:rsidRDefault="00000000">
            <w:r>
              <w:t>Mubanga, M.; Mfune, R. L.; Kothowa, J.; Mohamud, A. S.; Chanda, C.; McGiven, J.; Bumbangi, F. N.; Hang'ombe, B. M.; Godfroid, J.; Simuunza, M.; Muma, J. B.</w:t>
            </w:r>
          </w:p>
        </w:tc>
        <w:tc>
          <w:tcPr>
            <w:tcW w:w="1234" w:type="dxa"/>
          </w:tcPr>
          <w:p w14:paraId="180602CF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39A66ACF" w14:textId="77777777" w:rsidR="004B4EAF" w:rsidRDefault="00000000">
            <w:r>
              <w:t>10.3389/fpubh.2021.745244</w:t>
            </w:r>
          </w:p>
        </w:tc>
        <w:tc>
          <w:tcPr>
            <w:tcW w:w="1234" w:type="dxa"/>
          </w:tcPr>
          <w:p w14:paraId="405C5619" w14:textId="77777777" w:rsidR="004B4EAF" w:rsidRDefault="004B4EAF"/>
        </w:tc>
      </w:tr>
      <w:tr w:rsidR="004B4EAF" w14:paraId="1CB1730B" w14:textId="77777777">
        <w:tc>
          <w:tcPr>
            <w:tcW w:w="1234" w:type="dxa"/>
          </w:tcPr>
          <w:p w14:paraId="464EBBB0" w14:textId="77777777" w:rsidR="004B4EAF" w:rsidRDefault="00000000">
            <w:r>
              <w:t>2004</w:t>
            </w:r>
          </w:p>
        </w:tc>
        <w:tc>
          <w:tcPr>
            <w:tcW w:w="1234" w:type="dxa"/>
          </w:tcPr>
          <w:p w14:paraId="55833331" w14:textId="77777777" w:rsidR="004B4EAF" w:rsidRDefault="00000000">
            <w:r>
              <w:t>Schistosomiasis--an unusual cause of ureteral obstruction: a case history and perspective</w:t>
            </w:r>
          </w:p>
        </w:tc>
        <w:tc>
          <w:tcPr>
            <w:tcW w:w="1234" w:type="dxa"/>
          </w:tcPr>
          <w:p w14:paraId="254FB9FE" w14:textId="77777777" w:rsidR="004B4EAF" w:rsidRDefault="00000000">
            <w:r>
              <w:t>Clin Med Res</w:t>
            </w:r>
          </w:p>
        </w:tc>
        <w:tc>
          <w:tcPr>
            <w:tcW w:w="1234" w:type="dxa"/>
          </w:tcPr>
          <w:p w14:paraId="7E9EFAEB" w14:textId="77777777" w:rsidR="004B4EAF" w:rsidRDefault="00000000">
            <w:r>
              <w:t>Neal, P. M.</w:t>
            </w:r>
          </w:p>
        </w:tc>
        <w:tc>
          <w:tcPr>
            <w:tcW w:w="1234" w:type="dxa"/>
          </w:tcPr>
          <w:p w14:paraId="340D0BAC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73859A86" w14:textId="77777777" w:rsidR="004B4EAF" w:rsidRDefault="00000000">
            <w:r>
              <w:t>10.3121/cmr.2.4.216</w:t>
            </w:r>
          </w:p>
        </w:tc>
        <w:tc>
          <w:tcPr>
            <w:tcW w:w="1234" w:type="dxa"/>
          </w:tcPr>
          <w:p w14:paraId="67860D19" w14:textId="77777777" w:rsidR="004B4EAF" w:rsidRDefault="004B4EAF"/>
        </w:tc>
      </w:tr>
      <w:tr w:rsidR="004B4EAF" w14:paraId="361F2C7D" w14:textId="77777777">
        <w:tc>
          <w:tcPr>
            <w:tcW w:w="1234" w:type="dxa"/>
          </w:tcPr>
          <w:p w14:paraId="5E97233E" w14:textId="77777777" w:rsidR="004B4EAF" w:rsidRDefault="00000000">
            <w:r>
              <w:t>202</w:t>
            </w:r>
            <w:r>
              <w:lastRenderedPageBreak/>
              <w:t>3</w:t>
            </w:r>
          </w:p>
        </w:tc>
        <w:tc>
          <w:tcPr>
            <w:tcW w:w="1234" w:type="dxa"/>
          </w:tcPr>
          <w:p w14:paraId="672FEED7" w14:textId="77777777" w:rsidR="004B4EAF" w:rsidRDefault="00000000">
            <w:r>
              <w:lastRenderedPageBreak/>
              <w:t xml:space="preserve">Developing a </w:t>
            </w:r>
            <w:r>
              <w:lastRenderedPageBreak/>
              <w:t>hierarchical framework for assessing the strategic effectiveness of sustainable waste management in the Somaliland construction industry</w:t>
            </w:r>
          </w:p>
        </w:tc>
        <w:tc>
          <w:tcPr>
            <w:tcW w:w="1234" w:type="dxa"/>
          </w:tcPr>
          <w:p w14:paraId="34EAAED5" w14:textId="77777777" w:rsidR="004B4EAF" w:rsidRDefault="00000000">
            <w:r>
              <w:lastRenderedPageBreak/>
              <w:t xml:space="preserve">Environ Sci </w:t>
            </w:r>
            <w:r>
              <w:lastRenderedPageBreak/>
              <w:t>Pollut Res Int</w:t>
            </w:r>
          </w:p>
        </w:tc>
        <w:tc>
          <w:tcPr>
            <w:tcW w:w="1234" w:type="dxa"/>
          </w:tcPr>
          <w:p w14:paraId="2A41FD78" w14:textId="77777777" w:rsidR="004B4EAF" w:rsidRDefault="00000000">
            <w:r>
              <w:lastRenderedPageBreak/>
              <w:t xml:space="preserve">Negash, Y. T.; </w:t>
            </w:r>
            <w:r>
              <w:lastRenderedPageBreak/>
              <w:t>Hassan, A. M.; Tseng, M. L.; Ali, M. H.; Lim, M. K.</w:t>
            </w:r>
          </w:p>
        </w:tc>
        <w:tc>
          <w:tcPr>
            <w:tcW w:w="1234" w:type="dxa"/>
          </w:tcPr>
          <w:p w14:paraId="40A5A123" w14:textId="77777777" w:rsidR="004B4EAF" w:rsidRDefault="00000000">
            <w:r>
              <w:lastRenderedPageBreak/>
              <w:t>*Construction Industry</w:t>
            </w:r>
          </w:p>
        </w:tc>
        <w:tc>
          <w:tcPr>
            <w:tcW w:w="1234" w:type="dxa"/>
          </w:tcPr>
          <w:p w14:paraId="2D238C90" w14:textId="77777777" w:rsidR="004B4EAF" w:rsidRDefault="00000000">
            <w:r>
              <w:t>10.1007/s11356-023-</w:t>
            </w:r>
            <w:r>
              <w:lastRenderedPageBreak/>
              <w:t>27060-8</w:t>
            </w:r>
          </w:p>
        </w:tc>
        <w:tc>
          <w:tcPr>
            <w:tcW w:w="1234" w:type="dxa"/>
          </w:tcPr>
          <w:p w14:paraId="47D449C7" w14:textId="77777777" w:rsidR="004B4EAF" w:rsidRDefault="004B4EAF"/>
        </w:tc>
      </w:tr>
      <w:tr w:rsidR="004B4EAF" w14:paraId="156FB358" w14:textId="77777777">
        <w:tc>
          <w:tcPr>
            <w:tcW w:w="1234" w:type="dxa"/>
          </w:tcPr>
          <w:p w14:paraId="64FA7F0A" w14:textId="77777777" w:rsidR="004B4EAF" w:rsidRDefault="00000000">
            <w:r>
              <w:t>2013</w:t>
            </w:r>
          </w:p>
        </w:tc>
        <w:tc>
          <w:tcPr>
            <w:tcW w:w="1234" w:type="dxa"/>
          </w:tcPr>
          <w:p w14:paraId="78E89558" w14:textId="77777777" w:rsidR="004B4EAF" w:rsidRDefault="00000000">
            <w:r>
              <w:t>Prevalence and distribution of schistosomiasis in afder and gode zone of somali region, ethiopia</w:t>
            </w:r>
          </w:p>
        </w:tc>
        <w:tc>
          <w:tcPr>
            <w:tcW w:w="1234" w:type="dxa"/>
          </w:tcPr>
          <w:p w14:paraId="0DB654B2" w14:textId="77777777" w:rsidR="004B4EAF" w:rsidRDefault="00000000">
            <w:r>
              <w:t>J Glob Infect Dis</w:t>
            </w:r>
          </w:p>
        </w:tc>
        <w:tc>
          <w:tcPr>
            <w:tcW w:w="1234" w:type="dxa"/>
          </w:tcPr>
          <w:p w14:paraId="26DBF094" w14:textId="77777777" w:rsidR="004B4EAF" w:rsidRDefault="00000000">
            <w:r>
              <w:t>Negussu, N.; Wali, M.; Ejigu, M.; Debebe, F.; Aden, S.; Abdi, R.; Mohamed, Y.; Deribew, A.; Deribe, K.</w:t>
            </w:r>
          </w:p>
        </w:tc>
        <w:tc>
          <w:tcPr>
            <w:tcW w:w="1234" w:type="dxa"/>
          </w:tcPr>
          <w:p w14:paraId="5EA93548" w14:textId="77777777" w:rsidR="004B4EAF" w:rsidRDefault="00000000">
            <w:r>
              <w:t>S. haematobium</w:t>
            </w:r>
          </w:p>
        </w:tc>
        <w:tc>
          <w:tcPr>
            <w:tcW w:w="1234" w:type="dxa"/>
          </w:tcPr>
          <w:p w14:paraId="1C6DEAFE" w14:textId="77777777" w:rsidR="004B4EAF" w:rsidRDefault="00000000">
            <w:r>
              <w:t>10.4103/0974-777x.122007</w:t>
            </w:r>
          </w:p>
        </w:tc>
        <w:tc>
          <w:tcPr>
            <w:tcW w:w="1234" w:type="dxa"/>
          </w:tcPr>
          <w:p w14:paraId="3FDCD1F6" w14:textId="77777777" w:rsidR="004B4EAF" w:rsidRDefault="004B4EAF"/>
        </w:tc>
      </w:tr>
      <w:tr w:rsidR="004B4EAF" w14:paraId="1EEE57D4" w14:textId="77777777">
        <w:tc>
          <w:tcPr>
            <w:tcW w:w="1234" w:type="dxa"/>
          </w:tcPr>
          <w:p w14:paraId="793FFCCC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26D22967" w14:textId="77777777" w:rsidR="004B4EAF" w:rsidRDefault="00000000">
            <w:r>
              <w:t>National and Regional Fraction of Cancer Incidence and Death Attributable to Current Tobacco and Water-Pipe Smoking in the Eastern Mediterranean Countries in 2020</w:t>
            </w:r>
          </w:p>
        </w:tc>
        <w:tc>
          <w:tcPr>
            <w:tcW w:w="1234" w:type="dxa"/>
          </w:tcPr>
          <w:p w14:paraId="678B21AB" w14:textId="77777777" w:rsidR="004B4EAF" w:rsidRDefault="00000000">
            <w:r>
              <w:t>Nicotine Tob Res</w:t>
            </w:r>
          </w:p>
        </w:tc>
        <w:tc>
          <w:tcPr>
            <w:tcW w:w="1234" w:type="dxa"/>
          </w:tcPr>
          <w:p w14:paraId="5F978160" w14:textId="77777777" w:rsidR="004B4EAF" w:rsidRDefault="00000000">
            <w:r>
              <w:t>Nemati, S.; Naji, P.; Abdi, S.; Lotfi, F.; Saeedi, E.; Mehravar, S. A.; Fattahi, P.; Sheikh, M.; Vand Rajabpour, M.; Eftekharzadeh, A.; Zendehdel, K.</w:t>
            </w:r>
          </w:p>
        </w:tc>
        <w:tc>
          <w:tcPr>
            <w:tcW w:w="1234" w:type="dxa"/>
          </w:tcPr>
          <w:p w14:paraId="524B1B10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265A10D4" w14:textId="77777777" w:rsidR="004B4EAF" w:rsidRDefault="00000000">
            <w:r>
              <w:t>10.1093/ntr/ntac179</w:t>
            </w:r>
          </w:p>
        </w:tc>
        <w:tc>
          <w:tcPr>
            <w:tcW w:w="1234" w:type="dxa"/>
          </w:tcPr>
          <w:p w14:paraId="68444A96" w14:textId="77777777" w:rsidR="004B4EAF" w:rsidRDefault="004B4EAF"/>
        </w:tc>
      </w:tr>
      <w:tr w:rsidR="004B4EAF" w14:paraId="1874E783" w14:textId="77777777">
        <w:tc>
          <w:tcPr>
            <w:tcW w:w="1234" w:type="dxa"/>
          </w:tcPr>
          <w:p w14:paraId="38AC12BE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3C57DBBD" w14:textId="77777777" w:rsidR="004B4EAF" w:rsidRDefault="00000000">
            <w:r>
              <w:t xml:space="preserve">Prevalence and pattern of </w:t>
            </w:r>
            <w:r>
              <w:lastRenderedPageBreak/>
              <w:t>waterborne parasitic infections in eastern Africa: A systematic scoping review</w:t>
            </w:r>
          </w:p>
        </w:tc>
        <w:tc>
          <w:tcPr>
            <w:tcW w:w="1234" w:type="dxa"/>
          </w:tcPr>
          <w:p w14:paraId="1195BDE6" w14:textId="77777777" w:rsidR="004B4EAF" w:rsidRDefault="00000000">
            <w:r>
              <w:lastRenderedPageBreak/>
              <w:t xml:space="preserve">Food Waterborne </w:t>
            </w:r>
            <w:r>
              <w:lastRenderedPageBreak/>
              <w:t>Parasitol</w:t>
            </w:r>
          </w:p>
        </w:tc>
        <w:tc>
          <w:tcPr>
            <w:tcW w:w="1234" w:type="dxa"/>
          </w:tcPr>
          <w:p w14:paraId="38A2EB09" w14:textId="77777777" w:rsidR="004B4EAF" w:rsidRDefault="00000000">
            <w:r>
              <w:lastRenderedPageBreak/>
              <w:t>Ngowi, H. A.</w:t>
            </w:r>
          </w:p>
        </w:tc>
        <w:tc>
          <w:tcPr>
            <w:tcW w:w="1234" w:type="dxa"/>
          </w:tcPr>
          <w:p w14:paraId="5D1F80E0" w14:textId="77777777" w:rsidR="004B4EAF" w:rsidRDefault="00000000">
            <w:r>
              <w:t>Burden</w:t>
            </w:r>
          </w:p>
        </w:tc>
        <w:tc>
          <w:tcPr>
            <w:tcW w:w="1234" w:type="dxa"/>
          </w:tcPr>
          <w:p w14:paraId="1C9FEB97" w14:textId="77777777" w:rsidR="004B4EAF" w:rsidRDefault="00000000">
            <w:r>
              <w:t>10.1016/j.fawpar.2020.e00089</w:t>
            </w:r>
          </w:p>
        </w:tc>
        <w:tc>
          <w:tcPr>
            <w:tcW w:w="1234" w:type="dxa"/>
          </w:tcPr>
          <w:p w14:paraId="3E1DCE02" w14:textId="77777777" w:rsidR="004B4EAF" w:rsidRDefault="004B4EAF"/>
        </w:tc>
      </w:tr>
      <w:tr w:rsidR="004B4EAF" w14:paraId="2428B66E" w14:textId="77777777">
        <w:tc>
          <w:tcPr>
            <w:tcW w:w="1234" w:type="dxa"/>
          </w:tcPr>
          <w:p w14:paraId="57E25CB0" w14:textId="77777777" w:rsidR="004B4EAF" w:rsidRDefault="00000000">
            <w:r>
              <w:t>2009</w:t>
            </w:r>
          </w:p>
        </w:tc>
        <w:tc>
          <w:tcPr>
            <w:tcW w:w="1234" w:type="dxa"/>
          </w:tcPr>
          <w:p w14:paraId="220AAC73" w14:textId="77777777" w:rsidR="004B4EAF" w:rsidRDefault="00000000">
            <w:r>
              <w:t>Visor flap for total upper and lower lip reconstruction: a case report</w:t>
            </w:r>
          </w:p>
        </w:tc>
        <w:tc>
          <w:tcPr>
            <w:tcW w:w="1234" w:type="dxa"/>
          </w:tcPr>
          <w:p w14:paraId="0E866975" w14:textId="77777777" w:rsidR="004B4EAF" w:rsidRDefault="00000000">
            <w:r>
              <w:t>J Med Case Rep</w:t>
            </w:r>
          </w:p>
        </w:tc>
        <w:tc>
          <w:tcPr>
            <w:tcW w:w="1234" w:type="dxa"/>
          </w:tcPr>
          <w:p w14:paraId="55887163" w14:textId="77777777" w:rsidR="004B4EAF" w:rsidRDefault="00000000">
            <w:r>
              <w:t>Nthumba, P.; Carter, L.</w:t>
            </w:r>
          </w:p>
        </w:tc>
        <w:tc>
          <w:tcPr>
            <w:tcW w:w="1234" w:type="dxa"/>
          </w:tcPr>
          <w:p w14:paraId="6E72D288" w14:textId="77777777" w:rsidR="004B4EAF" w:rsidRDefault="004B4EAF"/>
        </w:tc>
        <w:tc>
          <w:tcPr>
            <w:tcW w:w="1234" w:type="dxa"/>
          </w:tcPr>
          <w:p w14:paraId="46039701" w14:textId="77777777" w:rsidR="004B4EAF" w:rsidRDefault="00000000">
            <w:r>
              <w:t>10.4076/1752-1947-3-7312</w:t>
            </w:r>
          </w:p>
        </w:tc>
        <w:tc>
          <w:tcPr>
            <w:tcW w:w="1234" w:type="dxa"/>
          </w:tcPr>
          <w:p w14:paraId="12C4D4E9" w14:textId="77777777" w:rsidR="004B4EAF" w:rsidRDefault="004B4EAF"/>
        </w:tc>
      </w:tr>
      <w:tr w:rsidR="004B4EAF" w14:paraId="5C812535" w14:textId="77777777">
        <w:tc>
          <w:tcPr>
            <w:tcW w:w="1234" w:type="dxa"/>
          </w:tcPr>
          <w:p w14:paraId="48EB4DE3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0617D296" w14:textId="77777777" w:rsidR="004B4EAF" w:rsidRDefault="00000000">
            <w:r>
              <w:t>IgM antibodies in hospitalized children with febrile illness during an inter-epidemic period of measles, in Somalia</w:t>
            </w:r>
          </w:p>
        </w:tc>
        <w:tc>
          <w:tcPr>
            <w:tcW w:w="1234" w:type="dxa"/>
          </w:tcPr>
          <w:p w14:paraId="5AF68527" w14:textId="77777777" w:rsidR="004B4EAF" w:rsidRDefault="00000000">
            <w:r>
              <w:t>J Clin Virol</w:t>
            </w:r>
          </w:p>
        </w:tc>
        <w:tc>
          <w:tcPr>
            <w:tcW w:w="1234" w:type="dxa"/>
          </w:tcPr>
          <w:p w14:paraId="3E5F2001" w14:textId="77777777" w:rsidR="004B4EAF" w:rsidRDefault="00000000">
            <w:r>
              <w:t>Nur, Y. A.; Groen, J.; Yusuf, M. A.; Osterhaus, A. D.</w:t>
            </w:r>
          </w:p>
        </w:tc>
        <w:tc>
          <w:tcPr>
            <w:tcW w:w="1234" w:type="dxa"/>
          </w:tcPr>
          <w:p w14:paraId="625BA359" w14:textId="77777777" w:rsidR="004B4EAF" w:rsidRDefault="00000000">
            <w:r>
              <w:t>Antibodies, Bacterial/*blood</w:t>
            </w:r>
          </w:p>
        </w:tc>
        <w:tc>
          <w:tcPr>
            <w:tcW w:w="1234" w:type="dxa"/>
          </w:tcPr>
          <w:p w14:paraId="70967721" w14:textId="77777777" w:rsidR="004B4EAF" w:rsidRDefault="00000000">
            <w:r>
              <w:t>10.1016/s1386-6532(98)00002-x</w:t>
            </w:r>
          </w:p>
        </w:tc>
        <w:tc>
          <w:tcPr>
            <w:tcW w:w="1234" w:type="dxa"/>
          </w:tcPr>
          <w:p w14:paraId="5765191C" w14:textId="77777777" w:rsidR="004B4EAF" w:rsidRDefault="004B4EAF"/>
        </w:tc>
      </w:tr>
      <w:tr w:rsidR="004B4EAF" w14:paraId="3A7853FD" w14:textId="77777777">
        <w:tc>
          <w:tcPr>
            <w:tcW w:w="1234" w:type="dxa"/>
          </w:tcPr>
          <w:p w14:paraId="617D3A85" w14:textId="77777777" w:rsidR="004B4EAF" w:rsidRDefault="00000000">
            <w:r>
              <w:t>1979</w:t>
            </w:r>
          </w:p>
        </w:tc>
        <w:tc>
          <w:tcPr>
            <w:tcW w:w="1234" w:type="dxa"/>
          </w:tcPr>
          <w:p w14:paraId="1C3AD91C" w14:textId="77777777" w:rsidR="004B4EAF" w:rsidRDefault="00000000">
            <w:r>
              <w:t>IgE serum levels in urinary schistosomiasis</w:t>
            </w:r>
          </w:p>
        </w:tc>
        <w:tc>
          <w:tcPr>
            <w:tcW w:w="1234" w:type="dxa"/>
          </w:tcPr>
          <w:p w14:paraId="18A7C404" w14:textId="77777777" w:rsidR="004B4EAF" w:rsidRDefault="00000000">
            <w:r>
              <w:t>Tropenmed Parasitol</w:t>
            </w:r>
          </w:p>
        </w:tc>
        <w:tc>
          <w:tcPr>
            <w:tcW w:w="1234" w:type="dxa"/>
          </w:tcPr>
          <w:p w14:paraId="771793CF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Nuti</w:t>
            </w:r>
            <w:proofErr w:type="spellEnd"/>
            <w:r w:rsidRPr="005440C3">
              <w:rPr>
                <w:lang w:val="nb-NO"/>
              </w:rPr>
              <w:t xml:space="preserve">, M.; </w:t>
            </w:r>
            <w:proofErr w:type="spellStart"/>
            <w:r w:rsidRPr="005440C3">
              <w:rPr>
                <w:lang w:val="nb-NO"/>
              </w:rPr>
              <w:t>Rasi</w:t>
            </w:r>
            <w:proofErr w:type="spellEnd"/>
            <w:r w:rsidRPr="005440C3">
              <w:rPr>
                <w:lang w:val="nb-NO"/>
              </w:rPr>
              <w:t xml:space="preserve">, G.; Simoni, L.; </w:t>
            </w:r>
            <w:proofErr w:type="spellStart"/>
            <w:r w:rsidRPr="005440C3">
              <w:rPr>
                <w:lang w:val="nb-NO"/>
              </w:rPr>
              <w:t>Bonini</w:t>
            </w:r>
            <w:proofErr w:type="spellEnd"/>
            <w:r w:rsidRPr="005440C3">
              <w:rPr>
                <w:lang w:val="nb-NO"/>
              </w:rPr>
              <w:t>, S.</w:t>
            </w:r>
          </w:p>
        </w:tc>
        <w:tc>
          <w:tcPr>
            <w:tcW w:w="1234" w:type="dxa"/>
          </w:tcPr>
          <w:p w14:paraId="5E8E5B8B" w14:textId="77777777" w:rsidR="004B4EAF" w:rsidRDefault="00000000">
            <w:r>
              <w:t>Humans</w:t>
            </w:r>
          </w:p>
        </w:tc>
        <w:tc>
          <w:tcPr>
            <w:tcW w:w="1234" w:type="dxa"/>
          </w:tcPr>
          <w:p w14:paraId="165ABA31" w14:textId="77777777" w:rsidR="004B4EAF" w:rsidRDefault="004B4EAF"/>
        </w:tc>
        <w:tc>
          <w:tcPr>
            <w:tcW w:w="1234" w:type="dxa"/>
          </w:tcPr>
          <w:p w14:paraId="31A5A359" w14:textId="77777777" w:rsidR="004B4EAF" w:rsidRDefault="004B4EAF"/>
        </w:tc>
      </w:tr>
      <w:tr w:rsidR="004B4EAF" w14:paraId="2036FADB" w14:textId="77777777">
        <w:tc>
          <w:tcPr>
            <w:tcW w:w="1234" w:type="dxa"/>
          </w:tcPr>
          <w:p w14:paraId="353AF5C4" w14:textId="77777777" w:rsidR="004B4EAF" w:rsidRDefault="00000000">
            <w:r>
              <w:t>1979</w:t>
            </w:r>
          </w:p>
        </w:tc>
        <w:tc>
          <w:tcPr>
            <w:tcW w:w="1234" w:type="dxa"/>
          </w:tcPr>
          <w:p w14:paraId="31F3266A" w14:textId="77777777" w:rsidR="004B4EAF" w:rsidRDefault="00000000">
            <w:r>
              <w:t>Leprosy and hepatitis B virus markers: incidence of HBsAg and HBeAg in Somalian patients</w:t>
            </w:r>
          </w:p>
        </w:tc>
        <w:tc>
          <w:tcPr>
            <w:tcW w:w="1234" w:type="dxa"/>
          </w:tcPr>
          <w:p w14:paraId="58156B8D" w14:textId="77777777" w:rsidR="004B4EAF" w:rsidRDefault="00000000">
            <w:r>
              <w:t>Int J Lepr Other Mycobact Dis</w:t>
            </w:r>
          </w:p>
        </w:tc>
        <w:tc>
          <w:tcPr>
            <w:tcW w:w="1234" w:type="dxa"/>
          </w:tcPr>
          <w:p w14:paraId="48CBDF28" w14:textId="77777777" w:rsidR="004B4EAF" w:rsidRDefault="00000000">
            <w:r>
              <w:t>Nuti, M.; Tarabini, G.; Palermo, P.; Tarabini, G. L.; Thamer, G.</w:t>
            </w:r>
          </w:p>
        </w:tc>
        <w:tc>
          <w:tcPr>
            <w:tcW w:w="1234" w:type="dxa"/>
          </w:tcPr>
          <w:p w14:paraId="503CE0B1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4A84B400" w14:textId="77777777" w:rsidR="004B4EAF" w:rsidRDefault="004B4EAF"/>
        </w:tc>
        <w:tc>
          <w:tcPr>
            <w:tcW w:w="1234" w:type="dxa"/>
          </w:tcPr>
          <w:p w14:paraId="5FFA4BB3" w14:textId="77777777" w:rsidR="004B4EAF" w:rsidRDefault="004B4EAF"/>
        </w:tc>
      </w:tr>
      <w:tr w:rsidR="004B4EAF" w14:paraId="29069F68" w14:textId="77777777">
        <w:tc>
          <w:tcPr>
            <w:tcW w:w="1234" w:type="dxa"/>
          </w:tcPr>
          <w:p w14:paraId="78425B74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24BB5E50" w14:textId="77777777" w:rsidR="004B4EAF" w:rsidRDefault="00000000">
            <w:r>
              <w:t xml:space="preserve">Investigation of laboratory confirmed </w:t>
            </w:r>
            <w:r>
              <w:lastRenderedPageBreak/>
              <w:t>Dengue outbreak in North-eastern Kenya, 2011</w:t>
            </w:r>
          </w:p>
        </w:tc>
        <w:tc>
          <w:tcPr>
            <w:tcW w:w="1234" w:type="dxa"/>
          </w:tcPr>
          <w:p w14:paraId="431DEF90" w14:textId="77777777" w:rsidR="004B4EAF" w:rsidRDefault="00000000">
            <w:r>
              <w:lastRenderedPageBreak/>
              <w:t>PLoS One</w:t>
            </w:r>
          </w:p>
        </w:tc>
        <w:tc>
          <w:tcPr>
            <w:tcW w:w="1234" w:type="dxa"/>
          </w:tcPr>
          <w:p w14:paraId="6E7C529B" w14:textId="77777777" w:rsidR="004B4EAF" w:rsidRDefault="00000000">
            <w:r>
              <w:t>Obonyo, M.; Fidhow, A.; Ofula, V.</w:t>
            </w:r>
          </w:p>
        </w:tc>
        <w:tc>
          <w:tcPr>
            <w:tcW w:w="1234" w:type="dxa"/>
          </w:tcPr>
          <w:p w14:paraId="327A08B5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0EACE019" w14:textId="77777777" w:rsidR="004B4EAF" w:rsidRDefault="00000000">
            <w:r>
              <w:t>10.1371/journal.pone.0198556</w:t>
            </w:r>
          </w:p>
        </w:tc>
        <w:tc>
          <w:tcPr>
            <w:tcW w:w="1234" w:type="dxa"/>
          </w:tcPr>
          <w:p w14:paraId="191DD87B" w14:textId="77777777" w:rsidR="004B4EAF" w:rsidRDefault="004B4EAF"/>
        </w:tc>
      </w:tr>
      <w:tr w:rsidR="004B4EAF" w14:paraId="4E52690A" w14:textId="77777777">
        <w:tc>
          <w:tcPr>
            <w:tcW w:w="1234" w:type="dxa"/>
          </w:tcPr>
          <w:p w14:paraId="7E1E1F83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64ABD069" w14:textId="77777777" w:rsidR="004B4EAF" w:rsidRDefault="00000000">
            <w:r>
              <w:t>Clinical Characteristics of Acute Kidney Injury Associated with Tropical Acute Febrile Illness</w:t>
            </w:r>
          </w:p>
        </w:tc>
        <w:tc>
          <w:tcPr>
            <w:tcW w:w="1234" w:type="dxa"/>
          </w:tcPr>
          <w:p w14:paraId="2E6734AC" w14:textId="77777777" w:rsidR="004B4EAF" w:rsidRDefault="00000000">
            <w:r>
              <w:t>Trop Med Infect Dis</w:t>
            </w:r>
          </w:p>
        </w:tc>
        <w:tc>
          <w:tcPr>
            <w:tcW w:w="1234" w:type="dxa"/>
          </w:tcPr>
          <w:p w14:paraId="485C6CDF" w14:textId="77777777" w:rsidR="004B4EAF" w:rsidRDefault="00000000">
            <w:r>
              <w:t>Omar, F. D.; Phumratanaprapin, W.; Silachamroon, U.; Hanboonkunupakarn, B.; Sriboonvorakul, N.; Thaipadungpanit, J.; Pan-Ngum, W.</w:t>
            </w:r>
          </w:p>
        </w:tc>
        <w:tc>
          <w:tcPr>
            <w:tcW w:w="1234" w:type="dxa"/>
          </w:tcPr>
          <w:p w14:paraId="1CC97E4E" w14:textId="77777777" w:rsidR="004B4EAF" w:rsidRDefault="00000000">
            <w:r>
              <w:t>acute febrile illness</w:t>
            </w:r>
          </w:p>
        </w:tc>
        <w:tc>
          <w:tcPr>
            <w:tcW w:w="1234" w:type="dxa"/>
          </w:tcPr>
          <w:p w14:paraId="78FF4143" w14:textId="77777777" w:rsidR="004B4EAF" w:rsidRDefault="00000000">
            <w:r>
              <w:t>10.3390/tropicalmed8030147</w:t>
            </w:r>
          </w:p>
        </w:tc>
        <w:tc>
          <w:tcPr>
            <w:tcW w:w="1234" w:type="dxa"/>
          </w:tcPr>
          <w:p w14:paraId="737799C1" w14:textId="77777777" w:rsidR="004B4EAF" w:rsidRDefault="004B4EAF"/>
        </w:tc>
      </w:tr>
      <w:tr w:rsidR="004B4EAF" w14:paraId="06B046CC" w14:textId="77777777">
        <w:tc>
          <w:tcPr>
            <w:tcW w:w="1234" w:type="dxa"/>
          </w:tcPr>
          <w:p w14:paraId="4A947C13" w14:textId="77777777" w:rsidR="004B4EAF" w:rsidRDefault="00000000">
            <w:r>
              <w:t>1986</w:t>
            </w:r>
          </w:p>
        </w:tc>
        <w:tc>
          <w:tcPr>
            <w:tcW w:w="1234" w:type="dxa"/>
          </w:tcPr>
          <w:p w14:paraId="3D68BDC5" w14:textId="77777777" w:rsidR="004B4EAF" w:rsidRDefault="00000000">
            <w:r>
              <w:t>Yaws assessment in Somalia</w:t>
            </w:r>
          </w:p>
        </w:tc>
        <w:tc>
          <w:tcPr>
            <w:tcW w:w="1234" w:type="dxa"/>
          </w:tcPr>
          <w:p w14:paraId="7644F260" w14:textId="77777777" w:rsidR="004B4EAF" w:rsidRDefault="00000000">
            <w:r>
              <w:t>Southeast Asian J Trop Med Public Health</w:t>
            </w:r>
          </w:p>
        </w:tc>
        <w:tc>
          <w:tcPr>
            <w:tcW w:w="1234" w:type="dxa"/>
          </w:tcPr>
          <w:p w14:paraId="4E133579" w14:textId="77777777" w:rsidR="004B4EAF" w:rsidRDefault="00000000">
            <w:r>
              <w:t>Omar, M. A.</w:t>
            </w:r>
          </w:p>
        </w:tc>
        <w:tc>
          <w:tcPr>
            <w:tcW w:w="1234" w:type="dxa"/>
          </w:tcPr>
          <w:p w14:paraId="51F752AD" w14:textId="77777777" w:rsidR="004B4EAF" w:rsidRDefault="00000000">
            <w:r>
              <w:t>Health Status</w:t>
            </w:r>
          </w:p>
        </w:tc>
        <w:tc>
          <w:tcPr>
            <w:tcW w:w="1234" w:type="dxa"/>
          </w:tcPr>
          <w:p w14:paraId="182B8A05" w14:textId="77777777" w:rsidR="004B4EAF" w:rsidRDefault="004B4EAF"/>
        </w:tc>
        <w:tc>
          <w:tcPr>
            <w:tcW w:w="1234" w:type="dxa"/>
          </w:tcPr>
          <w:p w14:paraId="595AAD1E" w14:textId="77777777" w:rsidR="004B4EAF" w:rsidRDefault="004B4EAF"/>
        </w:tc>
      </w:tr>
      <w:tr w:rsidR="004B4EAF" w14:paraId="2D02EFBA" w14:textId="77777777">
        <w:tc>
          <w:tcPr>
            <w:tcW w:w="1234" w:type="dxa"/>
          </w:tcPr>
          <w:p w14:paraId="3398ACFE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03315E8C" w14:textId="77777777" w:rsidR="004B4EAF" w:rsidRDefault="00000000">
            <w:r>
              <w:t>Understanding the unique experiences, perspectives and sexual and reproductive health needs of very young adolescents: Somali refugees in Ethiopia</w:t>
            </w:r>
          </w:p>
        </w:tc>
        <w:tc>
          <w:tcPr>
            <w:tcW w:w="1234" w:type="dxa"/>
          </w:tcPr>
          <w:p w14:paraId="1804E546" w14:textId="77777777" w:rsidR="004B4EAF" w:rsidRDefault="00000000">
            <w:r>
              <w:t>Confl Health</w:t>
            </w:r>
          </w:p>
        </w:tc>
        <w:tc>
          <w:tcPr>
            <w:tcW w:w="1234" w:type="dxa"/>
          </w:tcPr>
          <w:p w14:paraId="0EDC5BB1" w14:textId="77777777" w:rsidR="004B4EAF" w:rsidRDefault="00000000">
            <w:r>
              <w:t>Ortiz-Echevarria, L.; Greeley, M.; Bawoke, T.; Zimmerman, L.; Robinson, C.; Schlecht, J.</w:t>
            </w:r>
          </w:p>
        </w:tc>
        <w:tc>
          <w:tcPr>
            <w:tcW w:w="1234" w:type="dxa"/>
          </w:tcPr>
          <w:p w14:paraId="36B654B1" w14:textId="77777777" w:rsidR="004B4EAF" w:rsidRDefault="00000000">
            <w:r>
              <w:t>Adolescence</w:t>
            </w:r>
          </w:p>
        </w:tc>
        <w:tc>
          <w:tcPr>
            <w:tcW w:w="1234" w:type="dxa"/>
          </w:tcPr>
          <w:p w14:paraId="0BDBD768" w14:textId="77777777" w:rsidR="004B4EAF" w:rsidRDefault="00000000">
            <w:r>
              <w:t>10.1186/s13031-017-0129-6</w:t>
            </w:r>
          </w:p>
        </w:tc>
        <w:tc>
          <w:tcPr>
            <w:tcW w:w="1234" w:type="dxa"/>
          </w:tcPr>
          <w:p w14:paraId="0BE360BD" w14:textId="77777777" w:rsidR="004B4EAF" w:rsidRDefault="004B4EAF"/>
        </w:tc>
      </w:tr>
      <w:tr w:rsidR="004B4EAF" w14:paraId="0E3BA8A8" w14:textId="77777777">
        <w:tc>
          <w:tcPr>
            <w:tcW w:w="1234" w:type="dxa"/>
          </w:tcPr>
          <w:p w14:paraId="64B38DD5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5755075C" w14:textId="77777777" w:rsidR="004B4EAF" w:rsidRDefault="00000000">
            <w:r>
              <w:t xml:space="preserve">Integrated community based human </w:t>
            </w:r>
            <w:r>
              <w:lastRenderedPageBreak/>
              <w:t>and animal syndromic surveillance in Adadle district of the Somali region of Ethiopia</w:t>
            </w:r>
          </w:p>
        </w:tc>
        <w:tc>
          <w:tcPr>
            <w:tcW w:w="1234" w:type="dxa"/>
          </w:tcPr>
          <w:p w14:paraId="74082C3C" w14:textId="77777777" w:rsidR="004B4EAF" w:rsidRDefault="00000000">
            <w:r>
              <w:lastRenderedPageBreak/>
              <w:t>One Health</w:t>
            </w:r>
          </w:p>
        </w:tc>
        <w:tc>
          <w:tcPr>
            <w:tcW w:w="1234" w:type="dxa"/>
          </w:tcPr>
          <w:p w14:paraId="7895F580" w14:textId="77777777" w:rsidR="004B4EAF" w:rsidRDefault="00000000">
            <w:r>
              <w:t xml:space="preserve">Osman, Y.; Ali, S. M.; Schelling, E.; Tschopp, R.; </w:t>
            </w:r>
            <w:r>
              <w:lastRenderedPageBreak/>
              <w:t>Hattendorf, J.; Muhumed, A.; Zinsstag, J.</w:t>
            </w:r>
          </w:p>
        </w:tc>
        <w:tc>
          <w:tcPr>
            <w:tcW w:w="1234" w:type="dxa"/>
          </w:tcPr>
          <w:p w14:paraId="2BF82B82" w14:textId="77777777" w:rsidR="004B4EAF" w:rsidRDefault="00000000">
            <w:r>
              <w:lastRenderedPageBreak/>
              <w:t>Community based</w:t>
            </w:r>
          </w:p>
        </w:tc>
        <w:tc>
          <w:tcPr>
            <w:tcW w:w="1234" w:type="dxa"/>
          </w:tcPr>
          <w:p w14:paraId="6AA9E561" w14:textId="77777777" w:rsidR="004B4EAF" w:rsidRDefault="00000000">
            <w:r>
              <w:t>10.1016/j.onehlt.2021.100334</w:t>
            </w:r>
          </w:p>
        </w:tc>
        <w:tc>
          <w:tcPr>
            <w:tcW w:w="1234" w:type="dxa"/>
          </w:tcPr>
          <w:p w14:paraId="12D19B33" w14:textId="77777777" w:rsidR="004B4EAF" w:rsidRDefault="004B4EAF"/>
        </w:tc>
      </w:tr>
      <w:tr w:rsidR="004B4EAF" w14:paraId="7CCC639A" w14:textId="77777777">
        <w:tc>
          <w:tcPr>
            <w:tcW w:w="1234" w:type="dxa"/>
          </w:tcPr>
          <w:p w14:paraId="21C1E031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25C28341" w14:textId="77777777" w:rsidR="004B4EAF" w:rsidRDefault="00000000">
            <w:r>
              <w:t>Atypical perforated appendicitis secondary to schistosomiasis: a rare case report</w:t>
            </w:r>
          </w:p>
        </w:tc>
        <w:tc>
          <w:tcPr>
            <w:tcW w:w="1234" w:type="dxa"/>
          </w:tcPr>
          <w:p w14:paraId="32322B15" w14:textId="77777777" w:rsidR="004B4EAF" w:rsidRDefault="00000000">
            <w:r>
              <w:t>Ann Med Surg (Lond)</w:t>
            </w:r>
          </w:p>
        </w:tc>
        <w:tc>
          <w:tcPr>
            <w:tcW w:w="1234" w:type="dxa"/>
          </w:tcPr>
          <w:p w14:paraId="49AB8FA2" w14:textId="77777777" w:rsidR="004B4EAF" w:rsidRDefault="00000000">
            <w:r>
              <w:t>Osoble Osman, F. A.; Mohamed, Y. G.; Salad, N. M.; Yahye, N. M.</w:t>
            </w:r>
          </w:p>
        </w:tc>
        <w:tc>
          <w:tcPr>
            <w:tcW w:w="1234" w:type="dxa"/>
          </w:tcPr>
          <w:p w14:paraId="55B20CDF" w14:textId="77777777" w:rsidR="004B4EAF" w:rsidRDefault="00000000">
            <w:r>
              <w:t>appendicitis</w:t>
            </w:r>
          </w:p>
        </w:tc>
        <w:tc>
          <w:tcPr>
            <w:tcW w:w="1234" w:type="dxa"/>
          </w:tcPr>
          <w:p w14:paraId="2AA4AABE" w14:textId="77777777" w:rsidR="004B4EAF" w:rsidRDefault="00000000">
            <w:r>
              <w:t>10.1097/ms9.0000000000001480</w:t>
            </w:r>
          </w:p>
        </w:tc>
        <w:tc>
          <w:tcPr>
            <w:tcW w:w="1234" w:type="dxa"/>
          </w:tcPr>
          <w:p w14:paraId="0A370BCD" w14:textId="77777777" w:rsidR="004B4EAF" w:rsidRDefault="004B4EAF"/>
        </w:tc>
      </w:tr>
      <w:tr w:rsidR="004B4EAF" w14:paraId="2CC21710" w14:textId="77777777">
        <w:tc>
          <w:tcPr>
            <w:tcW w:w="1234" w:type="dxa"/>
          </w:tcPr>
          <w:p w14:paraId="48160A9F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10A26363" w14:textId="77777777" w:rsidR="004B4EAF" w:rsidRDefault="00000000">
            <w:r>
              <w:t>Louse-borne relapsing fever - report of four cases in Switzerland, June-December 2015</w:t>
            </w:r>
          </w:p>
        </w:tc>
        <w:tc>
          <w:tcPr>
            <w:tcW w:w="1234" w:type="dxa"/>
          </w:tcPr>
          <w:p w14:paraId="40CB767A" w14:textId="77777777" w:rsidR="004B4EAF" w:rsidRDefault="00000000">
            <w:r>
              <w:t>BMC Infect Dis</w:t>
            </w:r>
          </w:p>
        </w:tc>
        <w:tc>
          <w:tcPr>
            <w:tcW w:w="1234" w:type="dxa"/>
          </w:tcPr>
          <w:p w14:paraId="588CF1EC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Osthoff</w:t>
            </w:r>
            <w:proofErr w:type="spellEnd"/>
            <w:r w:rsidRPr="005440C3">
              <w:rPr>
                <w:lang w:val="nb-NO"/>
              </w:rPr>
              <w:t xml:space="preserve">, M.; </w:t>
            </w:r>
            <w:proofErr w:type="spellStart"/>
            <w:r w:rsidRPr="005440C3">
              <w:rPr>
                <w:lang w:val="nb-NO"/>
              </w:rPr>
              <w:t>Schibli</w:t>
            </w:r>
            <w:proofErr w:type="spellEnd"/>
            <w:r w:rsidRPr="005440C3">
              <w:rPr>
                <w:lang w:val="nb-NO"/>
              </w:rPr>
              <w:t xml:space="preserve">, A.; </w:t>
            </w:r>
            <w:proofErr w:type="spellStart"/>
            <w:r w:rsidRPr="005440C3">
              <w:rPr>
                <w:lang w:val="nb-NO"/>
              </w:rPr>
              <w:t>Fadini</w:t>
            </w:r>
            <w:proofErr w:type="spellEnd"/>
            <w:r w:rsidRPr="005440C3">
              <w:rPr>
                <w:lang w:val="nb-NO"/>
              </w:rPr>
              <w:t xml:space="preserve">, D.; </w:t>
            </w:r>
            <w:proofErr w:type="spellStart"/>
            <w:r w:rsidRPr="005440C3">
              <w:rPr>
                <w:lang w:val="nb-NO"/>
              </w:rPr>
              <w:t>Lardelli</w:t>
            </w:r>
            <w:proofErr w:type="spellEnd"/>
            <w:r w:rsidRPr="005440C3">
              <w:rPr>
                <w:lang w:val="nb-NO"/>
              </w:rPr>
              <w:t>, P.; Goldenberger, D.</w:t>
            </w:r>
          </w:p>
        </w:tc>
        <w:tc>
          <w:tcPr>
            <w:tcW w:w="1234" w:type="dxa"/>
          </w:tcPr>
          <w:p w14:paraId="3229CF24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08FC5AD8" w14:textId="77777777" w:rsidR="004B4EAF" w:rsidRDefault="00000000">
            <w:r>
              <w:t>10.1186/s12879-016-1541-z</w:t>
            </w:r>
          </w:p>
        </w:tc>
        <w:tc>
          <w:tcPr>
            <w:tcW w:w="1234" w:type="dxa"/>
          </w:tcPr>
          <w:p w14:paraId="5435BDE0" w14:textId="77777777" w:rsidR="004B4EAF" w:rsidRDefault="004B4EAF"/>
        </w:tc>
      </w:tr>
      <w:tr w:rsidR="004B4EAF" w14:paraId="2310FF55" w14:textId="77777777">
        <w:tc>
          <w:tcPr>
            <w:tcW w:w="1234" w:type="dxa"/>
          </w:tcPr>
          <w:p w14:paraId="2CFB8EBD" w14:textId="77777777" w:rsidR="004B4EAF" w:rsidRDefault="00000000">
            <w:r>
              <w:t>2001</w:t>
            </w:r>
          </w:p>
        </w:tc>
        <w:tc>
          <w:tcPr>
            <w:tcW w:w="1234" w:type="dxa"/>
          </w:tcPr>
          <w:p w14:paraId="499FBEE7" w14:textId="77777777" w:rsidR="004B4EAF" w:rsidRDefault="00000000">
            <w:r>
              <w:t>Consider schistosomiasis</w:t>
            </w:r>
          </w:p>
        </w:tc>
        <w:tc>
          <w:tcPr>
            <w:tcW w:w="1234" w:type="dxa"/>
          </w:tcPr>
          <w:p w14:paraId="106B8062" w14:textId="77777777" w:rsidR="004B4EAF" w:rsidRDefault="00000000">
            <w:r>
              <w:t>Minn Med</w:t>
            </w:r>
          </w:p>
        </w:tc>
        <w:tc>
          <w:tcPr>
            <w:tcW w:w="1234" w:type="dxa"/>
          </w:tcPr>
          <w:p w14:paraId="0728E8A0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Park, M. A.; Mueller, P. S.</w:t>
            </w:r>
          </w:p>
        </w:tc>
        <w:tc>
          <w:tcPr>
            <w:tcW w:w="1234" w:type="dxa"/>
          </w:tcPr>
          <w:p w14:paraId="4770FE5E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54DB377C" w14:textId="77777777" w:rsidR="004B4EAF" w:rsidRDefault="004B4EAF"/>
        </w:tc>
        <w:tc>
          <w:tcPr>
            <w:tcW w:w="1234" w:type="dxa"/>
          </w:tcPr>
          <w:p w14:paraId="78EC79FE" w14:textId="77777777" w:rsidR="004B4EAF" w:rsidRDefault="004B4EAF"/>
        </w:tc>
      </w:tr>
      <w:tr w:rsidR="004B4EAF" w14:paraId="031637A8" w14:textId="77777777">
        <w:tc>
          <w:tcPr>
            <w:tcW w:w="1234" w:type="dxa"/>
          </w:tcPr>
          <w:p w14:paraId="5E2035AC" w14:textId="77777777" w:rsidR="004B4EAF" w:rsidRDefault="00000000">
            <w:r>
              <w:t>2007</w:t>
            </w:r>
          </w:p>
        </w:tc>
        <w:tc>
          <w:tcPr>
            <w:tcW w:w="1234" w:type="dxa"/>
          </w:tcPr>
          <w:p w14:paraId="14B7E081" w14:textId="77777777" w:rsidR="004B4EAF" w:rsidRDefault="00000000">
            <w:r>
              <w:t>High prevalence and presumptive treatment of schistosomiasis and strongyloidiasis among African refugees</w:t>
            </w:r>
          </w:p>
        </w:tc>
        <w:tc>
          <w:tcPr>
            <w:tcW w:w="1234" w:type="dxa"/>
          </w:tcPr>
          <w:p w14:paraId="6D2C603F" w14:textId="77777777" w:rsidR="004B4EAF" w:rsidRDefault="00000000">
            <w:r>
              <w:t>Clin Infect Dis</w:t>
            </w:r>
          </w:p>
        </w:tc>
        <w:tc>
          <w:tcPr>
            <w:tcW w:w="1234" w:type="dxa"/>
          </w:tcPr>
          <w:p w14:paraId="5A75313E" w14:textId="77777777" w:rsidR="004B4EAF" w:rsidRDefault="00000000">
            <w:r>
              <w:t>Posey, D. L.; Blackburn, B. G.; Weinberg, M.; Flagg, E. W.; Ortega, L.; Wilson, M.; Secor, W. E.; Sanders-Lewis, K.; Won, K.; Maguire, J. H.</w:t>
            </w:r>
          </w:p>
        </w:tc>
        <w:tc>
          <w:tcPr>
            <w:tcW w:w="1234" w:type="dxa"/>
          </w:tcPr>
          <w:p w14:paraId="5CEF07FD" w14:textId="77777777" w:rsidR="004B4EAF" w:rsidRDefault="00000000">
            <w:r>
              <w:t>Abdominal Pain/etiology</w:t>
            </w:r>
          </w:p>
        </w:tc>
        <w:tc>
          <w:tcPr>
            <w:tcW w:w="1234" w:type="dxa"/>
          </w:tcPr>
          <w:p w14:paraId="59126766" w14:textId="77777777" w:rsidR="004B4EAF" w:rsidRDefault="00000000">
            <w:r>
              <w:t>10.1086/522529</w:t>
            </w:r>
          </w:p>
        </w:tc>
        <w:tc>
          <w:tcPr>
            <w:tcW w:w="1234" w:type="dxa"/>
          </w:tcPr>
          <w:p w14:paraId="3215A2E0" w14:textId="77777777" w:rsidR="004B4EAF" w:rsidRDefault="004B4EAF"/>
        </w:tc>
      </w:tr>
      <w:tr w:rsidR="004B4EAF" w14:paraId="15C0EA53" w14:textId="77777777">
        <w:tc>
          <w:tcPr>
            <w:tcW w:w="1234" w:type="dxa"/>
          </w:tcPr>
          <w:p w14:paraId="0661D810" w14:textId="77777777" w:rsidR="004B4EAF" w:rsidRDefault="00000000">
            <w:r>
              <w:t>201</w:t>
            </w:r>
            <w:r>
              <w:lastRenderedPageBreak/>
              <w:t>0</w:t>
            </w:r>
          </w:p>
        </w:tc>
        <w:tc>
          <w:tcPr>
            <w:tcW w:w="1234" w:type="dxa"/>
          </w:tcPr>
          <w:p w14:paraId="72AAA1D9" w14:textId="77777777" w:rsidR="004B4EAF" w:rsidRDefault="00000000">
            <w:r>
              <w:lastRenderedPageBreak/>
              <w:t xml:space="preserve">Leishmaniasis in </w:t>
            </w:r>
            <w:r>
              <w:lastRenderedPageBreak/>
              <w:t>the World Health Organization Eastern Mediterranean Region</w:t>
            </w:r>
          </w:p>
        </w:tc>
        <w:tc>
          <w:tcPr>
            <w:tcW w:w="1234" w:type="dxa"/>
          </w:tcPr>
          <w:p w14:paraId="170FEFFA" w14:textId="77777777" w:rsidR="004B4EAF" w:rsidRDefault="00000000">
            <w:r>
              <w:lastRenderedPageBreak/>
              <w:t xml:space="preserve">Int J </w:t>
            </w:r>
            <w:r>
              <w:lastRenderedPageBreak/>
              <w:t>Antimicrob Agents</w:t>
            </w:r>
          </w:p>
        </w:tc>
        <w:tc>
          <w:tcPr>
            <w:tcW w:w="1234" w:type="dxa"/>
          </w:tcPr>
          <w:p w14:paraId="5975F61A" w14:textId="77777777" w:rsidR="004B4EAF" w:rsidRDefault="00000000">
            <w:r>
              <w:lastRenderedPageBreak/>
              <w:t>Postigo, J. A.</w:t>
            </w:r>
          </w:p>
        </w:tc>
        <w:tc>
          <w:tcPr>
            <w:tcW w:w="1234" w:type="dxa"/>
          </w:tcPr>
          <w:p w14:paraId="1D6F2AB3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4CC5D40B" w14:textId="77777777" w:rsidR="004B4EAF" w:rsidRDefault="00000000">
            <w:r>
              <w:t>10.1016/j.ijantimicag.2010.</w:t>
            </w:r>
            <w:r>
              <w:lastRenderedPageBreak/>
              <w:t>06.023</w:t>
            </w:r>
          </w:p>
        </w:tc>
        <w:tc>
          <w:tcPr>
            <w:tcW w:w="1234" w:type="dxa"/>
          </w:tcPr>
          <w:p w14:paraId="5C647A9E" w14:textId="77777777" w:rsidR="004B4EAF" w:rsidRDefault="004B4EAF"/>
        </w:tc>
      </w:tr>
      <w:tr w:rsidR="004B4EAF" w14:paraId="6F9085B1" w14:textId="77777777">
        <w:tc>
          <w:tcPr>
            <w:tcW w:w="1234" w:type="dxa"/>
          </w:tcPr>
          <w:p w14:paraId="24EA2D59" w14:textId="77777777" w:rsidR="004B4EAF" w:rsidRDefault="00000000">
            <w:r>
              <w:t>2007</w:t>
            </w:r>
          </w:p>
        </w:tc>
        <w:tc>
          <w:tcPr>
            <w:tcW w:w="1234" w:type="dxa"/>
          </w:tcPr>
          <w:p w14:paraId="46DA75D7" w14:textId="77777777" w:rsidR="004B4EAF" w:rsidRDefault="00000000">
            <w:r>
              <w:t>Epidemiology and clinical features of patients with visceral leishmaniasis treated by an MSF clinic in Bakool region, Somalia, 2004-2006</w:t>
            </w:r>
          </w:p>
        </w:tc>
        <w:tc>
          <w:tcPr>
            <w:tcW w:w="1234" w:type="dxa"/>
          </w:tcPr>
          <w:p w14:paraId="45E79006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5F8D04A1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Raguenaud</w:t>
            </w:r>
            <w:proofErr w:type="spellEnd"/>
            <w:r w:rsidRPr="005440C3">
              <w:rPr>
                <w:lang w:val="nb-NO"/>
              </w:rPr>
              <w:t xml:space="preserve">, M. E.; Jansson, A.; </w:t>
            </w:r>
            <w:proofErr w:type="spellStart"/>
            <w:r w:rsidRPr="005440C3">
              <w:rPr>
                <w:lang w:val="nb-NO"/>
              </w:rPr>
              <w:t>Vanlerberghe</w:t>
            </w:r>
            <w:proofErr w:type="spellEnd"/>
            <w:r w:rsidRPr="005440C3">
              <w:rPr>
                <w:lang w:val="nb-NO"/>
              </w:rPr>
              <w:t xml:space="preserve">, V.; </w:t>
            </w:r>
            <w:proofErr w:type="spellStart"/>
            <w:r w:rsidRPr="005440C3">
              <w:rPr>
                <w:lang w:val="nb-NO"/>
              </w:rPr>
              <w:t>Deborggraeve</w:t>
            </w:r>
            <w:proofErr w:type="spellEnd"/>
            <w:r w:rsidRPr="005440C3">
              <w:rPr>
                <w:lang w:val="nb-NO"/>
              </w:rPr>
              <w:t xml:space="preserve">, S.; </w:t>
            </w:r>
            <w:proofErr w:type="spellStart"/>
            <w:r w:rsidRPr="005440C3">
              <w:rPr>
                <w:lang w:val="nb-NO"/>
              </w:rPr>
              <w:t>Dujardin</w:t>
            </w:r>
            <w:proofErr w:type="spellEnd"/>
            <w:r w:rsidRPr="005440C3">
              <w:rPr>
                <w:lang w:val="nb-NO"/>
              </w:rPr>
              <w:t xml:space="preserve">, J. C.; </w:t>
            </w:r>
            <w:proofErr w:type="spellStart"/>
            <w:r w:rsidRPr="005440C3">
              <w:rPr>
                <w:lang w:val="nb-NO"/>
              </w:rPr>
              <w:t>Orfanos</w:t>
            </w:r>
            <w:proofErr w:type="spellEnd"/>
            <w:r w:rsidRPr="005440C3">
              <w:rPr>
                <w:lang w:val="nb-NO"/>
              </w:rPr>
              <w:t xml:space="preserve">, G.; Reid, T.; </w:t>
            </w:r>
            <w:proofErr w:type="spellStart"/>
            <w:r w:rsidRPr="005440C3">
              <w:rPr>
                <w:lang w:val="nb-NO"/>
              </w:rPr>
              <w:t>Boelaert</w:t>
            </w:r>
            <w:proofErr w:type="spellEnd"/>
            <w:r w:rsidRPr="005440C3">
              <w:rPr>
                <w:lang w:val="nb-NO"/>
              </w:rPr>
              <w:t>, M.</w:t>
            </w:r>
          </w:p>
        </w:tc>
        <w:tc>
          <w:tcPr>
            <w:tcW w:w="1234" w:type="dxa"/>
          </w:tcPr>
          <w:p w14:paraId="3FF77525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1355F26C" w14:textId="77777777" w:rsidR="004B4EAF" w:rsidRDefault="00000000">
            <w:r>
              <w:t>10.1371/journal.pntd.0000085</w:t>
            </w:r>
          </w:p>
        </w:tc>
        <w:tc>
          <w:tcPr>
            <w:tcW w:w="1234" w:type="dxa"/>
          </w:tcPr>
          <w:p w14:paraId="6341D4E0" w14:textId="77777777" w:rsidR="004B4EAF" w:rsidRDefault="004B4EAF"/>
        </w:tc>
      </w:tr>
      <w:tr w:rsidR="004B4EAF" w14:paraId="58FFB990" w14:textId="77777777">
        <w:tc>
          <w:tcPr>
            <w:tcW w:w="1234" w:type="dxa"/>
          </w:tcPr>
          <w:p w14:paraId="1665BBDB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57E49141" w14:textId="77777777" w:rsidR="004B4EAF" w:rsidRDefault="00000000">
            <w:r>
              <w:t>Correction: Epidemiology and Clinical Features of Patients with Visceral Leishmaniasis Treated by an MSF Clinic in Bakool Region, Somalia, 2004-2006</w:t>
            </w:r>
          </w:p>
        </w:tc>
        <w:tc>
          <w:tcPr>
            <w:tcW w:w="1234" w:type="dxa"/>
          </w:tcPr>
          <w:p w14:paraId="76A55C80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40DA9E4D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Raguenaud</w:t>
            </w:r>
            <w:proofErr w:type="spellEnd"/>
            <w:r w:rsidRPr="005440C3">
              <w:rPr>
                <w:lang w:val="nb-NO"/>
              </w:rPr>
              <w:t xml:space="preserve">, M. E.; Jansson, A.; </w:t>
            </w:r>
            <w:proofErr w:type="spellStart"/>
            <w:r w:rsidRPr="005440C3">
              <w:rPr>
                <w:lang w:val="nb-NO"/>
              </w:rPr>
              <w:t>Vanlerberghe</w:t>
            </w:r>
            <w:proofErr w:type="spellEnd"/>
            <w:r w:rsidRPr="005440C3">
              <w:rPr>
                <w:lang w:val="nb-NO"/>
              </w:rPr>
              <w:t xml:space="preserve">, V.; Van der </w:t>
            </w:r>
            <w:proofErr w:type="spellStart"/>
            <w:r w:rsidRPr="005440C3">
              <w:rPr>
                <w:lang w:val="nb-NO"/>
              </w:rPr>
              <w:t>Auwera</w:t>
            </w:r>
            <w:proofErr w:type="spellEnd"/>
            <w:r w:rsidRPr="005440C3">
              <w:rPr>
                <w:lang w:val="nb-NO"/>
              </w:rPr>
              <w:t xml:space="preserve">, G.; </w:t>
            </w:r>
            <w:proofErr w:type="spellStart"/>
            <w:r w:rsidRPr="005440C3">
              <w:rPr>
                <w:lang w:val="nb-NO"/>
              </w:rPr>
              <w:t>Deborggraeve</w:t>
            </w:r>
            <w:proofErr w:type="spellEnd"/>
            <w:r w:rsidRPr="005440C3">
              <w:rPr>
                <w:lang w:val="nb-NO"/>
              </w:rPr>
              <w:t xml:space="preserve">, S.; </w:t>
            </w:r>
            <w:proofErr w:type="spellStart"/>
            <w:r w:rsidRPr="005440C3">
              <w:rPr>
                <w:lang w:val="nb-NO"/>
              </w:rPr>
              <w:t>Dujardin</w:t>
            </w:r>
            <w:proofErr w:type="spellEnd"/>
            <w:r w:rsidRPr="005440C3">
              <w:rPr>
                <w:lang w:val="nb-NO"/>
              </w:rPr>
              <w:t xml:space="preserve">, J. C.; </w:t>
            </w:r>
            <w:proofErr w:type="spellStart"/>
            <w:r w:rsidRPr="005440C3">
              <w:rPr>
                <w:lang w:val="nb-NO"/>
              </w:rPr>
              <w:t>Orfanos</w:t>
            </w:r>
            <w:proofErr w:type="spellEnd"/>
            <w:r w:rsidRPr="005440C3">
              <w:rPr>
                <w:lang w:val="nb-NO"/>
              </w:rPr>
              <w:t xml:space="preserve">, I.; Reid, T.; </w:t>
            </w:r>
            <w:proofErr w:type="spellStart"/>
            <w:r w:rsidRPr="005440C3">
              <w:rPr>
                <w:lang w:val="nb-NO"/>
              </w:rPr>
              <w:t>Boelaert</w:t>
            </w:r>
            <w:proofErr w:type="spellEnd"/>
            <w:r w:rsidRPr="005440C3">
              <w:rPr>
                <w:lang w:val="nb-NO"/>
              </w:rPr>
              <w:t>, M.</w:t>
            </w:r>
          </w:p>
        </w:tc>
        <w:tc>
          <w:tcPr>
            <w:tcW w:w="1234" w:type="dxa"/>
          </w:tcPr>
          <w:p w14:paraId="1DF7B6EF" w14:textId="77777777" w:rsidR="004B4EAF" w:rsidRPr="005440C3" w:rsidRDefault="004B4EAF">
            <w:pPr>
              <w:rPr>
                <w:lang w:val="nb-NO"/>
              </w:rPr>
            </w:pPr>
          </w:p>
        </w:tc>
        <w:tc>
          <w:tcPr>
            <w:tcW w:w="1234" w:type="dxa"/>
          </w:tcPr>
          <w:p w14:paraId="4331A2D3" w14:textId="77777777" w:rsidR="004B4EAF" w:rsidRDefault="00000000">
            <w:r>
              <w:t>10.1371/journal.pntd.0009356</w:t>
            </w:r>
          </w:p>
        </w:tc>
        <w:tc>
          <w:tcPr>
            <w:tcW w:w="1234" w:type="dxa"/>
          </w:tcPr>
          <w:p w14:paraId="624054BD" w14:textId="77777777" w:rsidR="004B4EAF" w:rsidRDefault="004B4EAF"/>
        </w:tc>
      </w:tr>
      <w:tr w:rsidR="004B4EAF" w14:paraId="042D628A" w14:textId="77777777">
        <w:tc>
          <w:tcPr>
            <w:tcW w:w="1234" w:type="dxa"/>
          </w:tcPr>
          <w:p w14:paraId="657EC085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4AACAE25" w14:textId="77777777" w:rsidR="004B4EAF" w:rsidRDefault="00000000">
            <w:r>
              <w:t xml:space="preserve">Progress towards elimination of lymphatic filariasis in the </w:t>
            </w:r>
            <w:r>
              <w:lastRenderedPageBreak/>
              <w:t>Eastern Mediterranean Region</w:t>
            </w:r>
          </w:p>
        </w:tc>
        <w:tc>
          <w:tcPr>
            <w:tcW w:w="1234" w:type="dxa"/>
          </w:tcPr>
          <w:p w14:paraId="5DA196A2" w14:textId="77777777" w:rsidR="004B4EAF" w:rsidRDefault="00000000">
            <w:r>
              <w:lastRenderedPageBreak/>
              <w:t>Int Health</w:t>
            </w:r>
          </w:p>
        </w:tc>
        <w:tc>
          <w:tcPr>
            <w:tcW w:w="1234" w:type="dxa"/>
          </w:tcPr>
          <w:p w14:paraId="1B1CB2D9" w14:textId="77777777" w:rsidR="004B4EAF" w:rsidRPr="005440C3" w:rsidRDefault="00000000">
            <w:pPr>
              <w:rPr>
                <w:lang w:val="nb-NO"/>
              </w:rPr>
            </w:pPr>
            <w:proofErr w:type="spellStart"/>
            <w:r w:rsidRPr="005440C3">
              <w:rPr>
                <w:lang w:val="nb-NO"/>
              </w:rPr>
              <w:t>Ramzy</w:t>
            </w:r>
            <w:proofErr w:type="spellEnd"/>
            <w:r w:rsidRPr="005440C3">
              <w:rPr>
                <w:lang w:val="nb-NO"/>
              </w:rPr>
              <w:t xml:space="preserve">, R. M. R.; Al </w:t>
            </w:r>
            <w:proofErr w:type="spellStart"/>
            <w:r w:rsidRPr="005440C3">
              <w:rPr>
                <w:lang w:val="nb-NO"/>
              </w:rPr>
              <w:t>Kubati</w:t>
            </w:r>
            <w:proofErr w:type="spellEnd"/>
            <w:r w:rsidRPr="005440C3">
              <w:rPr>
                <w:lang w:val="nb-NO"/>
              </w:rPr>
              <w:t>, A. S.</w:t>
            </w:r>
          </w:p>
        </w:tc>
        <w:tc>
          <w:tcPr>
            <w:tcW w:w="1234" w:type="dxa"/>
          </w:tcPr>
          <w:p w14:paraId="3705FB2F" w14:textId="77777777" w:rsidR="004B4EAF" w:rsidRDefault="00000000">
            <w:r>
              <w:t>Egypt</w:t>
            </w:r>
          </w:p>
        </w:tc>
        <w:tc>
          <w:tcPr>
            <w:tcW w:w="1234" w:type="dxa"/>
          </w:tcPr>
          <w:p w14:paraId="7B82176E" w14:textId="77777777" w:rsidR="004B4EAF" w:rsidRDefault="00000000">
            <w:r>
              <w:t>10.1093/inthealth/ihaa037</w:t>
            </w:r>
          </w:p>
        </w:tc>
        <w:tc>
          <w:tcPr>
            <w:tcW w:w="1234" w:type="dxa"/>
          </w:tcPr>
          <w:p w14:paraId="48C9E39A" w14:textId="77777777" w:rsidR="004B4EAF" w:rsidRDefault="004B4EAF"/>
        </w:tc>
      </w:tr>
      <w:tr w:rsidR="004B4EAF" w14:paraId="64EB211A" w14:textId="77777777">
        <w:tc>
          <w:tcPr>
            <w:tcW w:w="1234" w:type="dxa"/>
          </w:tcPr>
          <w:p w14:paraId="5C2A0892" w14:textId="77777777" w:rsidR="004B4EAF" w:rsidRDefault="00000000">
            <w:r>
              <w:t>2014</w:t>
            </w:r>
          </w:p>
        </w:tc>
        <w:tc>
          <w:tcPr>
            <w:tcW w:w="1234" w:type="dxa"/>
          </w:tcPr>
          <w:p w14:paraId="5397AAF8" w14:textId="77777777" w:rsidR="004B4EAF" w:rsidRDefault="00000000">
            <w:r>
              <w:t>Near death of a pregnant Somali woman due to neglected eclampsia</w:t>
            </w:r>
          </w:p>
        </w:tc>
        <w:tc>
          <w:tcPr>
            <w:tcW w:w="1234" w:type="dxa"/>
          </w:tcPr>
          <w:p w14:paraId="7C86D571" w14:textId="77777777" w:rsidR="004B4EAF" w:rsidRDefault="00000000">
            <w:r>
              <w:t>Clin Exp Obstet Gynecol</w:t>
            </w:r>
          </w:p>
        </w:tc>
        <w:tc>
          <w:tcPr>
            <w:tcW w:w="1234" w:type="dxa"/>
          </w:tcPr>
          <w:p w14:paraId="5BB738B9" w14:textId="77777777" w:rsidR="004B4EAF" w:rsidRDefault="00000000">
            <w:r>
              <w:t>Rouzi, A. A.; Almrstani, A. M.</w:t>
            </w:r>
          </w:p>
        </w:tc>
        <w:tc>
          <w:tcPr>
            <w:tcW w:w="1234" w:type="dxa"/>
          </w:tcPr>
          <w:p w14:paraId="1F0807F9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12268B1D" w14:textId="77777777" w:rsidR="004B4EAF" w:rsidRDefault="004B4EAF"/>
        </w:tc>
        <w:tc>
          <w:tcPr>
            <w:tcW w:w="1234" w:type="dxa"/>
          </w:tcPr>
          <w:p w14:paraId="6BB39F17" w14:textId="77777777" w:rsidR="004B4EAF" w:rsidRDefault="004B4EAF"/>
        </w:tc>
      </w:tr>
      <w:tr w:rsidR="004B4EAF" w14:paraId="3E147671" w14:textId="77777777">
        <w:tc>
          <w:tcPr>
            <w:tcW w:w="1234" w:type="dxa"/>
          </w:tcPr>
          <w:p w14:paraId="2B61C3EE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60A64100" w14:textId="77777777" w:rsidR="004B4EAF" w:rsidRDefault="00000000">
            <w:r>
              <w:t>Do Spiders Ride on the Fear of Scorpions? A Cross-Cultural Eye Tracking Study</w:t>
            </w:r>
          </w:p>
        </w:tc>
        <w:tc>
          <w:tcPr>
            <w:tcW w:w="1234" w:type="dxa"/>
          </w:tcPr>
          <w:p w14:paraId="65187809" w14:textId="77777777" w:rsidR="004B4EAF" w:rsidRDefault="00000000">
            <w:r>
              <w:t>Animals (Basel)</w:t>
            </w:r>
          </w:p>
        </w:tc>
        <w:tc>
          <w:tcPr>
            <w:tcW w:w="1234" w:type="dxa"/>
          </w:tcPr>
          <w:p w14:paraId="76C1E5B4" w14:textId="77777777" w:rsidR="004B4EAF" w:rsidRDefault="00000000">
            <w:r>
              <w:t>Rudolfová, V.; Štolhoferová, I.; Elmi, H. S. A.; Rádlová, S.; Rexová, K.; Berti, D. A.; Král, D.; Sommer, D.; Landová, E.; Frýdlová, P.; Frynta, D.</w:t>
            </w:r>
          </w:p>
        </w:tc>
        <w:tc>
          <w:tcPr>
            <w:tcW w:w="1234" w:type="dxa"/>
          </w:tcPr>
          <w:p w14:paraId="079634F0" w14:textId="77777777" w:rsidR="004B4EAF" w:rsidRDefault="00000000">
            <w:r>
              <w:t>Africa</w:t>
            </w:r>
          </w:p>
        </w:tc>
        <w:tc>
          <w:tcPr>
            <w:tcW w:w="1234" w:type="dxa"/>
          </w:tcPr>
          <w:p w14:paraId="2879891F" w14:textId="77777777" w:rsidR="004B4EAF" w:rsidRDefault="00000000">
            <w:r>
              <w:t>10.3390/ani12243466</w:t>
            </w:r>
          </w:p>
        </w:tc>
        <w:tc>
          <w:tcPr>
            <w:tcW w:w="1234" w:type="dxa"/>
          </w:tcPr>
          <w:p w14:paraId="598E2B00" w14:textId="77777777" w:rsidR="004B4EAF" w:rsidRDefault="004B4EAF"/>
        </w:tc>
      </w:tr>
      <w:tr w:rsidR="004B4EAF" w14:paraId="3F02721C" w14:textId="77777777">
        <w:tc>
          <w:tcPr>
            <w:tcW w:w="1234" w:type="dxa"/>
          </w:tcPr>
          <w:p w14:paraId="3210A5EB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43B9EC2E" w14:textId="77777777" w:rsidR="004B4EAF" w:rsidRDefault="00000000">
            <w:r>
              <w:t>The Search for Putative Hits in Combating Leishmaniasis: The Contributions of Natural Products Over the Last Decade</w:t>
            </w:r>
          </w:p>
        </w:tc>
        <w:tc>
          <w:tcPr>
            <w:tcW w:w="1234" w:type="dxa"/>
          </w:tcPr>
          <w:p w14:paraId="4EA6894F" w14:textId="77777777" w:rsidR="004B4EAF" w:rsidRDefault="00000000">
            <w:r>
              <w:t>Nat Prod Bioprospect</w:t>
            </w:r>
          </w:p>
        </w:tc>
        <w:tc>
          <w:tcPr>
            <w:tcW w:w="1234" w:type="dxa"/>
          </w:tcPr>
          <w:p w14:paraId="65EE8B6A" w14:textId="77777777" w:rsidR="004B4EAF" w:rsidRDefault="00000000">
            <w:r>
              <w:t>Sakyi, P. O.; Amewu, R. K.; Devine, Rnoa; Ismaila, E.; Miller, W. A.; Kwofie, S. K.</w:t>
            </w:r>
          </w:p>
        </w:tc>
        <w:tc>
          <w:tcPr>
            <w:tcW w:w="1234" w:type="dxa"/>
          </w:tcPr>
          <w:p w14:paraId="0B675B0C" w14:textId="77777777" w:rsidR="004B4EAF" w:rsidRDefault="00000000">
            <w:r>
              <w:t>Chemoinformatics</w:t>
            </w:r>
          </w:p>
        </w:tc>
        <w:tc>
          <w:tcPr>
            <w:tcW w:w="1234" w:type="dxa"/>
          </w:tcPr>
          <w:p w14:paraId="171C804D" w14:textId="77777777" w:rsidR="004B4EAF" w:rsidRDefault="00000000">
            <w:r>
              <w:t>10.1007/s13659-021-00311-2</w:t>
            </w:r>
          </w:p>
        </w:tc>
        <w:tc>
          <w:tcPr>
            <w:tcW w:w="1234" w:type="dxa"/>
          </w:tcPr>
          <w:p w14:paraId="3B72D281" w14:textId="77777777" w:rsidR="004B4EAF" w:rsidRDefault="004B4EAF"/>
        </w:tc>
      </w:tr>
      <w:tr w:rsidR="004B4EAF" w14:paraId="07158F6C" w14:textId="77777777">
        <w:tc>
          <w:tcPr>
            <w:tcW w:w="1234" w:type="dxa"/>
          </w:tcPr>
          <w:p w14:paraId="5BE06E71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4BF9CFD3" w14:textId="77777777" w:rsidR="004B4EAF" w:rsidRDefault="00000000">
            <w:r>
              <w:t xml:space="preserve">Substance use, affective symptoms, and suicidal ideation among Russian, Somali, and </w:t>
            </w:r>
            <w:r>
              <w:lastRenderedPageBreak/>
              <w:t>Kurdish migrants in Finland</w:t>
            </w:r>
          </w:p>
        </w:tc>
        <w:tc>
          <w:tcPr>
            <w:tcW w:w="1234" w:type="dxa"/>
          </w:tcPr>
          <w:p w14:paraId="49A6A546" w14:textId="77777777" w:rsidR="004B4EAF" w:rsidRDefault="00000000">
            <w:r>
              <w:lastRenderedPageBreak/>
              <w:t>Transcult Psychiatry</w:t>
            </w:r>
          </w:p>
        </w:tc>
        <w:tc>
          <w:tcPr>
            <w:tcW w:w="1234" w:type="dxa"/>
          </w:tcPr>
          <w:p w14:paraId="191F3D2F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Salama, E.; Castaneda, A. E.; Suvisaari, J.; Rask, S.; Laatikainen, T.; Niemelä, S.</w:t>
            </w:r>
          </w:p>
        </w:tc>
        <w:tc>
          <w:tcPr>
            <w:tcW w:w="1234" w:type="dxa"/>
          </w:tcPr>
          <w:p w14:paraId="5E7AE3E0" w14:textId="77777777" w:rsidR="004B4EAF" w:rsidRDefault="00000000">
            <w:r>
              <w:t>Affective Symptoms</w:t>
            </w:r>
          </w:p>
        </w:tc>
        <w:tc>
          <w:tcPr>
            <w:tcW w:w="1234" w:type="dxa"/>
          </w:tcPr>
          <w:p w14:paraId="2B85043C" w14:textId="77777777" w:rsidR="004B4EAF" w:rsidRDefault="00000000">
            <w:r>
              <w:t>10.1177/1363461520906028</w:t>
            </w:r>
          </w:p>
        </w:tc>
        <w:tc>
          <w:tcPr>
            <w:tcW w:w="1234" w:type="dxa"/>
          </w:tcPr>
          <w:p w14:paraId="29002EF1" w14:textId="77777777" w:rsidR="004B4EAF" w:rsidRDefault="004B4EAF"/>
        </w:tc>
      </w:tr>
      <w:tr w:rsidR="004B4EAF" w14:paraId="7F990120" w14:textId="77777777">
        <w:tc>
          <w:tcPr>
            <w:tcW w:w="1234" w:type="dxa"/>
          </w:tcPr>
          <w:p w14:paraId="612BDABB" w14:textId="77777777" w:rsidR="004B4EAF" w:rsidRDefault="00000000">
            <w:r>
              <w:t>2013</w:t>
            </w:r>
          </w:p>
        </w:tc>
        <w:tc>
          <w:tcPr>
            <w:tcW w:w="1234" w:type="dxa"/>
          </w:tcPr>
          <w:p w14:paraId="6A73101F" w14:textId="77777777" w:rsidR="004B4EAF" w:rsidRDefault="00000000">
            <w:r>
              <w:t>Spatially explicit Schistosoma infection risk in eastern Africa using Bayesian geostatistical modelling</w:t>
            </w:r>
          </w:p>
        </w:tc>
        <w:tc>
          <w:tcPr>
            <w:tcW w:w="1234" w:type="dxa"/>
          </w:tcPr>
          <w:p w14:paraId="5B3E6D72" w14:textId="77777777" w:rsidR="004B4EAF" w:rsidRDefault="00000000">
            <w:r>
              <w:t>Acta Trop</w:t>
            </w:r>
          </w:p>
        </w:tc>
        <w:tc>
          <w:tcPr>
            <w:tcW w:w="1234" w:type="dxa"/>
          </w:tcPr>
          <w:p w14:paraId="04F995BE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Schur, N.; Hürlimann, E.; Stensgaard, A. S.; Chimfwembe, K.; Mushinge, G.; Simoonga, C.; Kabatereine, N. B.; Kristensen, T. K.; Utzinger, J.; Vounatsou, P.</w:t>
            </w:r>
          </w:p>
        </w:tc>
        <w:tc>
          <w:tcPr>
            <w:tcW w:w="1234" w:type="dxa"/>
          </w:tcPr>
          <w:p w14:paraId="75F26001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6E59F93A" w14:textId="77777777" w:rsidR="004B4EAF" w:rsidRDefault="00000000">
            <w:r>
              <w:t>10.1016/j.actatropica.2011.10.006</w:t>
            </w:r>
          </w:p>
        </w:tc>
        <w:tc>
          <w:tcPr>
            <w:tcW w:w="1234" w:type="dxa"/>
          </w:tcPr>
          <w:p w14:paraId="0CBB1172" w14:textId="77777777" w:rsidR="004B4EAF" w:rsidRDefault="004B4EAF"/>
        </w:tc>
      </w:tr>
      <w:tr w:rsidR="004B4EAF" w14:paraId="1B686E7E" w14:textId="77777777">
        <w:tc>
          <w:tcPr>
            <w:tcW w:w="1234" w:type="dxa"/>
          </w:tcPr>
          <w:p w14:paraId="2BCD2A1A" w14:textId="77777777" w:rsidR="004B4EAF" w:rsidRDefault="00000000">
            <w:r>
              <w:t>1991</w:t>
            </w:r>
          </w:p>
        </w:tc>
        <w:tc>
          <w:tcPr>
            <w:tcW w:w="1234" w:type="dxa"/>
          </w:tcPr>
          <w:p w14:paraId="78D4FC7C" w14:textId="77777777" w:rsidR="004B4EAF" w:rsidRDefault="00000000">
            <w:r>
              <w:t>Low prevalence of human immunodeficiency virus-1 (HIV-1), HIV-2, and human T cell lymphotropic virus-1 infection in Somalia</w:t>
            </w:r>
          </w:p>
        </w:tc>
        <w:tc>
          <w:tcPr>
            <w:tcW w:w="1234" w:type="dxa"/>
          </w:tcPr>
          <w:p w14:paraId="1DE72778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Am J Trop Med Hyg</w:t>
            </w:r>
          </w:p>
        </w:tc>
        <w:tc>
          <w:tcPr>
            <w:tcW w:w="1234" w:type="dxa"/>
          </w:tcPr>
          <w:p w14:paraId="47E1FB30" w14:textId="77777777" w:rsidR="004B4EAF" w:rsidRDefault="00000000">
            <w:r>
              <w:t>Scott, D. A.; Corwin, A. L.; Constantine, N. T.; Omar, M. A.; Guled, A.; Yusef, M.; Roberts, C. R.; Watts, D. M.</w:t>
            </w:r>
          </w:p>
        </w:tc>
        <w:tc>
          <w:tcPr>
            <w:tcW w:w="1234" w:type="dxa"/>
          </w:tcPr>
          <w:p w14:paraId="436E3D0D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728E2AD" w14:textId="77777777" w:rsidR="004B4EAF" w:rsidRDefault="00000000">
            <w:r>
              <w:t>10.4269/ajtmh.1991.45.653</w:t>
            </w:r>
          </w:p>
        </w:tc>
        <w:tc>
          <w:tcPr>
            <w:tcW w:w="1234" w:type="dxa"/>
          </w:tcPr>
          <w:p w14:paraId="768D0792" w14:textId="77777777" w:rsidR="004B4EAF" w:rsidRDefault="004B4EAF"/>
        </w:tc>
      </w:tr>
      <w:tr w:rsidR="004B4EAF" w14:paraId="0F8BC247" w14:textId="77777777">
        <w:tc>
          <w:tcPr>
            <w:tcW w:w="1234" w:type="dxa"/>
          </w:tcPr>
          <w:p w14:paraId="10639465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57409825" w14:textId="77777777" w:rsidR="004B4EAF" w:rsidRDefault="00000000">
            <w:r>
              <w:t>HIV/AIDS among pastoralists and refugees in north-east Africa: a neglected problem</w:t>
            </w:r>
          </w:p>
        </w:tc>
        <w:tc>
          <w:tcPr>
            <w:tcW w:w="1234" w:type="dxa"/>
          </w:tcPr>
          <w:p w14:paraId="641998C8" w14:textId="77777777" w:rsidR="004B4EAF" w:rsidRDefault="00000000">
            <w:r>
              <w:t>Afr J AIDS Res</w:t>
            </w:r>
          </w:p>
        </w:tc>
        <w:tc>
          <w:tcPr>
            <w:tcW w:w="1234" w:type="dxa"/>
          </w:tcPr>
          <w:p w14:paraId="45072C96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Serbessa, M. K.; Mariam, D. H.; Kassa, A.; Alwan, F.; Kloos, H.</w:t>
            </w:r>
          </w:p>
        </w:tc>
        <w:tc>
          <w:tcPr>
            <w:tcW w:w="1234" w:type="dxa"/>
          </w:tcPr>
          <w:p w14:paraId="3F4660F7" w14:textId="77777777" w:rsidR="004B4EAF" w:rsidRDefault="00000000">
            <w:r>
              <w:t>Acquired Immunodeficiency Syndrome/*epidemiology/prevention &amp; control</w:t>
            </w:r>
          </w:p>
        </w:tc>
        <w:tc>
          <w:tcPr>
            <w:tcW w:w="1234" w:type="dxa"/>
          </w:tcPr>
          <w:p w14:paraId="0A02C1D8" w14:textId="77777777" w:rsidR="004B4EAF" w:rsidRDefault="00000000">
            <w:r>
              <w:t>10.2989/16085906.2016.1148060</w:t>
            </w:r>
          </w:p>
        </w:tc>
        <w:tc>
          <w:tcPr>
            <w:tcW w:w="1234" w:type="dxa"/>
          </w:tcPr>
          <w:p w14:paraId="26D33457" w14:textId="77777777" w:rsidR="004B4EAF" w:rsidRDefault="004B4EAF"/>
        </w:tc>
      </w:tr>
      <w:tr w:rsidR="004B4EAF" w14:paraId="38D37312" w14:textId="77777777">
        <w:tc>
          <w:tcPr>
            <w:tcW w:w="1234" w:type="dxa"/>
          </w:tcPr>
          <w:p w14:paraId="7FA8DB01" w14:textId="77777777" w:rsidR="004B4EAF" w:rsidRDefault="00000000">
            <w:r>
              <w:t>2014</w:t>
            </w:r>
          </w:p>
        </w:tc>
        <w:tc>
          <w:tcPr>
            <w:tcW w:w="1234" w:type="dxa"/>
          </w:tcPr>
          <w:p w14:paraId="0BE6C4EE" w14:textId="77777777" w:rsidR="004B4EAF" w:rsidRDefault="00000000">
            <w:r>
              <w:t xml:space="preserve">Case report: Non-invasive management of Madura foot with oral </w:t>
            </w:r>
            <w:r>
              <w:lastRenderedPageBreak/>
              <w:t>posaconazole and ciprofloxacin</w:t>
            </w:r>
          </w:p>
        </w:tc>
        <w:tc>
          <w:tcPr>
            <w:tcW w:w="1234" w:type="dxa"/>
          </w:tcPr>
          <w:p w14:paraId="2F1D92D6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lastRenderedPageBreak/>
              <w:t>Am J Trop Med Hyg</w:t>
            </w:r>
          </w:p>
        </w:tc>
        <w:tc>
          <w:tcPr>
            <w:tcW w:w="1234" w:type="dxa"/>
          </w:tcPr>
          <w:p w14:paraId="1C96F44F" w14:textId="77777777" w:rsidR="004B4EAF" w:rsidRDefault="00000000">
            <w:r>
              <w:t>Sharma, A. M.; Sharma, N.; Nat, A.; Rane, M.; Endy, T. P.</w:t>
            </w:r>
          </w:p>
        </w:tc>
        <w:tc>
          <w:tcPr>
            <w:tcW w:w="1234" w:type="dxa"/>
          </w:tcPr>
          <w:p w14:paraId="662748FF" w14:textId="77777777" w:rsidR="004B4EAF" w:rsidRDefault="00000000">
            <w:r>
              <w:t>Administration, Oral</w:t>
            </w:r>
          </w:p>
        </w:tc>
        <w:tc>
          <w:tcPr>
            <w:tcW w:w="1234" w:type="dxa"/>
          </w:tcPr>
          <w:p w14:paraId="0C2857B9" w14:textId="77777777" w:rsidR="004B4EAF" w:rsidRDefault="00000000">
            <w:r>
              <w:t>10.4269/ajtmh.14-0335</w:t>
            </w:r>
          </w:p>
        </w:tc>
        <w:tc>
          <w:tcPr>
            <w:tcW w:w="1234" w:type="dxa"/>
          </w:tcPr>
          <w:p w14:paraId="02BA1C11" w14:textId="77777777" w:rsidR="004B4EAF" w:rsidRDefault="004B4EAF"/>
        </w:tc>
      </w:tr>
      <w:tr w:rsidR="004B4EAF" w14:paraId="3D00FE0F" w14:textId="77777777">
        <w:tc>
          <w:tcPr>
            <w:tcW w:w="1234" w:type="dxa"/>
          </w:tcPr>
          <w:p w14:paraId="22F24A8A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4422682C" w14:textId="77777777" w:rsidR="004B4EAF" w:rsidRDefault="00000000">
            <w:r>
              <w:t>Illness in Journalists and Relief Workers Involved in International Humanitarian Assistance Efforts in Somalia, 1992-93</w:t>
            </w:r>
          </w:p>
        </w:tc>
        <w:tc>
          <w:tcPr>
            <w:tcW w:w="1234" w:type="dxa"/>
          </w:tcPr>
          <w:p w14:paraId="77034A3B" w14:textId="77777777" w:rsidR="004B4EAF" w:rsidRDefault="00000000">
            <w:r>
              <w:t>J Travel Med</w:t>
            </w:r>
          </w:p>
        </w:tc>
        <w:tc>
          <w:tcPr>
            <w:tcW w:w="1234" w:type="dxa"/>
          </w:tcPr>
          <w:p w14:paraId="5443A900" w14:textId="77777777" w:rsidR="004B4EAF" w:rsidRDefault="00000000">
            <w:r>
              <w:t>Sharp, T. W.; DeFraites, R. F.; Thornton, S. A.; Burans, J. P.; Wallace, M. R.</w:t>
            </w:r>
          </w:p>
        </w:tc>
        <w:tc>
          <w:tcPr>
            <w:tcW w:w="1234" w:type="dxa"/>
          </w:tcPr>
          <w:p w14:paraId="42B750AC" w14:textId="77777777" w:rsidR="004B4EAF" w:rsidRDefault="004B4EAF"/>
        </w:tc>
        <w:tc>
          <w:tcPr>
            <w:tcW w:w="1234" w:type="dxa"/>
          </w:tcPr>
          <w:p w14:paraId="0D9EB100" w14:textId="77777777" w:rsidR="004B4EAF" w:rsidRDefault="00000000">
            <w:r>
              <w:t>10.1111/j.1708-8305.1995.tb00630.x</w:t>
            </w:r>
          </w:p>
        </w:tc>
        <w:tc>
          <w:tcPr>
            <w:tcW w:w="1234" w:type="dxa"/>
          </w:tcPr>
          <w:p w14:paraId="1BF910AA" w14:textId="77777777" w:rsidR="004B4EAF" w:rsidRDefault="004B4EAF"/>
        </w:tc>
      </w:tr>
      <w:tr w:rsidR="004B4EAF" w14:paraId="7EA0A341" w14:textId="77777777">
        <w:tc>
          <w:tcPr>
            <w:tcW w:w="1234" w:type="dxa"/>
          </w:tcPr>
          <w:p w14:paraId="6A1F570B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4F5B39C8" w14:textId="77777777" w:rsidR="004B4EAF" w:rsidRDefault="00000000">
            <w:r>
              <w:t>Dengue fever in U.S. troops during Operation Restore Hope, Somalia, 1992-1993</w:t>
            </w:r>
          </w:p>
        </w:tc>
        <w:tc>
          <w:tcPr>
            <w:tcW w:w="1234" w:type="dxa"/>
          </w:tcPr>
          <w:p w14:paraId="79C48000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Am J Trop Med Hyg</w:t>
            </w:r>
          </w:p>
        </w:tc>
        <w:tc>
          <w:tcPr>
            <w:tcW w:w="1234" w:type="dxa"/>
          </w:tcPr>
          <w:p w14:paraId="026F71BF" w14:textId="77777777" w:rsidR="004B4EAF" w:rsidRDefault="00000000">
            <w:r>
              <w:t>Sharp, T. W.; Wallace, M. R.; Hayes, C. G.; Sanchez, J. L.; DeFraites, R. F.; Arthur, R. R.; Thornton, S. A.; Batchelor, R. A.; Rozmajzl, P. J.; Hanson, R. K.; et al.</w:t>
            </w:r>
          </w:p>
        </w:tc>
        <w:tc>
          <w:tcPr>
            <w:tcW w:w="1234" w:type="dxa"/>
          </w:tcPr>
          <w:p w14:paraId="086B5587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18BCC4CF" w14:textId="77777777" w:rsidR="004B4EAF" w:rsidRDefault="004B4EAF"/>
        </w:tc>
        <w:tc>
          <w:tcPr>
            <w:tcW w:w="1234" w:type="dxa"/>
          </w:tcPr>
          <w:p w14:paraId="1CD6FC7A" w14:textId="77777777" w:rsidR="004B4EAF" w:rsidRDefault="004B4EAF"/>
        </w:tc>
      </w:tr>
      <w:tr w:rsidR="004B4EAF" w14:paraId="5FFC02D2" w14:textId="77777777">
        <w:tc>
          <w:tcPr>
            <w:tcW w:w="1234" w:type="dxa"/>
          </w:tcPr>
          <w:p w14:paraId="73A3EF61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732360EF" w14:textId="77777777" w:rsidR="004B4EAF" w:rsidRDefault="00000000">
            <w:r>
              <w:t>Where health care has no access: the nomadic populations of sub-Saharan Africa</w:t>
            </w:r>
          </w:p>
        </w:tc>
        <w:tc>
          <w:tcPr>
            <w:tcW w:w="1234" w:type="dxa"/>
          </w:tcPr>
          <w:p w14:paraId="2F4AA50A" w14:textId="77777777" w:rsidR="004B4EAF" w:rsidRDefault="00000000">
            <w:r>
              <w:t>Trop Med Int Health</w:t>
            </w:r>
          </w:p>
        </w:tc>
        <w:tc>
          <w:tcPr>
            <w:tcW w:w="1234" w:type="dxa"/>
          </w:tcPr>
          <w:p w14:paraId="5DAA3FFB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Sheik-Mohamed, A.; Velema, J. P.</w:t>
            </w:r>
          </w:p>
        </w:tc>
        <w:tc>
          <w:tcPr>
            <w:tcW w:w="1234" w:type="dxa"/>
          </w:tcPr>
          <w:p w14:paraId="676567BB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38497230" w14:textId="77777777" w:rsidR="004B4EAF" w:rsidRDefault="00000000">
            <w:r>
              <w:t>10.1046/j.1365-3156.1999.00473.x</w:t>
            </w:r>
          </w:p>
        </w:tc>
        <w:tc>
          <w:tcPr>
            <w:tcW w:w="1234" w:type="dxa"/>
          </w:tcPr>
          <w:p w14:paraId="74AE5B93" w14:textId="77777777" w:rsidR="004B4EAF" w:rsidRDefault="004B4EAF"/>
        </w:tc>
      </w:tr>
      <w:tr w:rsidR="004B4EAF" w14:paraId="51712D71" w14:textId="77777777">
        <w:tc>
          <w:tcPr>
            <w:tcW w:w="1234" w:type="dxa"/>
          </w:tcPr>
          <w:p w14:paraId="62052C32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7B7D684E" w14:textId="77777777" w:rsidR="004B4EAF" w:rsidRDefault="00000000">
            <w:r>
              <w:t xml:space="preserve">Visceral leishmaniasis in Somalia: prevalence of </w:t>
            </w:r>
            <w:r>
              <w:lastRenderedPageBreak/>
              <w:t>markers of infection and disease manifestations in a village in an endemic area</w:t>
            </w:r>
          </w:p>
        </w:tc>
        <w:tc>
          <w:tcPr>
            <w:tcW w:w="1234" w:type="dxa"/>
          </w:tcPr>
          <w:p w14:paraId="151778FE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lastRenderedPageBreak/>
              <w:t>Trans R Soc Trop Med Hyg</w:t>
            </w:r>
          </w:p>
        </w:tc>
        <w:tc>
          <w:tcPr>
            <w:tcW w:w="1234" w:type="dxa"/>
          </w:tcPr>
          <w:p w14:paraId="4089571B" w14:textId="77777777" w:rsidR="004B4EAF" w:rsidRDefault="00000000">
            <w:r>
              <w:t xml:space="preserve">Shiddo, S. A.; Aden Mohamed, A.; Akuffo, H. O.; Mohamud, K. A.; </w:t>
            </w:r>
            <w:r>
              <w:lastRenderedPageBreak/>
              <w:t>Herzi, A. A.; Herzi Mohamed, H.; Huldt, G.; Nilsson, L. A.; Ouchterlony, O.; Thorstensson, R.</w:t>
            </w:r>
          </w:p>
        </w:tc>
        <w:tc>
          <w:tcPr>
            <w:tcW w:w="1234" w:type="dxa"/>
          </w:tcPr>
          <w:p w14:paraId="6FDF6E70" w14:textId="77777777" w:rsidR="004B4EAF" w:rsidRDefault="00000000">
            <w:r>
              <w:lastRenderedPageBreak/>
              <w:t>Adolescent</w:t>
            </w:r>
          </w:p>
        </w:tc>
        <w:tc>
          <w:tcPr>
            <w:tcW w:w="1234" w:type="dxa"/>
          </w:tcPr>
          <w:p w14:paraId="699CB167" w14:textId="77777777" w:rsidR="004B4EAF" w:rsidRDefault="00000000">
            <w:r>
              <w:t>10.1016/0035-9203(95)90008-x</w:t>
            </w:r>
          </w:p>
        </w:tc>
        <w:tc>
          <w:tcPr>
            <w:tcW w:w="1234" w:type="dxa"/>
          </w:tcPr>
          <w:p w14:paraId="3B4E99DB" w14:textId="77777777" w:rsidR="004B4EAF" w:rsidRDefault="004B4EAF"/>
        </w:tc>
      </w:tr>
      <w:tr w:rsidR="004B4EAF" w14:paraId="3B3DC441" w14:textId="77777777">
        <w:tc>
          <w:tcPr>
            <w:tcW w:w="1234" w:type="dxa"/>
          </w:tcPr>
          <w:p w14:paraId="7DE91B71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72CEC49F" w14:textId="77777777" w:rsidR="004B4EAF" w:rsidRDefault="00000000">
            <w:r>
              <w:t>Visceral leishmaniasis in Somalia: prevalence of leishmanin-positive and seropositive inhabitants in an endemic area</w:t>
            </w:r>
          </w:p>
        </w:tc>
        <w:tc>
          <w:tcPr>
            <w:tcW w:w="1234" w:type="dxa"/>
          </w:tcPr>
          <w:p w14:paraId="0159EA4C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Trans R Soc Trop Med Hyg</w:t>
            </w:r>
          </w:p>
        </w:tc>
        <w:tc>
          <w:tcPr>
            <w:tcW w:w="1234" w:type="dxa"/>
          </w:tcPr>
          <w:p w14:paraId="717E13B0" w14:textId="77777777" w:rsidR="004B4EAF" w:rsidRDefault="00000000">
            <w:r>
              <w:t>Shiddo, S. A.; Akuffo, H. O.; Mohamed, A. A.; Huldt, G.; Nilsson, L. A.; Ouchterlony, O.; Thorstensson, R.</w:t>
            </w:r>
          </w:p>
        </w:tc>
        <w:tc>
          <w:tcPr>
            <w:tcW w:w="1234" w:type="dxa"/>
          </w:tcPr>
          <w:p w14:paraId="0CC63BFB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2BF7C08F" w14:textId="77777777" w:rsidR="004B4EAF" w:rsidRDefault="00000000">
            <w:r>
              <w:t>10.1016/0035-9203(95)90640-1</w:t>
            </w:r>
          </w:p>
        </w:tc>
        <w:tc>
          <w:tcPr>
            <w:tcW w:w="1234" w:type="dxa"/>
          </w:tcPr>
          <w:p w14:paraId="5AA30683" w14:textId="77777777" w:rsidR="004B4EAF" w:rsidRDefault="004B4EAF"/>
        </w:tc>
      </w:tr>
      <w:tr w:rsidR="004B4EAF" w14:paraId="01EE7E3B" w14:textId="77777777">
        <w:tc>
          <w:tcPr>
            <w:tcW w:w="1234" w:type="dxa"/>
          </w:tcPr>
          <w:p w14:paraId="4B9EC455" w14:textId="77777777" w:rsidR="004B4EAF" w:rsidRDefault="00000000">
            <w:r>
              <w:t>1994</w:t>
            </w:r>
          </w:p>
        </w:tc>
        <w:tc>
          <w:tcPr>
            <w:tcW w:w="1234" w:type="dxa"/>
          </w:tcPr>
          <w:p w14:paraId="24DEDF1A" w14:textId="77777777" w:rsidR="004B4EAF" w:rsidRDefault="00000000">
            <w:r>
              <w:t>Reference ranges for IgG, IgM and IgA in the serum of urban and rural Somalis</w:t>
            </w:r>
          </w:p>
        </w:tc>
        <w:tc>
          <w:tcPr>
            <w:tcW w:w="1234" w:type="dxa"/>
          </w:tcPr>
          <w:p w14:paraId="1521A358" w14:textId="77777777" w:rsidR="004B4EAF" w:rsidRDefault="00000000">
            <w:r>
              <w:t>Trop Geogr Med</w:t>
            </w:r>
          </w:p>
        </w:tc>
        <w:tc>
          <w:tcPr>
            <w:tcW w:w="1234" w:type="dxa"/>
          </w:tcPr>
          <w:p w14:paraId="4684119A" w14:textId="77777777" w:rsidR="004B4EAF" w:rsidRDefault="00000000">
            <w:r>
              <w:t>Shiddo, S. A.; Huldt, G.; Jama, H.; Nilsson, L. A.; Ouchterlony, O.; Warsame, M.; Jonsson, J.</w:t>
            </w:r>
          </w:p>
        </w:tc>
        <w:tc>
          <w:tcPr>
            <w:tcW w:w="1234" w:type="dxa"/>
          </w:tcPr>
          <w:p w14:paraId="53A42858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5BACAB48" w14:textId="77777777" w:rsidR="004B4EAF" w:rsidRDefault="004B4EAF"/>
        </w:tc>
        <w:tc>
          <w:tcPr>
            <w:tcW w:w="1234" w:type="dxa"/>
          </w:tcPr>
          <w:p w14:paraId="0A33D7E7" w14:textId="77777777" w:rsidR="004B4EAF" w:rsidRDefault="004B4EAF"/>
        </w:tc>
      </w:tr>
      <w:tr w:rsidR="004B4EAF" w14:paraId="338F081B" w14:textId="77777777">
        <w:tc>
          <w:tcPr>
            <w:tcW w:w="1234" w:type="dxa"/>
          </w:tcPr>
          <w:p w14:paraId="356D5196" w14:textId="77777777" w:rsidR="004B4EAF" w:rsidRDefault="00000000">
            <w:r>
              <w:t>1996</w:t>
            </w:r>
          </w:p>
        </w:tc>
        <w:tc>
          <w:tcPr>
            <w:tcW w:w="1234" w:type="dxa"/>
          </w:tcPr>
          <w:p w14:paraId="3DDFAB28" w14:textId="77777777" w:rsidR="004B4EAF" w:rsidRDefault="00000000">
            <w:r>
              <w:t>Visceral leishmaniasis in Somalia. Significance of IgG subclasses and of IgE response</w:t>
            </w:r>
          </w:p>
        </w:tc>
        <w:tc>
          <w:tcPr>
            <w:tcW w:w="1234" w:type="dxa"/>
          </w:tcPr>
          <w:p w14:paraId="48B5E8D5" w14:textId="77777777" w:rsidR="004B4EAF" w:rsidRDefault="00000000">
            <w:r>
              <w:t>Immunol Lett</w:t>
            </w:r>
          </w:p>
        </w:tc>
        <w:tc>
          <w:tcPr>
            <w:tcW w:w="1234" w:type="dxa"/>
          </w:tcPr>
          <w:p w14:paraId="05B22247" w14:textId="77777777" w:rsidR="004B4EAF" w:rsidRDefault="00000000">
            <w:r>
              <w:t>Shiddo, S. A.; Huldt, G.; Nilsson, L. A.; Ouchterlony, O.; Thorstensson, R.</w:t>
            </w:r>
          </w:p>
        </w:tc>
        <w:tc>
          <w:tcPr>
            <w:tcW w:w="1234" w:type="dxa"/>
          </w:tcPr>
          <w:p w14:paraId="1DD9AAAD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4275811E" w14:textId="77777777" w:rsidR="004B4EAF" w:rsidRDefault="00000000">
            <w:r>
              <w:t>10.1016/0165-2478(96)02529-1</w:t>
            </w:r>
          </w:p>
        </w:tc>
        <w:tc>
          <w:tcPr>
            <w:tcW w:w="1234" w:type="dxa"/>
          </w:tcPr>
          <w:p w14:paraId="30E746AC" w14:textId="77777777" w:rsidR="004B4EAF" w:rsidRDefault="004B4EAF"/>
        </w:tc>
      </w:tr>
      <w:tr w:rsidR="004B4EAF" w14:paraId="377904A5" w14:textId="77777777">
        <w:tc>
          <w:tcPr>
            <w:tcW w:w="1234" w:type="dxa"/>
          </w:tcPr>
          <w:p w14:paraId="1136C290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7CD2BE1D" w14:textId="77777777" w:rsidR="004B4EAF" w:rsidRDefault="00000000">
            <w:r>
              <w:t xml:space="preserve">Visceral leishmaniasis in Somalia. Circulating antibodies as </w:t>
            </w:r>
            <w:r>
              <w:lastRenderedPageBreak/>
              <w:t>measured by DAT, immunofluorescence and ELISA</w:t>
            </w:r>
          </w:p>
        </w:tc>
        <w:tc>
          <w:tcPr>
            <w:tcW w:w="1234" w:type="dxa"/>
          </w:tcPr>
          <w:p w14:paraId="3BD45A64" w14:textId="77777777" w:rsidR="004B4EAF" w:rsidRDefault="00000000">
            <w:r>
              <w:lastRenderedPageBreak/>
              <w:t>Trop Geogr Med</w:t>
            </w:r>
          </w:p>
        </w:tc>
        <w:tc>
          <w:tcPr>
            <w:tcW w:w="1234" w:type="dxa"/>
          </w:tcPr>
          <w:p w14:paraId="5C9C91E8" w14:textId="77777777" w:rsidR="004B4EAF" w:rsidRDefault="00000000">
            <w:r>
              <w:t xml:space="preserve">Shiddo, S. A.; Mohamed, A. A.; Huldt, G.; Loftenius, A.; Nilsson, L.; </w:t>
            </w:r>
            <w:r>
              <w:lastRenderedPageBreak/>
              <w:t>Jonsson, J.; Ouchterlony, O.; Thorstensson, R.</w:t>
            </w:r>
          </w:p>
        </w:tc>
        <w:tc>
          <w:tcPr>
            <w:tcW w:w="1234" w:type="dxa"/>
          </w:tcPr>
          <w:p w14:paraId="7D965A7A" w14:textId="77777777" w:rsidR="004B4EAF" w:rsidRDefault="00000000">
            <w:r>
              <w:lastRenderedPageBreak/>
              <w:t>Adolescent</w:t>
            </w:r>
          </w:p>
        </w:tc>
        <w:tc>
          <w:tcPr>
            <w:tcW w:w="1234" w:type="dxa"/>
          </w:tcPr>
          <w:p w14:paraId="0C19FB6D" w14:textId="77777777" w:rsidR="004B4EAF" w:rsidRDefault="004B4EAF"/>
        </w:tc>
        <w:tc>
          <w:tcPr>
            <w:tcW w:w="1234" w:type="dxa"/>
          </w:tcPr>
          <w:p w14:paraId="5BCF36E0" w14:textId="77777777" w:rsidR="004B4EAF" w:rsidRDefault="004B4EAF"/>
        </w:tc>
      </w:tr>
      <w:tr w:rsidR="004B4EAF" w14:paraId="068D0DB8" w14:textId="77777777">
        <w:tc>
          <w:tcPr>
            <w:tcW w:w="1234" w:type="dxa"/>
          </w:tcPr>
          <w:p w14:paraId="38B3FC8B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6BEC28BA" w14:textId="77777777" w:rsidR="004B4EAF" w:rsidRDefault="00000000">
            <w:r>
              <w:t>Partial nucleotide sequencing and molecular evolution of epidemic causing Dengue 2 strains</w:t>
            </w:r>
          </w:p>
        </w:tc>
        <w:tc>
          <w:tcPr>
            <w:tcW w:w="1234" w:type="dxa"/>
          </w:tcPr>
          <w:p w14:paraId="5DE3454E" w14:textId="77777777" w:rsidR="004B4EAF" w:rsidRDefault="00000000">
            <w:r>
              <w:t>J Infect Dis</w:t>
            </w:r>
          </w:p>
        </w:tc>
        <w:tc>
          <w:tcPr>
            <w:tcW w:w="1234" w:type="dxa"/>
          </w:tcPr>
          <w:p w14:paraId="72E6A42A" w14:textId="77777777" w:rsidR="004B4EAF" w:rsidRDefault="00000000">
            <w:r>
              <w:t>Singh, U. B.; Maitra, A.; Broor, S.; Rai, A.; Pasha, S. T.; Seth, P.</w:t>
            </w:r>
          </w:p>
        </w:tc>
        <w:tc>
          <w:tcPr>
            <w:tcW w:w="1234" w:type="dxa"/>
          </w:tcPr>
          <w:p w14:paraId="1534CF81" w14:textId="77777777" w:rsidR="004B4EAF" w:rsidRDefault="00000000">
            <w:r>
              <w:t>Base Sequence</w:t>
            </w:r>
          </w:p>
        </w:tc>
        <w:tc>
          <w:tcPr>
            <w:tcW w:w="1234" w:type="dxa"/>
          </w:tcPr>
          <w:p w14:paraId="26093F16" w14:textId="77777777" w:rsidR="004B4EAF" w:rsidRDefault="00000000">
            <w:r>
              <w:t>10.1086/315043</w:t>
            </w:r>
          </w:p>
        </w:tc>
        <w:tc>
          <w:tcPr>
            <w:tcW w:w="1234" w:type="dxa"/>
          </w:tcPr>
          <w:p w14:paraId="4BC603D0" w14:textId="77777777" w:rsidR="004B4EAF" w:rsidRDefault="004B4EAF"/>
        </w:tc>
      </w:tr>
      <w:tr w:rsidR="004B4EAF" w14:paraId="20C3034F" w14:textId="77777777">
        <w:tc>
          <w:tcPr>
            <w:tcW w:w="1234" w:type="dxa"/>
          </w:tcPr>
          <w:p w14:paraId="6C54066F" w14:textId="77777777" w:rsidR="004B4EAF" w:rsidRDefault="00000000">
            <w:r>
              <w:t>1978</w:t>
            </w:r>
          </w:p>
        </w:tc>
        <w:tc>
          <w:tcPr>
            <w:tcW w:w="1234" w:type="dxa"/>
          </w:tcPr>
          <w:p w14:paraId="6E87D22C" w14:textId="77777777" w:rsidR="004B4EAF" w:rsidRDefault="00000000">
            <w:r>
              <w:t>Schistosoma haematobium in the Wabi Shebelle Valley of Ethiopia</w:t>
            </w:r>
          </w:p>
        </w:tc>
        <w:tc>
          <w:tcPr>
            <w:tcW w:w="1234" w:type="dxa"/>
          </w:tcPr>
          <w:p w14:paraId="6B96D9F1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Am J Trop Med Hyg</w:t>
            </w:r>
          </w:p>
        </w:tc>
        <w:tc>
          <w:tcPr>
            <w:tcW w:w="1234" w:type="dxa"/>
          </w:tcPr>
          <w:p w14:paraId="1533EB6A" w14:textId="77777777" w:rsidR="004B4EAF" w:rsidRDefault="00000000">
            <w:r>
              <w:t>Sole, G. D.; Lemma, A.; Mazengia, B.</w:t>
            </w:r>
          </w:p>
        </w:tc>
        <w:tc>
          <w:tcPr>
            <w:tcW w:w="1234" w:type="dxa"/>
          </w:tcPr>
          <w:p w14:paraId="03DAF48A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01E3FA00" w14:textId="77777777" w:rsidR="004B4EAF" w:rsidRDefault="00000000">
            <w:r>
              <w:t>10.4269/ajtmh.1978.27.928</w:t>
            </w:r>
          </w:p>
        </w:tc>
        <w:tc>
          <w:tcPr>
            <w:tcW w:w="1234" w:type="dxa"/>
          </w:tcPr>
          <w:p w14:paraId="21FA7764" w14:textId="77777777" w:rsidR="004B4EAF" w:rsidRDefault="004B4EAF"/>
        </w:tc>
      </w:tr>
      <w:tr w:rsidR="004B4EAF" w14:paraId="7D386A3D" w14:textId="77777777">
        <w:tc>
          <w:tcPr>
            <w:tcW w:w="1234" w:type="dxa"/>
          </w:tcPr>
          <w:p w14:paraId="7462BF38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0B4EB92A" w14:textId="77777777" w:rsidR="004B4EAF" w:rsidRDefault="00000000">
            <w:r>
              <w:t>Banat donkey, a neglected donkey breed from the central Balkans (Serbia)</w:t>
            </w:r>
          </w:p>
        </w:tc>
        <w:tc>
          <w:tcPr>
            <w:tcW w:w="1234" w:type="dxa"/>
          </w:tcPr>
          <w:p w14:paraId="6622306F" w14:textId="77777777" w:rsidR="004B4EAF" w:rsidRDefault="00000000">
            <w:r>
              <w:t>PeerJ</w:t>
            </w:r>
          </w:p>
        </w:tc>
        <w:tc>
          <w:tcPr>
            <w:tcW w:w="1234" w:type="dxa"/>
          </w:tcPr>
          <w:p w14:paraId="48A90AA9" w14:textId="77777777" w:rsidR="004B4EAF" w:rsidRDefault="00000000">
            <w:r>
              <w:t>Stanisic, L.; Aleksić, J. M.; Dimitrijevic, V.; Kovačević, B.; Stevanovic, J.; Stanimirovic, Z.</w:t>
            </w:r>
          </w:p>
        </w:tc>
        <w:tc>
          <w:tcPr>
            <w:tcW w:w="1234" w:type="dxa"/>
          </w:tcPr>
          <w:p w14:paraId="180AC44C" w14:textId="77777777" w:rsidR="004B4EAF" w:rsidRDefault="00000000">
            <w:r>
              <w:t>Conservation of genetic resources</w:t>
            </w:r>
          </w:p>
        </w:tc>
        <w:tc>
          <w:tcPr>
            <w:tcW w:w="1234" w:type="dxa"/>
          </w:tcPr>
          <w:p w14:paraId="70195559" w14:textId="77777777" w:rsidR="004B4EAF" w:rsidRDefault="00000000">
            <w:r>
              <w:t>10.7717/peerj.8598</w:t>
            </w:r>
          </w:p>
        </w:tc>
        <w:tc>
          <w:tcPr>
            <w:tcW w:w="1234" w:type="dxa"/>
          </w:tcPr>
          <w:p w14:paraId="16EC2AF3" w14:textId="77777777" w:rsidR="004B4EAF" w:rsidRDefault="004B4EAF"/>
        </w:tc>
      </w:tr>
      <w:tr w:rsidR="004B4EAF" w14:paraId="0396C369" w14:textId="77777777">
        <w:tc>
          <w:tcPr>
            <w:tcW w:w="1234" w:type="dxa"/>
          </w:tcPr>
          <w:p w14:paraId="7850AEAD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4A4A211A" w14:textId="77777777" w:rsidR="004B4EAF" w:rsidRDefault="00000000">
            <w:r>
              <w:t>Gender differences in the surgical management of trachomatous trichiasis: an exploratory analysis of global trachoma survey data, 2015-2019</w:t>
            </w:r>
          </w:p>
        </w:tc>
        <w:tc>
          <w:tcPr>
            <w:tcW w:w="1234" w:type="dxa"/>
          </w:tcPr>
          <w:p w14:paraId="18E4BED6" w14:textId="77777777" w:rsidR="004B4EAF" w:rsidRDefault="00000000">
            <w:r>
              <w:t>Int Health</w:t>
            </w:r>
          </w:p>
        </w:tc>
        <w:tc>
          <w:tcPr>
            <w:tcW w:w="1234" w:type="dxa"/>
          </w:tcPr>
          <w:p w14:paraId="1A79C9CC" w14:textId="77777777" w:rsidR="004B4EAF" w:rsidRDefault="00000000">
            <w:r>
              <w:t xml:space="preserve">Sullivan, K. M.; Harding-Esch, E. M.; Batcho, W. E.; Issifou, A. A. B.; Lopes, M. F. C.; Szwarcwald, C. L.; Vaz Ferreira Gomez, D.; Bougouma, C.; Christophe, N.; Kabore, M.; </w:t>
            </w:r>
            <w:r>
              <w:lastRenderedPageBreak/>
              <w:t>Bucumi, V.; Bella, A. L.; Epee, E.; Yaya, G.; Trujillo-Trujillo, J.; Dejene, M.; Gebretsadik, F. S.; Gebru, G.; Kebede, F.;...</w:t>
            </w:r>
          </w:p>
        </w:tc>
        <w:tc>
          <w:tcPr>
            <w:tcW w:w="1234" w:type="dxa"/>
          </w:tcPr>
          <w:p w14:paraId="4D3F5779" w14:textId="77777777" w:rsidR="004B4EAF" w:rsidRDefault="00000000">
            <w:r>
              <w:lastRenderedPageBreak/>
              <w:t>Humans</w:t>
            </w:r>
          </w:p>
        </w:tc>
        <w:tc>
          <w:tcPr>
            <w:tcW w:w="1234" w:type="dxa"/>
          </w:tcPr>
          <w:p w14:paraId="120B97EC" w14:textId="77777777" w:rsidR="004B4EAF" w:rsidRDefault="00000000">
            <w:r>
              <w:t>10.1093/inthealth/ihad067</w:t>
            </w:r>
          </w:p>
        </w:tc>
        <w:tc>
          <w:tcPr>
            <w:tcW w:w="1234" w:type="dxa"/>
          </w:tcPr>
          <w:p w14:paraId="61CFFFD7" w14:textId="77777777" w:rsidR="004B4EAF" w:rsidRDefault="004B4EAF"/>
        </w:tc>
      </w:tr>
      <w:tr w:rsidR="004B4EAF" w14:paraId="5AF0697D" w14:textId="77777777">
        <w:tc>
          <w:tcPr>
            <w:tcW w:w="1234" w:type="dxa"/>
          </w:tcPr>
          <w:p w14:paraId="49D340A0" w14:textId="77777777" w:rsidR="004B4EAF" w:rsidRDefault="00000000">
            <w:r>
              <w:t>2006</w:t>
            </w:r>
          </w:p>
        </w:tc>
        <w:tc>
          <w:tcPr>
            <w:tcW w:w="1234" w:type="dxa"/>
          </w:tcPr>
          <w:p w14:paraId="48631DC8" w14:textId="77777777" w:rsidR="004B4EAF" w:rsidRDefault="00000000">
            <w:r>
              <w:t>Hematuria in children due to schistosomiasis in a nonendemic setting</w:t>
            </w:r>
          </w:p>
        </w:tc>
        <w:tc>
          <w:tcPr>
            <w:tcW w:w="1234" w:type="dxa"/>
          </w:tcPr>
          <w:p w14:paraId="1D7A4B77" w14:textId="77777777" w:rsidR="004B4EAF" w:rsidRDefault="00000000">
            <w:r>
              <w:t>Clin Pediatr (Phila)</w:t>
            </w:r>
          </w:p>
        </w:tc>
        <w:tc>
          <w:tcPr>
            <w:tcW w:w="1234" w:type="dxa"/>
          </w:tcPr>
          <w:p w14:paraId="77ADC47B" w14:textId="77777777" w:rsidR="004B4EAF" w:rsidRDefault="00000000">
            <w:r>
              <w:t>Summer, A. P.; Stauffer, W.; Maroushek, S. R.; Nevins, T. E.</w:t>
            </w:r>
          </w:p>
        </w:tc>
        <w:tc>
          <w:tcPr>
            <w:tcW w:w="1234" w:type="dxa"/>
          </w:tcPr>
          <w:p w14:paraId="6057A1FC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1CEE31C4" w14:textId="77777777" w:rsidR="004B4EAF" w:rsidRDefault="00000000">
            <w:r>
              <w:t>10.1177/000992280604500210</w:t>
            </w:r>
          </w:p>
        </w:tc>
        <w:tc>
          <w:tcPr>
            <w:tcW w:w="1234" w:type="dxa"/>
          </w:tcPr>
          <w:p w14:paraId="78F7F149" w14:textId="77777777" w:rsidR="004B4EAF" w:rsidRDefault="004B4EAF"/>
        </w:tc>
      </w:tr>
      <w:tr w:rsidR="004B4EAF" w14:paraId="3EC43D48" w14:textId="77777777">
        <w:tc>
          <w:tcPr>
            <w:tcW w:w="1234" w:type="dxa"/>
          </w:tcPr>
          <w:p w14:paraId="540BD6DF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653F0984" w14:textId="77777777" w:rsidR="004B4EAF" w:rsidRDefault="00000000">
            <w:r>
              <w:t>Visceral leishmaniasis in Somalia: A review of epidemiology and access to care</w:t>
            </w:r>
          </w:p>
        </w:tc>
        <w:tc>
          <w:tcPr>
            <w:tcW w:w="1234" w:type="dxa"/>
          </w:tcPr>
          <w:p w14:paraId="3E5D0B5C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12898C4F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Sunyoto, T.; Potet, J.; Boelaert, M.</w:t>
            </w:r>
          </w:p>
        </w:tc>
        <w:tc>
          <w:tcPr>
            <w:tcW w:w="1234" w:type="dxa"/>
          </w:tcPr>
          <w:p w14:paraId="41D87BE8" w14:textId="77777777" w:rsidR="004B4EAF" w:rsidRDefault="00000000">
            <w:r>
              <w:t>*Health Services Accessibility</w:t>
            </w:r>
          </w:p>
        </w:tc>
        <w:tc>
          <w:tcPr>
            <w:tcW w:w="1234" w:type="dxa"/>
          </w:tcPr>
          <w:p w14:paraId="29163884" w14:textId="77777777" w:rsidR="004B4EAF" w:rsidRDefault="00000000">
            <w:r>
              <w:t>10.1371/journal.pntd.0005231</w:t>
            </w:r>
          </w:p>
        </w:tc>
        <w:tc>
          <w:tcPr>
            <w:tcW w:w="1234" w:type="dxa"/>
          </w:tcPr>
          <w:p w14:paraId="5482F37F" w14:textId="77777777" w:rsidR="004B4EAF" w:rsidRDefault="004B4EAF"/>
        </w:tc>
      </w:tr>
      <w:tr w:rsidR="004B4EAF" w14:paraId="393CBCF0" w14:textId="77777777">
        <w:tc>
          <w:tcPr>
            <w:tcW w:w="1234" w:type="dxa"/>
          </w:tcPr>
          <w:p w14:paraId="096FCD73" w14:textId="77777777" w:rsidR="004B4EAF" w:rsidRDefault="00000000">
            <w:r>
              <w:t>2019</w:t>
            </w:r>
          </w:p>
        </w:tc>
        <w:tc>
          <w:tcPr>
            <w:tcW w:w="1234" w:type="dxa"/>
          </w:tcPr>
          <w:p w14:paraId="21296389" w14:textId="77777777" w:rsidR="004B4EAF" w:rsidRDefault="00000000">
            <w:r>
              <w:t>Exploring global and country-level barriers to an effective supply of leishmaniasis medicines and diagnostics in eastern Africa: a qualitative study</w:t>
            </w:r>
          </w:p>
        </w:tc>
        <w:tc>
          <w:tcPr>
            <w:tcW w:w="1234" w:type="dxa"/>
          </w:tcPr>
          <w:p w14:paraId="4BDC3F6F" w14:textId="77777777" w:rsidR="004B4EAF" w:rsidRDefault="00000000">
            <w:r>
              <w:t>BMJ Open</w:t>
            </w:r>
          </w:p>
        </w:tc>
        <w:tc>
          <w:tcPr>
            <w:tcW w:w="1234" w:type="dxa"/>
          </w:tcPr>
          <w:p w14:paraId="5B7A55CC" w14:textId="77777777" w:rsidR="004B4EAF" w:rsidRDefault="00000000">
            <w:r>
              <w:t>Sunyoto, T.; Potet, J.; den Boer, M.; Ritmeijer, K.; Postigo, J. A. R.; Ravinetto, R.; Alves, F.; Picado, A.; Boelaert, M.</w:t>
            </w:r>
          </w:p>
        </w:tc>
        <w:tc>
          <w:tcPr>
            <w:tcW w:w="1234" w:type="dxa"/>
          </w:tcPr>
          <w:p w14:paraId="7F3A5018" w14:textId="77777777" w:rsidR="004B4EAF" w:rsidRDefault="00000000">
            <w:r>
              <w:t>Agglutination Tests/*statistics &amp; numerical data</w:t>
            </w:r>
          </w:p>
        </w:tc>
        <w:tc>
          <w:tcPr>
            <w:tcW w:w="1234" w:type="dxa"/>
          </w:tcPr>
          <w:p w14:paraId="7B1F9284" w14:textId="77777777" w:rsidR="004B4EAF" w:rsidRDefault="00000000">
            <w:r>
              <w:t>10.1136/bmjopen-2019-029141</w:t>
            </w:r>
          </w:p>
        </w:tc>
        <w:tc>
          <w:tcPr>
            <w:tcW w:w="1234" w:type="dxa"/>
          </w:tcPr>
          <w:p w14:paraId="0544BE14" w14:textId="77777777" w:rsidR="004B4EAF" w:rsidRDefault="004B4EAF"/>
        </w:tc>
      </w:tr>
      <w:tr w:rsidR="004B4EAF" w14:paraId="3CEE00E4" w14:textId="77777777">
        <w:tc>
          <w:tcPr>
            <w:tcW w:w="1234" w:type="dxa"/>
          </w:tcPr>
          <w:p w14:paraId="6A291B73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460F09EE" w14:textId="77777777" w:rsidR="004B4EAF" w:rsidRDefault="00000000">
            <w:r>
              <w:t xml:space="preserve">Determinants of Postnatal Care Check-ups in </w:t>
            </w:r>
            <w:r>
              <w:lastRenderedPageBreak/>
              <w:t>Ethiopia: A Multi-Level Analysis</w:t>
            </w:r>
          </w:p>
        </w:tc>
        <w:tc>
          <w:tcPr>
            <w:tcW w:w="1234" w:type="dxa"/>
          </w:tcPr>
          <w:p w14:paraId="49FCD2AA" w14:textId="77777777" w:rsidR="004B4EAF" w:rsidRDefault="00000000">
            <w:r>
              <w:lastRenderedPageBreak/>
              <w:t>Ethiop J Health Sci</w:t>
            </w:r>
          </w:p>
        </w:tc>
        <w:tc>
          <w:tcPr>
            <w:tcW w:w="1234" w:type="dxa"/>
          </w:tcPr>
          <w:p w14:paraId="032AB07C" w14:textId="77777777" w:rsidR="004B4EAF" w:rsidRDefault="00000000">
            <w:r>
              <w:t>Tadele, A.; Getinet, M.</w:t>
            </w:r>
          </w:p>
        </w:tc>
        <w:tc>
          <w:tcPr>
            <w:tcW w:w="1234" w:type="dxa"/>
          </w:tcPr>
          <w:p w14:paraId="17C127AB" w14:textId="77777777" w:rsidR="004B4EAF" w:rsidRDefault="00000000">
            <w:r>
              <w:t>Cesarean Section</w:t>
            </w:r>
          </w:p>
        </w:tc>
        <w:tc>
          <w:tcPr>
            <w:tcW w:w="1234" w:type="dxa"/>
          </w:tcPr>
          <w:p w14:paraId="681B7B73" w14:textId="77777777" w:rsidR="004B4EAF" w:rsidRDefault="00000000">
            <w:r>
              <w:t>10.4314/ejhs.v31i4.9</w:t>
            </w:r>
          </w:p>
        </w:tc>
        <w:tc>
          <w:tcPr>
            <w:tcW w:w="1234" w:type="dxa"/>
          </w:tcPr>
          <w:p w14:paraId="015BE1B1" w14:textId="77777777" w:rsidR="004B4EAF" w:rsidRDefault="004B4EAF"/>
        </w:tc>
      </w:tr>
      <w:tr w:rsidR="004B4EAF" w14:paraId="5480C5C9" w14:textId="77777777">
        <w:tc>
          <w:tcPr>
            <w:tcW w:w="1234" w:type="dxa"/>
          </w:tcPr>
          <w:p w14:paraId="11A51083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04771CD4" w14:textId="77777777" w:rsidR="004B4EAF" w:rsidRDefault="00000000">
            <w:r>
              <w:t>Spatial variation and associated factors of deworming among children aged 24 to 59 months in Ethiopia: spatial and multilevel logistic analysis</w:t>
            </w:r>
          </w:p>
        </w:tc>
        <w:tc>
          <w:tcPr>
            <w:tcW w:w="1234" w:type="dxa"/>
          </w:tcPr>
          <w:p w14:paraId="68999D12" w14:textId="77777777" w:rsidR="004B4EAF" w:rsidRDefault="00000000">
            <w:r>
              <w:t>BMC Public Health</w:t>
            </w:r>
          </w:p>
        </w:tc>
        <w:tc>
          <w:tcPr>
            <w:tcW w:w="1234" w:type="dxa"/>
          </w:tcPr>
          <w:p w14:paraId="682BB43F" w14:textId="77777777" w:rsidR="004B4EAF" w:rsidRDefault="00000000">
            <w:r>
              <w:t>Tareke, A. A.</w:t>
            </w:r>
          </w:p>
        </w:tc>
        <w:tc>
          <w:tcPr>
            <w:tcW w:w="1234" w:type="dxa"/>
          </w:tcPr>
          <w:p w14:paraId="6FAEC6A0" w14:textId="77777777" w:rsidR="004B4EAF" w:rsidRDefault="00000000">
            <w:r>
              <w:t>Child</w:t>
            </w:r>
          </w:p>
        </w:tc>
        <w:tc>
          <w:tcPr>
            <w:tcW w:w="1234" w:type="dxa"/>
          </w:tcPr>
          <w:p w14:paraId="1F06DDFD" w14:textId="77777777" w:rsidR="004B4EAF" w:rsidRDefault="00000000">
            <w:r>
              <w:t>10.1186/s12889-022-13156-2</w:t>
            </w:r>
          </w:p>
        </w:tc>
        <w:tc>
          <w:tcPr>
            <w:tcW w:w="1234" w:type="dxa"/>
          </w:tcPr>
          <w:p w14:paraId="657F021B" w14:textId="77777777" w:rsidR="004B4EAF" w:rsidRDefault="004B4EAF"/>
        </w:tc>
      </w:tr>
      <w:tr w:rsidR="004B4EAF" w14:paraId="250E22EB" w14:textId="77777777">
        <w:tc>
          <w:tcPr>
            <w:tcW w:w="1234" w:type="dxa"/>
          </w:tcPr>
          <w:p w14:paraId="6B309326" w14:textId="77777777" w:rsidR="004B4EAF" w:rsidRDefault="00000000">
            <w:r>
              <w:t>2008</w:t>
            </w:r>
          </w:p>
        </w:tc>
        <w:tc>
          <w:tcPr>
            <w:tcW w:w="1234" w:type="dxa"/>
          </w:tcPr>
          <w:p w14:paraId="4189FE8F" w14:textId="77777777" w:rsidR="004B4EAF" w:rsidRDefault="00000000">
            <w:r>
              <w:t>An update review on Commiphora molmol and related species</w:t>
            </w:r>
          </w:p>
        </w:tc>
        <w:tc>
          <w:tcPr>
            <w:tcW w:w="1234" w:type="dxa"/>
          </w:tcPr>
          <w:p w14:paraId="65F7810C" w14:textId="77777777" w:rsidR="004B4EAF" w:rsidRDefault="00000000">
            <w:r>
              <w:t>J Egypt Soc Parasitol</w:t>
            </w:r>
          </w:p>
        </w:tc>
        <w:tc>
          <w:tcPr>
            <w:tcW w:w="1234" w:type="dxa"/>
          </w:tcPr>
          <w:p w14:paraId="631EA60A" w14:textId="77777777" w:rsidR="004B4EAF" w:rsidRDefault="00000000">
            <w:r>
              <w:t>Tonkal, A. M.; Morsy, T. A.</w:t>
            </w:r>
          </w:p>
        </w:tc>
        <w:tc>
          <w:tcPr>
            <w:tcW w:w="1234" w:type="dxa"/>
          </w:tcPr>
          <w:p w14:paraId="29D4B110" w14:textId="77777777" w:rsidR="004B4EAF" w:rsidRDefault="00000000">
            <w:r>
              <w:t>Anti-Infective Agents/therapeutic use</w:t>
            </w:r>
          </w:p>
        </w:tc>
        <w:tc>
          <w:tcPr>
            <w:tcW w:w="1234" w:type="dxa"/>
          </w:tcPr>
          <w:p w14:paraId="5F998E13" w14:textId="77777777" w:rsidR="004B4EAF" w:rsidRDefault="004B4EAF"/>
        </w:tc>
        <w:tc>
          <w:tcPr>
            <w:tcW w:w="1234" w:type="dxa"/>
          </w:tcPr>
          <w:p w14:paraId="20EC51E3" w14:textId="77777777" w:rsidR="004B4EAF" w:rsidRDefault="004B4EAF"/>
        </w:tc>
      </w:tr>
      <w:tr w:rsidR="004B4EAF" w14:paraId="334B3356" w14:textId="77777777">
        <w:tc>
          <w:tcPr>
            <w:tcW w:w="1234" w:type="dxa"/>
          </w:tcPr>
          <w:p w14:paraId="2A5E66B7" w14:textId="77777777" w:rsidR="004B4EAF" w:rsidRDefault="00000000">
            <w:r>
              <w:t>2010</w:t>
            </w:r>
          </w:p>
        </w:tc>
        <w:tc>
          <w:tcPr>
            <w:tcW w:w="1234" w:type="dxa"/>
          </w:tcPr>
          <w:p w14:paraId="0297500D" w14:textId="77777777" w:rsidR="004B4EAF" w:rsidRDefault="00000000">
            <w:r>
              <w:t>Infection due to a novel mycobacterium, mimicking multidrug-resistant Mycobacterium tuberculosis</w:t>
            </w:r>
          </w:p>
        </w:tc>
        <w:tc>
          <w:tcPr>
            <w:tcW w:w="1234" w:type="dxa"/>
          </w:tcPr>
          <w:p w14:paraId="01E6C6D6" w14:textId="77777777" w:rsidR="004B4EAF" w:rsidRDefault="00000000">
            <w:r>
              <w:t>Clin Microbiol Infect</w:t>
            </w:r>
          </w:p>
        </w:tc>
        <w:tc>
          <w:tcPr>
            <w:tcW w:w="1234" w:type="dxa"/>
          </w:tcPr>
          <w:p w14:paraId="0D66B77F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Tortoli, E.; Rogasi, P. G.; Fantoni, E.; Beltrami, C.; De Francisci, A.; Mariottini, A.</w:t>
            </w:r>
          </w:p>
        </w:tc>
        <w:tc>
          <w:tcPr>
            <w:tcW w:w="1234" w:type="dxa"/>
          </w:tcPr>
          <w:p w14:paraId="389A2CA5" w14:textId="77777777" w:rsidR="004B4EAF" w:rsidRDefault="00000000">
            <w:r>
              <w:t>Anti-Bacterial Agents/pharmacology/therapeutic use</w:t>
            </w:r>
          </w:p>
        </w:tc>
        <w:tc>
          <w:tcPr>
            <w:tcW w:w="1234" w:type="dxa"/>
          </w:tcPr>
          <w:p w14:paraId="0DAF79EC" w14:textId="77777777" w:rsidR="004B4EAF" w:rsidRDefault="00000000">
            <w:r>
              <w:t>10.1111/j.1469-0691.2009.03063.x</w:t>
            </w:r>
          </w:p>
        </w:tc>
        <w:tc>
          <w:tcPr>
            <w:tcW w:w="1234" w:type="dxa"/>
          </w:tcPr>
          <w:p w14:paraId="1FE51B0B" w14:textId="77777777" w:rsidR="004B4EAF" w:rsidRDefault="004B4EAF"/>
        </w:tc>
      </w:tr>
      <w:tr w:rsidR="004B4EAF" w14:paraId="20247936" w14:textId="77777777">
        <w:tc>
          <w:tcPr>
            <w:tcW w:w="1234" w:type="dxa"/>
          </w:tcPr>
          <w:p w14:paraId="66FD48E0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1DE1A307" w14:textId="77777777" w:rsidR="004B4EAF" w:rsidRDefault="00000000">
            <w:r>
              <w:t xml:space="preserve">Risk factors for Brucellosis and knowledge-attitude practice among pastoralists in Afar and Somali </w:t>
            </w:r>
            <w:r>
              <w:lastRenderedPageBreak/>
              <w:t>regions of Ethiopia</w:t>
            </w:r>
          </w:p>
        </w:tc>
        <w:tc>
          <w:tcPr>
            <w:tcW w:w="1234" w:type="dxa"/>
          </w:tcPr>
          <w:p w14:paraId="7437FB5D" w14:textId="77777777" w:rsidR="004B4EAF" w:rsidRDefault="00000000">
            <w:r>
              <w:lastRenderedPageBreak/>
              <w:t>Prev Vet Med</w:t>
            </w:r>
          </w:p>
        </w:tc>
        <w:tc>
          <w:tcPr>
            <w:tcW w:w="1234" w:type="dxa"/>
          </w:tcPr>
          <w:p w14:paraId="22B304FD" w14:textId="77777777" w:rsidR="004B4EAF" w:rsidRDefault="00000000">
            <w:r>
              <w:t xml:space="preserve">Tschopp, R.; GebreGiorgis, A.; Abdulkadir, O.; Molla, W.; Hamid, M.; Tassachew, Y.; Andualem, H.; </w:t>
            </w:r>
            <w:r>
              <w:lastRenderedPageBreak/>
              <w:t>Osman, M.; Waqjira, M. W.; Mohammed, A.; Negron, M.; Walke, H.; Kadzik, M.; Mamo, G.</w:t>
            </w:r>
          </w:p>
        </w:tc>
        <w:tc>
          <w:tcPr>
            <w:tcW w:w="1234" w:type="dxa"/>
          </w:tcPr>
          <w:p w14:paraId="48D32E75" w14:textId="77777777" w:rsidR="004B4EAF" w:rsidRDefault="00000000">
            <w:r>
              <w:lastRenderedPageBreak/>
              <w:t>Abortion, Veterinary</w:t>
            </w:r>
          </w:p>
        </w:tc>
        <w:tc>
          <w:tcPr>
            <w:tcW w:w="1234" w:type="dxa"/>
          </w:tcPr>
          <w:p w14:paraId="68AA2275" w14:textId="77777777" w:rsidR="004B4EAF" w:rsidRDefault="00000000">
            <w:r>
              <w:t>10.1016/j.prevetmed.2021.105557</w:t>
            </w:r>
          </w:p>
        </w:tc>
        <w:tc>
          <w:tcPr>
            <w:tcW w:w="1234" w:type="dxa"/>
          </w:tcPr>
          <w:p w14:paraId="61F8C82E" w14:textId="77777777" w:rsidR="004B4EAF" w:rsidRDefault="004B4EAF"/>
        </w:tc>
      </w:tr>
      <w:tr w:rsidR="004B4EAF" w14:paraId="4E779621" w14:textId="77777777">
        <w:tc>
          <w:tcPr>
            <w:tcW w:w="1234" w:type="dxa"/>
          </w:tcPr>
          <w:p w14:paraId="324AC0B2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78CF295A" w14:textId="77777777" w:rsidR="004B4EAF" w:rsidRDefault="00000000">
            <w:r>
              <w:t>Integrated human-animal sero-surveillance of Brucellosis in the pastoral Afar and Somali regions of Ethiopia</w:t>
            </w:r>
          </w:p>
        </w:tc>
        <w:tc>
          <w:tcPr>
            <w:tcW w:w="1234" w:type="dxa"/>
          </w:tcPr>
          <w:p w14:paraId="3E7266D8" w14:textId="77777777" w:rsidR="004B4EAF" w:rsidRDefault="00000000">
            <w:r>
              <w:t>PLoS Negl Trop Dis</w:t>
            </w:r>
          </w:p>
        </w:tc>
        <w:tc>
          <w:tcPr>
            <w:tcW w:w="1234" w:type="dxa"/>
          </w:tcPr>
          <w:p w14:paraId="45E03DC4" w14:textId="77777777" w:rsidR="004B4EAF" w:rsidRDefault="00000000">
            <w:r>
              <w:t>Tschopp, R.; Gebregiorgis, A.; Tassachew, Y.; Andualem, H.; Osman, M.; Waqjira, M. W.; Hattendorf, J.; Mohammed, A.; Hamid, M.; Molla, W.; Mitiku, S. A.; Walke, H.; Negron, M.; Kadzik, M.; Mamo, G.</w:t>
            </w:r>
          </w:p>
        </w:tc>
        <w:tc>
          <w:tcPr>
            <w:tcW w:w="1234" w:type="dxa"/>
          </w:tcPr>
          <w:p w14:paraId="46AE651D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2B69EC5E" w14:textId="77777777" w:rsidR="004B4EAF" w:rsidRDefault="00000000">
            <w:r>
              <w:t>10.1371/journal.pntd.0009593</w:t>
            </w:r>
          </w:p>
        </w:tc>
        <w:tc>
          <w:tcPr>
            <w:tcW w:w="1234" w:type="dxa"/>
          </w:tcPr>
          <w:p w14:paraId="199D9C08" w14:textId="77777777" w:rsidR="004B4EAF" w:rsidRDefault="004B4EAF"/>
        </w:tc>
      </w:tr>
      <w:tr w:rsidR="004B4EAF" w14:paraId="2EF765F3" w14:textId="77777777">
        <w:tc>
          <w:tcPr>
            <w:tcW w:w="1234" w:type="dxa"/>
          </w:tcPr>
          <w:p w14:paraId="5CC744CE" w14:textId="77777777" w:rsidR="004B4EAF" w:rsidRDefault="00000000">
            <w:r>
              <w:t>1981</w:t>
            </w:r>
          </w:p>
        </w:tc>
        <w:tc>
          <w:tcPr>
            <w:tcW w:w="1234" w:type="dxa"/>
          </w:tcPr>
          <w:p w14:paraId="63A7845A" w14:textId="77777777" w:rsidR="004B4EAF" w:rsidRDefault="00000000">
            <w:r>
              <w:t>Studies on the transmission of Schistosoma haematobium and the bionomics of Bulinus (Ph.) abyssinicus in the Somali Democratic Republic</w:t>
            </w:r>
          </w:p>
        </w:tc>
        <w:tc>
          <w:tcPr>
            <w:tcW w:w="1234" w:type="dxa"/>
          </w:tcPr>
          <w:p w14:paraId="2C8D51A7" w14:textId="77777777" w:rsidR="004B4EAF" w:rsidRDefault="00000000">
            <w:r>
              <w:t>Ann Trop Med Parasitol</w:t>
            </w:r>
          </w:p>
        </w:tc>
        <w:tc>
          <w:tcPr>
            <w:tcW w:w="1234" w:type="dxa"/>
          </w:tcPr>
          <w:p w14:paraId="44824F28" w14:textId="77777777" w:rsidR="004B4EAF" w:rsidRDefault="00000000">
            <w:r>
              <w:t>Upatham, E. S.; Koura, M.; Ahmed, M. D.; Awad, A. H.</w:t>
            </w:r>
          </w:p>
        </w:tc>
        <w:tc>
          <w:tcPr>
            <w:tcW w:w="1234" w:type="dxa"/>
          </w:tcPr>
          <w:p w14:paraId="5623830D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2B677B8A" w14:textId="77777777" w:rsidR="004B4EAF" w:rsidRDefault="00000000">
            <w:r>
              <w:t>10.1080/00034983.1981.11687409</w:t>
            </w:r>
          </w:p>
        </w:tc>
        <w:tc>
          <w:tcPr>
            <w:tcW w:w="1234" w:type="dxa"/>
          </w:tcPr>
          <w:p w14:paraId="3BFB339A" w14:textId="77777777" w:rsidR="004B4EAF" w:rsidRDefault="004B4EAF"/>
        </w:tc>
      </w:tr>
      <w:tr w:rsidR="004B4EAF" w14:paraId="5B3EF2CF" w14:textId="77777777">
        <w:tc>
          <w:tcPr>
            <w:tcW w:w="1234" w:type="dxa"/>
          </w:tcPr>
          <w:p w14:paraId="640EEE4C" w14:textId="77777777" w:rsidR="004B4EAF" w:rsidRDefault="00000000">
            <w:r>
              <w:lastRenderedPageBreak/>
              <w:t>2020</w:t>
            </w:r>
          </w:p>
        </w:tc>
        <w:tc>
          <w:tcPr>
            <w:tcW w:w="1234" w:type="dxa"/>
          </w:tcPr>
          <w:p w14:paraId="2BD8BD57" w14:textId="77777777" w:rsidR="004B4EAF" w:rsidRDefault="00000000">
            <w:r>
              <w:t>Molecular surveillance of Pfcrt and k13 propeller polymorphisms of imported Plasmodium falciparum cases to Zhejiang Province, China between 2016 and 2018</w:t>
            </w:r>
          </w:p>
        </w:tc>
        <w:tc>
          <w:tcPr>
            <w:tcW w:w="1234" w:type="dxa"/>
          </w:tcPr>
          <w:p w14:paraId="34E48361" w14:textId="77777777" w:rsidR="004B4EAF" w:rsidRDefault="00000000">
            <w:r>
              <w:t>Malar J</w:t>
            </w:r>
          </w:p>
        </w:tc>
        <w:tc>
          <w:tcPr>
            <w:tcW w:w="1234" w:type="dxa"/>
          </w:tcPr>
          <w:p w14:paraId="3D90F2BC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Wang, X.; Ruan, W.; Zhou, S.; Huang, F.; Lu, Q.; Feng, X.; Yan, H.</w:t>
            </w:r>
          </w:p>
        </w:tc>
        <w:tc>
          <w:tcPr>
            <w:tcW w:w="1234" w:type="dxa"/>
          </w:tcPr>
          <w:p w14:paraId="7CBCEF9C" w14:textId="77777777" w:rsidR="004B4EAF" w:rsidRDefault="00000000">
            <w:r>
              <w:t>Adolescent</w:t>
            </w:r>
          </w:p>
        </w:tc>
        <w:tc>
          <w:tcPr>
            <w:tcW w:w="1234" w:type="dxa"/>
          </w:tcPr>
          <w:p w14:paraId="7741214A" w14:textId="77777777" w:rsidR="004B4EAF" w:rsidRDefault="00000000">
            <w:r>
              <w:t>10.1186/s12936-020-3140-0</w:t>
            </w:r>
          </w:p>
        </w:tc>
        <w:tc>
          <w:tcPr>
            <w:tcW w:w="1234" w:type="dxa"/>
          </w:tcPr>
          <w:p w14:paraId="18A70A33" w14:textId="77777777" w:rsidR="004B4EAF" w:rsidRDefault="004B4EAF"/>
        </w:tc>
      </w:tr>
      <w:tr w:rsidR="004B4EAF" w14:paraId="5A19AA76" w14:textId="77777777">
        <w:tc>
          <w:tcPr>
            <w:tcW w:w="1234" w:type="dxa"/>
          </w:tcPr>
          <w:p w14:paraId="18F5D674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2A30DF28" w14:textId="77777777" w:rsidR="004B4EAF" w:rsidRDefault="00000000">
            <w:r>
              <w:t>Prioritization in Somali health system strengthening: a qualitative study</w:t>
            </w:r>
          </w:p>
        </w:tc>
        <w:tc>
          <w:tcPr>
            <w:tcW w:w="1234" w:type="dxa"/>
          </w:tcPr>
          <w:p w14:paraId="2FEDD228" w14:textId="77777777" w:rsidR="004B4EAF" w:rsidRDefault="00000000">
            <w:r>
              <w:t>Int Health</w:t>
            </w:r>
          </w:p>
        </w:tc>
        <w:tc>
          <w:tcPr>
            <w:tcW w:w="1234" w:type="dxa"/>
          </w:tcPr>
          <w:p w14:paraId="51A40D17" w14:textId="77777777" w:rsidR="004B4EAF" w:rsidRDefault="00000000">
            <w:r>
              <w:t>Warsame, A.; Handuleh, J.; Patel, P.</w:t>
            </w:r>
          </w:p>
        </w:tc>
        <w:tc>
          <w:tcPr>
            <w:tcW w:w="1234" w:type="dxa"/>
          </w:tcPr>
          <w:p w14:paraId="1D970CEA" w14:textId="77777777" w:rsidR="004B4EAF" w:rsidRDefault="00000000">
            <w:r>
              <w:t>Delivery of Health Care/*organization &amp; administration</w:t>
            </w:r>
          </w:p>
        </w:tc>
        <w:tc>
          <w:tcPr>
            <w:tcW w:w="1234" w:type="dxa"/>
          </w:tcPr>
          <w:p w14:paraId="46D73384" w14:textId="77777777" w:rsidR="004B4EAF" w:rsidRDefault="00000000">
            <w:r>
              <w:t>10.1093/inthealth/ihv060</w:t>
            </w:r>
          </w:p>
        </w:tc>
        <w:tc>
          <w:tcPr>
            <w:tcW w:w="1234" w:type="dxa"/>
          </w:tcPr>
          <w:p w14:paraId="48E025DF" w14:textId="77777777" w:rsidR="004B4EAF" w:rsidRDefault="004B4EAF"/>
        </w:tc>
      </w:tr>
      <w:tr w:rsidR="004B4EAF" w14:paraId="7147A141" w14:textId="77777777">
        <w:tc>
          <w:tcPr>
            <w:tcW w:w="1234" w:type="dxa"/>
          </w:tcPr>
          <w:p w14:paraId="25AD5187" w14:textId="77777777" w:rsidR="004B4EAF" w:rsidRDefault="00000000">
            <w:r>
              <w:t>1995</w:t>
            </w:r>
          </w:p>
        </w:tc>
        <w:tc>
          <w:tcPr>
            <w:tcW w:w="1234" w:type="dxa"/>
          </w:tcPr>
          <w:p w14:paraId="051D67A9" w14:textId="77777777" w:rsidR="004B4EAF" w:rsidRDefault="00000000">
            <w:r>
              <w:t>A recent case of visceral leishmaniasis in Somalia</w:t>
            </w:r>
          </w:p>
        </w:tc>
        <w:tc>
          <w:tcPr>
            <w:tcW w:w="1234" w:type="dxa"/>
          </w:tcPr>
          <w:p w14:paraId="541E7A09" w14:textId="77777777" w:rsidR="004B4EAF" w:rsidRDefault="00000000">
            <w:r>
              <w:t>Ann Trop Med Parasitol</w:t>
            </w:r>
          </w:p>
        </w:tc>
        <w:tc>
          <w:tcPr>
            <w:tcW w:w="1234" w:type="dxa"/>
          </w:tcPr>
          <w:p w14:paraId="303C9B97" w14:textId="77777777" w:rsidR="004B4EAF" w:rsidRDefault="00000000">
            <w:r>
              <w:t>Woolhead, A.</w:t>
            </w:r>
          </w:p>
        </w:tc>
        <w:tc>
          <w:tcPr>
            <w:tcW w:w="1234" w:type="dxa"/>
          </w:tcPr>
          <w:p w14:paraId="2029AE0C" w14:textId="77777777" w:rsidR="004B4EAF" w:rsidRDefault="00000000">
            <w:r>
              <w:t>Adult</w:t>
            </w:r>
          </w:p>
        </w:tc>
        <w:tc>
          <w:tcPr>
            <w:tcW w:w="1234" w:type="dxa"/>
          </w:tcPr>
          <w:p w14:paraId="7A06D30E" w14:textId="77777777" w:rsidR="004B4EAF" w:rsidRDefault="00000000">
            <w:r>
              <w:t>10.1080/00034983.1995.11813003</w:t>
            </w:r>
          </w:p>
        </w:tc>
        <w:tc>
          <w:tcPr>
            <w:tcW w:w="1234" w:type="dxa"/>
          </w:tcPr>
          <w:p w14:paraId="72DBB1F9" w14:textId="77777777" w:rsidR="004B4EAF" w:rsidRDefault="004B4EAF"/>
        </w:tc>
      </w:tr>
      <w:tr w:rsidR="004B4EAF" w14:paraId="376C0715" w14:textId="77777777">
        <w:tc>
          <w:tcPr>
            <w:tcW w:w="1234" w:type="dxa"/>
          </w:tcPr>
          <w:p w14:paraId="640227EF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41C2D643" w14:textId="77777777" w:rsidR="004B4EAF" w:rsidRDefault="00000000">
            <w:r>
              <w:t>Breeding habitats, bionomics and phylogenetic analysis of Aedes aegypti and first detection of Culiseta longiareolata, and Ae. hirsutus in Somali Region, eastern Ethiopia</w:t>
            </w:r>
          </w:p>
        </w:tc>
        <w:tc>
          <w:tcPr>
            <w:tcW w:w="1234" w:type="dxa"/>
          </w:tcPr>
          <w:p w14:paraId="6AA2AB65" w14:textId="77777777" w:rsidR="004B4EAF" w:rsidRDefault="00000000">
            <w:r>
              <w:t>PLoS One</w:t>
            </w:r>
          </w:p>
        </w:tc>
        <w:tc>
          <w:tcPr>
            <w:tcW w:w="1234" w:type="dxa"/>
          </w:tcPr>
          <w:p w14:paraId="7D962079" w14:textId="77777777" w:rsidR="004B4EAF" w:rsidRDefault="00000000">
            <w:r>
              <w:t>Yared, S.; Gebressilasie, A.; Worku, A.; Mohammed, A.; Gunarathna, I.; Rajamanickam, D.; Waymire, E.; Balkew, M.; Carter, T. E.</w:t>
            </w:r>
          </w:p>
        </w:tc>
        <w:tc>
          <w:tcPr>
            <w:tcW w:w="1234" w:type="dxa"/>
          </w:tcPr>
          <w:p w14:paraId="0368B98C" w14:textId="77777777" w:rsidR="004B4EAF" w:rsidRDefault="00000000">
            <w:r>
              <w:t>Male</w:t>
            </w:r>
          </w:p>
        </w:tc>
        <w:tc>
          <w:tcPr>
            <w:tcW w:w="1234" w:type="dxa"/>
          </w:tcPr>
          <w:p w14:paraId="63A2DF70" w14:textId="77777777" w:rsidR="004B4EAF" w:rsidRDefault="00000000">
            <w:r>
              <w:t>10.1371/journal.pone.0296406</w:t>
            </w:r>
          </w:p>
        </w:tc>
        <w:tc>
          <w:tcPr>
            <w:tcW w:w="1234" w:type="dxa"/>
          </w:tcPr>
          <w:p w14:paraId="7A62B2A3" w14:textId="77777777" w:rsidR="004B4EAF" w:rsidRDefault="004B4EAF"/>
        </w:tc>
      </w:tr>
      <w:tr w:rsidR="004B4EAF" w14:paraId="21EEDAB8" w14:textId="77777777">
        <w:tc>
          <w:tcPr>
            <w:tcW w:w="1234" w:type="dxa"/>
          </w:tcPr>
          <w:p w14:paraId="465891D0" w14:textId="77777777" w:rsidR="004B4EAF" w:rsidRDefault="00000000">
            <w:r>
              <w:lastRenderedPageBreak/>
              <w:t>2016</w:t>
            </w:r>
          </w:p>
        </w:tc>
        <w:tc>
          <w:tcPr>
            <w:tcW w:w="1234" w:type="dxa"/>
          </w:tcPr>
          <w:p w14:paraId="4EDEA297" w14:textId="77777777" w:rsidR="004B4EAF" w:rsidRDefault="00000000">
            <w:r>
              <w:t>Recent Chikungunya Virus Infection in 2 Travelers Returning from Mogadishu, Somalia, to Italy, 2016</w:t>
            </w:r>
          </w:p>
        </w:tc>
        <w:tc>
          <w:tcPr>
            <w:tcW w:w="1234" w:type="dxa"/>
          </w:tcPr>
          <w:p w14:paraId="4E106661" w14:textId="77777777" w:rsidR="004B4EAF" w:rsidRDefault="00000000">
            <w:r>
              <w:t>Emerg Infect Dis</w:t>
            </w:r>
          </w:p>
        </w:tc>
        <w:tc>
          <w:tcPr>
            <w:tcW w:w="1234" w:type="dxa"/>
          </w:tcPr>
          <w:p w14:paraId="663463D0" w14:textId="77777777" w:rsidR="004B4EAF" w:rsidRDefault="00000000">
            <w:r>
              <w:t>Zammarchi, L.; Fortuna, C.; Venturi, G.; Rinaldi, F.; Capobianco, T.; Remoli, M. E.; Rossolini, G. M.; Rezza, G.; Bartoloni, A.</w:t>
            </w:r>
          </w:p>
        </w:tc>
        <w:tc>
          <w:tcPr>
            <w:tcW w:w="1234" w:type="dxa"/>
          </w:tcPr>
          <w:p w14:paraId="02E614D5" w14:textId="77777777" w:rsidR="004B4EAF" w:rsidRDefault="00000000">
            <w:r>
              <w:t>Chikungunya Fever/epidemiology/*transmission/*virology</w:t>
            </w:r>
          </w:p>
        </w:tc>
        <w:tc>
          <w:tcPr>
            <w:tcW w:w="1234" w:type="dxa"/>
          </w:tcPr>
          <w:p w14:paraId="4FB9E2EE" w14:textId="77777777" w:rsidR="004B4EAF" w:rsidRDefault="00000000">
            <w:r>
              <w:t>10.3201/eid2211.161225</w:t>
            </w:r>
          </w:p>
        </w:tc>
        <w:tc>
          <w:tcPr>
            <w:tcW w:w="1234" w:type="dxa"/>
          </w:tcPr>
          <w:p w14:paraId="29439D1B" w14:textId="77777777" w:rsidR="004B4EAF" w:rsidRDefault="004B4EAF"/>
        </w:tc>
      </w:tr>
      <w:tr w:rsidR="004B4EAF" w14:paraId="1FDA249A" w14:textId="77777777">
        <w:tc>
          <w:tcPr>
            <w:tcW w:w="1234" w:type="dxa"/>
          </w:tcPr>
          <w:p w14:paraId="63498A60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174E744C" w14:textId="77777777" w:rsidR="004B4EAF" w:rsidRDefault="00000000">
            <w:r>
              <w:t>Eumycetoma caused by Biatriospora mackinnonii in a young pregnant woman from Somalia</w:t>
            </w:r>
          </w:p>
        </w:tc>
        <w:tc>
          <w:tcPr>
            <w:tcW w:w="1234" w:type="dxa"/>
          </w:tcPr>
          <w:p w14:paraId="37D03EE8" w14:textId="77777777" w:rsidR="004B4EAF" w:rsidRDefault="00000000">
            <w:r>
              <w:t>Int J Infect Dis</w:t>
            </w:r>
          </w:p>
        </w:tc>
        <w:tc>
          <w:tcPr>
            <w:tcW w:w="1234" w:type="dxa"/>
          </w:tcPr>
          <w:p w14:paraId="4B0A2611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Zimmer, F.; Kellner, N.; Nenoff, P.; Lübbert, C.</w:t>
            </w:r>
          </w:p>
        </w:tc>
        <w:tc>
          <w:tcPr>
            <w:tcW w:w="1234" w:type="dxa"/>
          </w:tcPr>
          <w:p w14:paraId="5F634792" w14:textId="77777777" w:rsidR="004B4EAF" w:rsidRDefault="00000000">
            <w:r>
              <w:t>Female</w:t>
            </w:r>
          </w:p>
        </w:tc>
        <w:tc>
          <w:tcPr>
            <w:tcW w:w="1234" w:type="dxa"/>
          </w:tcPr>
          <w:p w14:paraId="7EBD8D5E" w14:textId="77777777" w:rsidR="004B4EAF" w:rsidRDefault="00000000">
            <w:r>
              <w:t>10.1016/j.ijid.2022.12.021</w:t>
            </w:r>
          </w:p>
        </w:tc>
        <w:tc>
          <w:tcPr>
            <w:tcW w:w="1234" w:type="dxa"/>
          </w:tcPr>
          <w:p w14:paraId="48E54D7A" w14:textId="77777777" w:rsidR="004B4EAF" w:rsidRDefault="004B4EAF"/>
        </w:tc>
      </w:tr>
      <w:tr w:rsidR="004B4EAF" w14:paraId="631A8BBC" w14:textId="77777777">
        <w:tc>
          <w:tcPr>
            <w:tcW w:w="1234" w:type="dxa"/>
          </w:tcPr>
          <w:p w14:paraId="0EBAF546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3560434A" w14:textId="77777777" w:rsidR="004B4EAF" w:rsidRDefault="00000000">
            <w:r>
              <w:t>Mito-phylogenetic relationship of the new subspecies of gentle monkey Cercopithecus mitis manyaraensis, Butynski &amp; De Jong, 2020</w:t>
            </w:r>
          </w:p>
        </w:tc>
        <w:tc>
          <w:tcPr>
            <w:tcW w:w="1234" w:type="dxa"/>
          </w:tcPr>
          <w:p w14:paraId="490244F3" w14:textId="77777777" w:rsidR="004B4EAF" w:rsidRDefault="00000000">
            <w:r>
              <w:t>Primate Biol</w:t>
            </w:r>
          </w:p>
        </w:tc>
        <w:tc>
          <w:tcPr>
            <w:tcW w:w="1234" w:type="dxa"/>
          </w:tcPr>
          <w:p w14:paraId="771BFAA9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Zinner, D.; Knauf, S.; Chuma, I. S.; Butynski, T. M.; De Jong, Y. A.; Keyyu, J. D.; Kaitila, R.; Roos, C.</w:t>
            </w:r>
          </w:p>
        </w:tc>
        <w:tc>
          <w:tcPr>
            <w:tcW w:w="1234" w:type="dxa"/>
          </w:tcPr>
          <w:p w14:paraId="076C242D" w14:textId="77777777" w:rsidR="004B4EAF" w:rsidRPr="005440C3" w:rsidRDefault="004B4EAF">
            <w:pPr>
              <w:rPr>
                <w:lang w:val="nb-NO"/>
              </w:rPr>
            </w:pPr>
          </w:p>
        </w:tc>
        <w:tc>
          <w:tcPr>
            <w:tcW w:w="1234" w:type="dxa"/>
          </w:tcPr>
          <w:p w14:paraId="5AB492B6" w14:textId="77777777" w:rsidR="004B4EAF" w:rsidRDefault="00000000">
            <w:r>
              <w:t>10.5194/pb-9-11-2022</w:t>
            </w:r>
          </w:p>
        </w:tc>
        <w:tc>
          <w:tcPr>
            <w:tcW w:w="1234" w:type="dxa"/>
          </w:tcPr>
          <w:p w14:paraId="5C6D2B14" w14:textId="77777777" w:rsidR="004B4EAF" w:rsidRDefault="004B4EAF"/>
        </w:tc>
      </w:tr>
      <w:tr w:rsidR="004B4EAF" w14:paraId="0C7D4470" w14:textId="77777777">
        <w:tc>
          <w:tcPr>
            <w:tcW w:w="1234" w:type="dxa"/>
          </w:tcPr>
          <w:p w14:paraId="0C6F939A" w14:textId="77777777" w:rsidR="004B4EAF" w:rsidRDefault="00000000">
            <w:r>
              <w:t>1957</w:t>
            </w:r>
          </w:p>
        </w:tc>
        <w:tc>
          <w:tcPr>
            <w:tcW w:w="1234" w:type="dxa"/>
          </w:tcPr>
          <w:p w14:paraId="2F7E286E" w14:textId="77777777" w:rsidR="004B4EAF" w:rsidRDefault="00000000">
            <w:r>
              <w:t>Sandflies &amp; onchocerciasis in Somaliland</w:t>
            </w:r>
          </w:p>
        </w:tc>
        <w:tc>
          <w:tcPr>
            <w:tcW w:w="1234" w:type="dxa"/>
          </w:tcPr>
          <w:p w14:paraId="15E1C141" w14:textId="77777777" w:rsidR="004B4EAF" w:rsidRDefault="00000000">
            <w:r>
              <w:t>Bull World Health Organ</w:t>
            </w:r>
          </w:p>
        </w:tc>
        <w:tc>
          <w:tcPr>
            <w:tcW w:w="1234" w:type="dxa"/>
          </w:tcPr>
          <w:p w14:paraId="10BFA46C" w14:textId="77777777" w:rsidR="004B4EAF" w:rsidRDefault="00000000">
            <w:r>
              <w:t>Zuretti, S.</w:t>
            </w:r>
          </w:p>
        </w:tc>
        <w:tc>
          <w:tcPr>
            <w:tcW w:w="1234" w:type="dxa"/>
          </w:tcPr>
          <w:p w14:paraId="2313737E" w14:textId="77777777" w:rsidR="004B4EAF" w:rsidRDefault="00000000">
            <w:r>
              <w:t>Animals</w:t>
            </w:r>
          </w:p>
        </w:tc>
        <w:tc>
          <w:tcPr>
            <w:tcW w:w="1234" w:type="dxa"/>
          </w:tcPr>
          <w:p w14:paraId="3C425B5A" w14:textId="77777777" w:rsidR="004B4EAF" w:rsidRDefault="004B4EAF"/>
        </w:tc>
        <w:tc>
          <w:tcPr>
            <w:tcW w:w="1234" w:type="dxa"/>
          </w:tcPr>
          <w:p w14:paraId="58B75679" w14:textId="77777777" w:rsidR="004B4EAF" w:rsidRDefault="004B4EAF"/>
        </w:tc>
      </w:tr>
    </w:tbl>
    <w:p w14:paraId="3CB7466B" w14:textId="77777777" w:rsidR="004B4EAF" w:rsidRDefault="004B4EAF"/>
    <w:p w14:paraId="5E154685" w14:textId="77777777" w:rsidR="004B4EAF" w:rsidRDefault="00000000">
      <w:pPr>
        <w:pStyle w:val="Heading2"/>
      </w:pPr>
      <w:r>
        <w:lastRenderedPageBreak/>
        <w:t>Database: CINAHL</w:t>
      </w:r>
    </w:p>
    <w:p w14:paraId="713F3960" w14:textId="77777777" w:rsidR="004B4EAF" w:rsidRDefault="00000000">
      <w:r>
        <w:t>Total records retrieved: 33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"/>
        <w:gridCol w:w="931"/>
        <w:gridCol w:w="931"/>
        <w:gridCol w:w="933"/>
        <w:gridCol w:w="920"/>
        <w:gridCol w:w="1983"/>
        <w:gridCol w:w="6806"/>
      </w:tblGrid>
      <w:tr w:rsidR="004B4EAF" w14:paraId="3E613D3F" w14:textId="77777777">
        <w:tc>
          <w:tcPr>
            <w:tcW w:w="1234" w:type="dxa"/>
          </w:tcPr>
          <w:p w14:paraId="218908A5" w14:textId="77777777" w:rsidR="004B4EAF" w:rsidRDefault="00000000">
            <w:r>
              <w:t>Year</w:t>
            </w:r>
          </w:p>
        </w:tc>
        <w:tc>
          <w:tcPr>
            <w:tcW w:w="1234" w:type="dxa"/>
          </w:tcPr>
          <w:p w14:paraId="211D63A8" w14:textId="77777777" w:rsidR="004B4EAF" w:rsidRDefault="00000000">
            <w:r>
              <w:t>Title</w:t>
            </w:r>
          </w:p>
        </w:tc>
        <w:tc>
          <w:tcPr>
            <w:tcW w:w="1234" w:type="dxa"/>
          </w:tcPr>
          <w:p w14:paraId="7F84E2F8" w14:textId="77777777" w:rsidR="004B4EAF" w:rsidRDefault="00000000">
            <w:r>
              <w:t>Journal</w:t>
            </w:r>
          </w:p>
        </w:tc>
        <w:tc>
          <w:tcPr>
            <w:tcW w:w="1234" w:type="dxa"/>
          </w:tcPr>
          <w:p w14:paraId="2804341D" w14:textId="77777777" w:rsidR="004B4EAF" w:rsidRDefault="00000000">
            <w:r>
              <w:t>Authors</w:t>
            </w:r>
          </w:p>
        </w:tc>
        <w:tc>
          <w:tcPr>
            <w:tcW w:w="1234" w:type="dxa"/>
          </w:tcPr>
          <w:p w14:paraId="4450054A" w14:textId="77777777" w:rsidR="004B4EAF" w:rsidRDefault="00000000">
            <w:r>
              <w:t>Keywords</w:t>
            </w:r>
          </w:p>
        </w:tc>
        <w:tc>
          <w:tcPr>
            <w:tcW w:w="1234" w:type="dxa"/>
          </w:tcPr>
          <w:p w14:paraId="4CE7D008" w14:textId="77777777" w:rsidR="004B4EAF" w:rsidRDefault="00000000">
            <w:r>
              <w:t>DOI</w:t>
            </w:r>
          </w:p>
        </w:tc>
        <w:tc>
          <w:tcPr>
            <w:tcW w:w="1234" w:type="dxa"/>
          </w:tcPr>
          <w:p w14:paraId="7424AF2D" w14:textId="77777777" w:rsidR="004B4EAF" w:rsidRDefault="00000000">
            <w:r>
              <w:t>URL</w:t>
            </w:r>
          </w:p>
        </w:tc>
      </w:tr>
      <w:tr w:rsidR="004B4EAF" w14:paraId="68BBC2E3" w14:textId="77777777">
        <w:tc>
          <w:tcPr>
            <w:tcW w:w="1234" w:type="dxa"/>
          </w:tcPr>
          <w:p w14:paraId="337762F1" w14:textId="77777777" w:rsidR="004B4EAF" w:rsidRDefault="004B4EAF"/>
        </w:tc>
        <w:tc>
          <w:tcPr>
            <w:tcW w:w="1234" w:type="dxa"/>
          </w:tcPr>
          <w:p w14:paraId="061B9537" w14:textId="77777777" w:rsidR="004B4EAF" w:rsidRDefault="004B4EAF"/>
        </w:tc>
        <w:tc>
          <w:tcPr>
            <w:tcW w:w="1234" w:type="dxa"/>
          </w:tcPr>
          <w:p w14:paraId="6B381467" w14:textId="77777777" w:rsidR="004B4EAF" w:rsidRDefault="004B4EAF"/>
        </w:tc>
        <w:tc>
          <w:tcPr>
            <w:tcW w:w="1234" w:type="dxa"/>
          </w:tcPr>
          <w:p w14:paraId="6173A0D0" w14:textId="77777777" w:rsidR="004B4EAF" w:rsidRDefault="004B4EAF"/>
        </w:tc>
        <w:tc>
          <w:tcPr>
            <w:tcW w:w="1234" w:type="dxa"/>
          </w:tcPr>
          <w:p w14:paraId="2BED2CE5" w14:textId="77777777" w:rsidR="004B4EAF" w:rsidRDefault="004B4EAF"/>
        </w:tc>
        <w:tc>
          <w:tcPr>
            <w:tcW w:w="1234" w:type="dxa"/>
          </w:tcPr>
          <w:p w14:paraId="44E02528" w14:textId="77777777" w:rsidR="004B4EAF" w:rsidRDefault="004B4EAF"/>
        </w:tc>
        <w:tc>
          <w:tcPr>
            <w:tcW w:w="1234" w:type="dxa"/>
          </w:tcPr>
          <w:p w14:paraId="65FE52CF" w14:textId="77777777" w:rsidR="004B4EAF" w:rsidRDefault="004B4EAF"/>
        </w:tc>
      </w:tr>
      <w:tr w:rsidR="004B4EAF" w14:paraId="725C33F6" w14:textId="77777777">
        <w:tc>
          <w:tcPr>
            <w:tcW w:w="1234" w:type="dxa"/>
          </w:tcPr>
          <w:p w14:paraId="063069B1" w14:textId="77777777" w:rsidR="004B4EAF" w:rsidRDefault="00000000">
            <w:r>
              <w:t>2013</w:t>
            </w:r>
          </w:p>
        </w:tc>
        <w:tc>
          <w:tcPr>
            <w:tcW w:w="1234" w:type="dxa"/>
          </w:tcPr>
          <w:p w14:paraId="0A535C02" w14:textId="77777777" w:rsidR="004B4EAF" w:rsidRDefault="00000000">
            <w:r>
              <w:t>Case Study</w:t>
            </w:r>
          </w:p>
        </w:tc>
        <w:tc>
          <w:tcPr>
            <w:tcW w:w="1234" w:type="dxa"/>
          </w:tcPr>
          <w:p w14:paraId="3AFD6EC0" w14:textId="77777777" w:rsidR="004B4EAF" w:rsidRDefault="00000000">
            <w:r>
              <w:t>Urologic Nursing</w:t>
            </w:r>
          </w:p>
        </w:tc>
        <w:tc>
          <w:tcPr>
            <w:tcW w:w="1234" w:type="dxa"/>
          </w:tcPr>
          <w:p w14:paraId="278E942B" w14:textId="77777777" w:rsidR="004B4EAF" w:rsidRDefault="004B4EAF"/>
        </w:tc>
        <w:tc>
          <w:tcPr>
            <w:tcW w:w="1234" w:type="dxa"/>
          </w:tcPr>
          <w:p w14:paraId="23D6F5FD" w14:textId="77777777" w:rsidR="004B4EAF" w:rsidRDefault="00000000">
            <w:r>
              <w:t>Hematuria -- Etiology</w:t>
            </w:r>
          </w:p>
        </w:tc>
        <w:tc>
          <w:tcPr>
            <w:tcW w:w="1234" w:type="dxa"/>
          </w:tcPr>
          <w:p w14:paraId="08A79F83" w14:textId="77777777" w:rsidR="004B4EAF" w:rsidRDefault="004B4EAF"/>
        </w:tc>
        <w:tc>
          <w:tcPr>
            <w:tcW w:w="1234" w:type="dxa"/>
          </w:tcPr>
          <w:p w14:paraId="219F2BB3" w14:textId="77777777" w:rsidR="004B4EAF" w:rsidRDefault="00000000">
            <w:r>
              <w:t>https://lstmed.idm.oclc.org/login?url=https://search.ebscohost.com/login.aspx?direct=true&amp;AuthType=sso&amp;db=ccm&amp;AN=89676029&amp;site=ehost-live&amp;scope=site</w:t>
            </w:r>
          </w:p>
        </w:tc>
      </w:tr>
      <w:tr w:rsidR="004B4EAF" w14:paraId="3AD41FD7" w14:textId="77777777">
        <w:tc>
          <w:tcPr>
            <w:tcW w:w="1234" w:type="dxa"/>
          </w:tcPr>
          <w:p w14:paraId="56425E93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4B331122" w14:textId="77777777" w:rsidR="004B4EAF" w:rsidRDefault="00000000">
            <w:r>
              <w:t>Global, regional, and national incidence, prevalence, and years lived with disability for 310 diseases and injuries, 1990-2015: a system</w:t>
            </w:r>
            <w:r>
              <w:lastRenderedPageBreak/>
              <w:t>atic analysis for the Global Burden of Disease Study 2015</w:t>
            </w:r>
          </w:p>
        </w:tc>
        <w:tc>
          <w:tcPr>
            <w:tcW w:w="1234" w:type="dxa"/>
          </w:tcPr>
          <w:p w14:paraId="01251621" w14:textId="77777777" w:rsidR="004B4EAF" w:rsidRDefault="00000000">
            <w:r>
              <w:lastRenderedPageBreak/>
              <w:t>Lancet</w:t>
            </w:r>
          </w:p>
        </w:tc>
        <w:tc>
          <w:tcPr>
            <w:tcW w:w="1234" w:type="dxa"/>
          </w:tcPr>
          <w:p w14:paraId="06CE9C20" w14:textId="77777777" w:rsidR="004B4EAF" w:rsidRDefault="004B4EAF"/>
        </w:tc>
        <w:tc>
          <w:tcPr>
            <w:tcW w:w="1234" w:type="dxa"/>
          </w:tcPr>
          <w:p w14:paraId="3F482A94" w14:textId="77777777" w:rsidR="004B4EAF" w:rsidRDefault="00000000">
            <w:r>
              <w:t>Persons with Disabilities</w:t>
            </w:r>
          </w:p>
        </w:tc>
        <w:tc>
          <w:tcPr>
            <w:tcW w:w="1234" w:type="dxa"/>
          </w:tcPr>
          <w:p w14:paraId="4E964286" w14:textId="77777777" w:rsidR="004B4EAF" w:rsidRDefault="00000000">
            <w:r>
              <w:t>10.1016/S0140-6736(16)31678-6</w:t>
            </w:r>
          </w:p>
        </w:tc>
        <w:tc>
          <w:tcPr>
            <w:tcW w:w="1234" w:type="dxa"/>
          </w:tcPr>
          <w:p w14:paraId="7582ED3C" w14:textId="77777777" w:rsidR="004B4EAF" w:rsidRDefault="00000000">
            <w:r>
              <w:t>https://lstmed.idm.oclc.org/login?url=https://search.ebscohost.com/login.aspx?direct=true&amp;AuthType=sso&amp;db=ccm&amp;AN=119386597&amp;site=ehost-live&amp;scope=site</w:t>
            </w:r>
          </w:p>
        </w:tc>
      </w:tr>
      <w:tr w:rsidR="004B4EAF" w14:paraId="53FD3E62" w14:textId="77777777">
        <w:tc>
          <w:tcPr>
            <w:tcW w:w="1234" w:type="dxa"/>
          </w:tcPr>
          <w:p w14:paraId="76D65D7C" w14:textId="77777777" w:rsidR="004B4EAF" w:rsidRDefault="00000000">
            <w:r>
              <w:t>2017</w:t>
            </w:r>
          </w:p>
        </w:tc>
        <w:tc>
          <w:tcPr>
            <w:tcW w:w="1234" w:type="dxa"/>
          </w:tcPr>
          <w:p w14:paraId="18CD4AD8" w14:textId="77777777" w:rsidR="004B4EAF" w:rsidRDefault="00000000">
            <w:r>
              <w:t>Control of visceral leishmaniasis in Somalia: achievements in a challenging scenario, 2013-2015</w:t>
            </w:r>
          </w:p>
        </w:tc>
        <w:tc>
          <w:tcPr>
            <w:tcW w:w="1234" w:type="dxa"/>
          </w:tcPr>
          <w:p w14:paraId="16BD106C" w14:textId="77777777" w:rsidR="004B4EAF" w:rsidRDefault="00000000">
            <w:r>
              <w:t>Weekly Epidemiological Record</w:t>
            </w:r>
          </w:p>
        </w:tc>
        <w:tc>
          <w:tcPr>
            <w:tcW w:w="1234" w:type="dxa"/>
          </w:tcPr>
          <w:p w14:paraId="6E2BAB71" w14:textId="77777777" w:rsidR="004B4EAF" w:rsidRDefault="004B4EAF"/>
        </w:tc>
        <w:tc>
          <w:tcPr>
            <w:tcW w:w="1234" w:type="dxa"/>
          </w:tcPr>
          <w:p w14:paraId="1C5CEE56" w14:textId="77777777" w:rsidR="004B4EAF" w:rsidRDefault="00000000">
            <w:r>
              <w:t>Leishmaniasis, Visceral -- Epidemiology -- Somalia</w:t>
            </w:r>
          </w:p>
        </w:tc>
        <w:tc>
          <w:tcPr>
            <w:tcW w:w="1234" w:type="dxa"/>
          </w:tcPr>
          <w:p w14:paraId="34301C74" w14:textId="77777777" w:rsidR="004B4EAF" w:rsidRDefault="004B4EAF"/>
        </w:tc>
        <w:tc>
          <w:tcPr>
            <w:tcW w:w="1234" w:type="dxa"/>
          </w:tcPr>
          <w:p w14:paraId="34C0655C" w14:textId="77777777" w:rsidR="004B4EAF" w:rsidRDefault="00000000">
            <w:r>
              <w:t>https://lstmed.idm.oclc.org/login?url=https://search.ebscohost.com/login.aspx?direct=true&amp;AuthType=sso&amp;db=ccm&amp;AN=125308128&amp;site=ehost-live&amp;scope=site</w:t>
            </w:r>
          </w:p>
        </w:tc>
      </w:tr>
      <w:tr w:rsidR="004B4EAF" w14:paraId="1F81F9E3" w14:textId="77777777">
        <w:tc>
          <w:tcPr>
            <w:tcW w:w="1234" w:type="dxa"/>
          </w:tcPr>
          <w:p w14:paraId="354F05C7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339D6468" w14:textId="77777777" w:rsidR="004B4EAF" w:rsidRDefault="00000000">
            <w:r>
              <w:t>Hydatid cyst of the foot: a case report</w:t>
            </w:r>
          </w:p>
        </w:tc>
        <w:tc>
          <w:tcPr>
            <w:tcW w:w="1234" w:type="dxa"/>
          </w:tcPr>
          <w:p w14:paraId="3821BDB4" w14:textId="77777777" w:rsidR="004B4EAF" w:rsidRDefault="00000000">
            <w:r>
              <w:t>Journal of Medical Case Reports</w:t>
            </w:r>
          </w:p>
        </w:tc>
        <w:tc>
          <w:tcPr>
            <w:tcW w:w="1234" w:type="dxa"/>
          </w:tcPr>
          <w:p w14:paraId="017766A8" w14:textId="77777777" w:rsidR="004B4EAF" w:rsidRDefault="004B4EAF"/>
        </w:tc>
        <w:tc>
          <w:tcPr>
            <w:tcW w:w="1234" w:type="dxa"/>
          </w:tcPr>
          <w:p w14:paraId="5CA9DA5A" w14:textId="77777777" w:rsidR="004B4EAF" w:rsidRDefault="00000000">
            <w:r>
              <w:t>Echinococcosis -- Diagnosis</w:t>
            </w:r>
          </w:p>
        </w:tc>
        <w:tc>
          <w:tcPr>
            <w:tcW w:w="1234" w:type="dxa"/>
          </w:tcPr>
          <w:p w14:paraId="7B2A85AF" w14:textId="77777777" w:rsidR="004B4EAF" w:rsidRDefault="00000000">
            <w:r>
              <w:t>10.1186/s13256-019-2337-8</w:t>
            </w:r>
          </w:p>
        </w:tc>
        <w:tc>
          <w:tcPr>
            <w:tcW w:w="1234" w:type="dxa"/>
          </w:tcPr>
          <w:p w14:paraId="295791D2" w14:textId="77777777" w:rsidR="004B4EAF" w:rsidRDefault="00000000">
            <w:r>
              <w:t>https://lstmed.idm.oclc.org/login?url=https://search.ebscohost.com/login.aspx?direct=true&amp;AuthType=sso&amp;db=ccm&amp;AN=141132431&amp;site=ehost-live&amp;scope=site</w:t>
            </w:r>
          </w:p>
        </w:tc>
      </w:tr>
      <w:tr w:rsidR="004B4EAF" w14:paraId="796E8A88" w14:textId="77777777">
        <w:tc>
          <w:tcPr>
            <w:tcW w:w="1234" w:type="dxa"/>
          </w:tcPr>
          <w:p w14:paraId="585C2FB6" w14:textId="77777777" w:rsidR="004B4EAF" w:rsidRDefault="00000000">
            <w:r>
              <w:lastRenderedPageBreak/>
              <w:t>2022</w:t>
            </w:r>
          </w:p>
        </w:tc>
        <w:tc>
          <w:tcPr>
            <w:tcW w:w="1234" w:type="dxa"/>
          </w:tcPr>
          <w:p w14:paraId="639F4670" w14:textId="77777777" w:rsidR="004B4EAF" w:rsidRDefault="00000000">
            <w:r>
              <w:t>WHE1 acute emergencies monthly summary -- July and August 2022</w:t>
            </w:r>
          </w:p>
        </w:tc>
        <w:tc>
          <w:tcPr>
            <w:tcW w:w="1234" w:type="dxa"/>
          </w:tcPr>
          <w:p w14:paraId="705E110C" w14:textId="77777777" w:rsidR="004B4EAF" w:rsidRDefault="00000000">
            <w:r>
              <w:t>Weekly Epidemiological Record</w:t>
            </w:r>
          </w:p>
        </w:tc>
        <w:tc>
          <w:tcPr>
            <w:tcW w:w="1234" w:type="dxa"/>
          </w:tcPr>
          <w:p w14:paraId="63C0FBCF" w14:textId="77777777" w:rsidR="004B4EAF" w:rsidRDefault="004B4EAF"/>
        </w:tc>
        <w:tc>
          <w:tcPr>
            <w:tcW w:w="1234" w:type="dxa"/>
          </w:tcPr>
          <w:p w14:paraId="7D89172D" w14:textId="77777777" w:rsidR="004B4EAF" w:rsidRDefault="00000000">
            <w:r>
              <w:t>World Health</w:t>
            </w:r>
          </w:p>
        </w:tc>
        <w:tc>
          <w:tcPr>
            <w:tcW w:w="1234" w:type="dxa"/>
          </w:tcPr>
          <w:p w14:paraId="0F4B1788" w14:textId="77777777" w:rsidR="004B4EAF" w:rsidRDefault="004B4EAF"/>
        </w:tc>
        <w:tc>
          <w:tcPr>
            <w:tcW w:w="1234" w:type="dxa"/>
          </w:tcPr>
          <w:p w14:paraId="4ED26B63" w14:textId="77777777" w:rsidR="004B4EAF" w:rsidRDefault="00000000">
            <w:r>
              <w:t>https://lstmed.idm.oclc.org/login?url=https://search.ebscohost.com/login.aspx?direct=true&amp;AuthType=sso&amp;db=ccm&amp;AN=158882534&amp;site=ehost-live&amp;scope=site</w:t>
            </w:r>
          </w:p>
        </w:tc>
      </w:tr>
      <w:tr w:rsidR="004B4EAF" w14:paraId="3B13F9A8" w14:textId="77777777">
        <w:tc>
          <w:tcPr>
            <w:tcW w:w="1234" w:type="dxa"/>
          </w:tcPr>
          <w:p w14:paraId="20C56DE2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51152EEC" w14:textId="77777777" w:rsidR="004B4EAF" w:rsidRDefault="00000000">
            <w:r>
              <w:t>Visceral Leishmaniasis, Northern Somalia, 2013-2019</w:t>
            </w:r>
          </w:p>
        </w:tc>
        <w:tc>
          <w:tcPr>
            <w:tcW w:w="1234" w:type="dxa"/>
          </w:tcPr>
          <w:p w14:paraId="34B5F9F0" w14:textId="77777777" w:rsidR="004B4EAF" w:rsidRDefault="00000000">
            <w:r>
              <w:t>Emerging Infectious Diseases</w:t>
            </w:r>
          </w:p>
        </w:tc>
        <w:tc>
          <w:tcPr>
            <w:tcW w:w="1234" w:type="dxa"/>
          </w:tcPr>
          <w:p w14:paraId="44423CBC" w14:textId="77777777" w:rsidR="004B4EAF" w:rsidRDefault="00000000">
            <w:r>
              <w:t xml:space="preserve">Aalto, Mikko K.; Temmy, Sunyoto; Yusuf, Mohamed Ahmed Ali; Mohamed, Abdiaziz Ahmed; Van der Auwera, Gert; </w:t>
            </w:r>
            <w:r>
              <w:lastRenderedPageBreak/>
              <w:t>Dujardin, Jean-Claude; Sunyoto, Temmy</w:t>
            </w:r>
          </w:p>
        </w:tc>
        <w:tc>
          <w:tcPr>
            <w:tcW w:w="1234" w:type="dxa"/>
          </w:tcPr>
          <w:p w14:paraId="3C20DC40" w14:textId="77777777" w:rsidR="004B4EAF" w:rsidRDefault="00000000">
            <w:r>
              <w:lastRenderedPageBreak/>
              <w:t>Leishmaniasis -- Epidemiology</w:t>
            </w:r>
          </w:p>
        </w:tc>
        <w:tc>
          <w:tcPr>
            <w:tcW w:w="1234" w:type="dxa"/>
          </w:tcPr>
          <w:p w14:paraId="53AE68ED" w14:textId="77777777" w:rsidR="004B4EAF" w:rsidRDefault="00000000">
            <w:r>
              <w:t>10.3201/eid2601.181851</w:t>
            </w:r>
          </w:p>
        </w:tc>
        <w:tc>
          <w:tcPr>
            <w:tcW w:w="1234" w:type="dxa"/>
          </w:tcPr>
          <w:p w14:paraId="64FC3898" w14:textId="77777777" w:rsidR="004B4EAF" w:rsidRDefault="00000000">
            <w:r>
              <w:t>https://lstmed.idm.oclc.org/login?url=https://search.ebscohost.com/login.aspx?direct=true&amp;AuthType=sso&amp;db=ccm&amp;AN=140950294&amp;site=ehost-live&amp;scope=site</w:t>
            </w:r>
          </w:p>
        </w:tc>
      </w:tr>
      <w:tr w:rsidR="004B4EAF" w14:paraId="19DD3D3E" w14:textId="77777777">
        <w:tc>
          <w:tcPr>
            <w:tcW w:w="1234" w:type="dxa"/>
          </w:tcPr>
          <w:p w14:paraId="085D8517" w14:textId="77777777" w:rsidR="004B4EAF" w:rsidRDefault="00000000">
            <w:r>
              <w:t>2020</w:t>
            </w:r>
          </w:p>
        </w:tc>
        <w:tc>
          <w:tcPr>
            <w:tcW w:w="1234" w:type="dxa"/>
          </w:tcPr>
          <w:p w14:paraId="06C77BC8" w14:textId="77777777" w:rsidR="004B4EAF" w:rsidRDefault="00000000">
            <w:r>
              <w:t>Prevalence of refractive error and visual impairment among school-age children of Hargesia, Somaliland, Somalia</w:t>
            </w:r>
          </w:p>
        </w:tc>
        <w:tc>
          <w:tcPr>
            <w:tcW w:w="1234" w:type="dxa"/>
          </w:tcPr>
          <w:p w14:paraId="2DE45284" w14:textId="77777777" w:rsidR="004B4EAF" w:rsidRDefault="00000000">
            <w:r>
              <w:t>Eastern Mediterranean Health Journal</w:t>
            </w:r>
          </w:p>
        </w:tc>
        <w:tc>
          <w:tcPr>
            <w:tcW w:w="1234" w:type="dxa"/>
          </w:tcPr>
          <w:p w14:paraId="2B3E67E6" w14:textId="77777777" w:rsidR="004B4EAF" w:rsidRDefault="00000000">
            <w:r>
              <w:t>Ahmed, Zahra Abdi; Alrasheed, Saif Hassan; Alghamdi, Waleed</w:t>
            </w:r>
          </w:p>
        </w:tc>
        <w:tc>
          <w:tcPr>
            <w:tcW w:w="1234" w:type="dxa"/>
          </w:tcPr>
          <w:p w14:paraId="1424A325" w14:textId="77777777" w:rsidR="004B4EAF" w:rsidRDefault="00000000">
            <w:r>
              <w:t>Refractive Errors -- Epidemiology -- Djibouti</w:t>
            </w:r>
          </w:p>
        </w:tc>
        <w:tc>
          <w:tcPr>
            <w:tcW w:w="1234" w:type="dxa"/>
          </w:tcPr>
          <w:p w14:paraId="5C938BF2" w14:textId="77777777" w:rsidR="004B4EAF" w:rsidRDefault="00000000">
            <w:r>
              <w:t>10.26719/emhj.20.077</w:t>
            </w:r>
          </w:p>
        </w:tc>
        <w:tc>
          <w:tcPr>
            <w:tcW w:w="1234" w:type="dxa"/>
          </w:tcPr>
          <w:p w14:paraId="236CA406" w14:textId="77777777" w:rsidR="004B4EAF" w:rsidRDefault="00000000">
            <w:r>
              <w:t>https://lstmed.idm.oclc.org/login?url=https://search.ebscohost.com/login.aspx?direct=true&amp;AuthType=sso&amp;db=ccm&amp;AN=147141634&amp;site=ehost-live&amp;scope=site</w:t>
            </w:r>
          </w:p>
        </w:tc>
      </w:tr>
      <w:tr w:rsidR="004B4EAF" w14:paraId="538CF107" w14:textId="77777777">
        <w:tc>
          <w:tcPr>
            <w:tcW w:w="1234" w:type="dxa"/>
          </w:tcPr>
          <w:p w14:paraId="57833CCD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60C07709" w14:textId="77777777" w:rsidR="004B4EAF" w:rsidRDefault="00000000">
            <w:r>
              <w:t>Somalia tackles leprosy and visceral leishm</w:t>
            </w:r>
            <w:r>
              <w:lastRenderedPageBreak/>
              <w:t>aniasis</w:t>
            </w:r>
          </w:p>
        </w:tc>
        <w:tc>
          <w:tcPr>
            <w:tcW w:w="1234" w:type="dxa"/>
          </w:tcPr>
          <w:p w14:paraId="52A38A0E" w14:textId="77777777" w:rsidR="004B4EAF" w:rsidRDefault="00000000">
            <w:r>
              <w:lastRenderedPageBreak/>
              <w:t>Lancet Infectious Diseases</w:t>
            </w:r>
          </w:p>
        </w:tc>
        <w:tc>
          <w:tcPr>
            <w:tcW w:w="1234" w:type="dxa"/>
          </w:tcPr>
          <w:p w14:paraId="66F4299A" w14:textId="77777777" w:rsidR="004B4EAF" w:rsidRDefault="00000000">
            <w:r>
              <w:t>Bagcchi, Sanjeet</w:t>
            </w:r>
          </w:p>
        </w:tc>
        <w:tc>
          <w:tcPr>
            <w:tcW w:w="1234" w:type="dxa"/>
          </w:tcPr>
          <w:p w14:paraId="3FECF613" w14:textId="77777777" w:rsidR="004B4EAF" w:rsidRDefault="00000000">
            <w:r>
              <w:t>Hansen's Disease -- Complications</w:t>
            </w:r>
          </w:p>
        </w:tc>
        <w:tc>
          <w:tcPr>
            <w:tcW w:w="1234" w:type="dxa"/>
          </w:tcPr>
          <w:p w14:paraId="00A91DC8" w14:textId="77777777" w:rsidR="004B4EAF" w:rsidRDefault="00000000">
            <w:r>
              <w:t>10.1016/S1473-3099(22)00168-2</w:t>
            </w:r>
          </w:p>
        </w:tc>
        <w:tc>
          <w:tcPr>
            <w:tcW w:w="1234" w:type="dxa"/>
          </w:tcPr>
          <w:p w14:paraId="72E84431" w14:textId="77777777" w:rsidR="004B4EAF" w:rsidRDefault="00000000">
            <w:r>
              <w:t>https://lstmed.idm.oclc.org/login?url=https://search.ebscohost.com/login.aspx?direct=true&amp;AuthType=sso&amp;db=ccm&amp;AN=155886802&amp;site=ehost-live&amp;scope=site</w:t>
            </w:r>
          </w:p>
        </w:tc>
      </w:tr>
      <w:tr w:rsidR="004B4EAF" w14:paraId="67953270" w14:textId="77777777">
        <w:tc>
          <w:tcPr>
            <w:tcW w:w="1234" w:type="dxa"/>
          </w:tcPr>
          <w:p w14:paraId="61078E0E" w14:textId="77777777" w:rsidR="004B4EAF" w:rsidRDefault="00000000">
            <w:r>
              <w:t>2007</w:t>
            </w:r>
          </w:p>
        </w:tc>
        <w:tc>
          <w:tcPr>
            <w:tcW w:w="1234" w:type="dxa"/>
          </w:tcPr>
          <w:p w14:paraId="79E19A3B" w14:textId="77777777" w:rsidR="004B4EAF" w:rsidRDefault="00000000">
            <w:r>
              <w:t>Tuberculosis in complex emergencies</w:t>
            </w:r>
          </w:p>
        </w:tc>
        <w:tc>
          <w:tcPr>
            <w:tcW w:w="1234" w:type="dxa"/>
          </w:tcPr>
          <w:p w14:paraId="5EE6BFE5" w14:textId="77777777" w:rsidR="004B4EAF" w:rsidRDefault="00000000">
            <w:r>
              <w:t>Bulletin of the World Health Organization</w:t>
            </w:r>
          </w:p>
        </w:tc>
        <w:tc>
          <w:tcPr>
            <w:tcW w:w="1234" w:type="dxa"/>
          </w:tcPr>
          <w:p w14:paraId="555C94C6" w14:textId="77777777" w:rsidR="004B4EAF" w:rsidRDefault="00000000">
            <w:r>
              <w:t>Coninx, R.</w:t>
            </w:r>
          </w:p>
        </w:tc>
        <w:tc>
          <w:tcPr>
            <w:tcW w:w="1234" w:type="dxa"/>
          </w:tcPr>
          <w:p w14:paraId="5BC44EF0" w14:textId="77777777" w:rsidR="004B4EAF" w:rsidRDefault="00000000">
            <w:r>
              <w:t>Antitubercular Agents -- Therapeutic Use</w:t>
            </w:r>
          </w:p>
        </w:tc>
        <w:tc>
          <w:tcPr>
            <w:tcW w:w="1234" w:type="dxa"/>
          </w:tcPr>
          <w:p w14:paraId="15153351" w14:textId="77777777" w:rsidR="004B4EAF" w:rsidRDefault="00000000">
            <w:r>
              <w:t>10.2471/blt.06.037630</w:t>
            </w:r>
          </w:p>
        </w:tc>
        <w:tc>
          <w:tcPr>
            <w:tcW w:w="1234" w:type="dxa"/>
          </w:tcPr>
          <w:p w14:paraId="695E7401" w14:textId="77777777" w:rsidR="004B4EAF" w:rsidRDefault="00000000">
            <w:r>
              <w:t>https://lstmed.idm.oclc.org/login?url=https://search.ebscohost.com/login.aspx?direct=true&amp;AuthType=sso&amp;db=ccm&amp;AN=106008151&amp;site=ehost-live&amp;scope=site</w:t>
            </w:r>
          </w:p>
        </w:tc>
      </w:tr>
      <w:tr w:rsidR="004B4EAF" w14:paraId="6068F6B7" w14:textId="77777777">
        <w:tc>
          <w:tcPr>
            <w:tcW w:w="1234" w:type="dxa"/>
          </w:tcPr>
          <w:p w14:paraId="61BCD7FD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24B6F4EE" w14:textId="77777777" w:rsidR="004B4EAF" w:rsidRDefault="00000000">
            <w:r>
              <w:t>Mycetoma case series in Somalia</w:t>
            </w:r>
          </w:p>
        </w:tc>
        <w:tc>
          <w:tcPr>
            <w:tcW w:w="1234" w:type="dxa"/>
          </w:tcPr>
          <w:p w14:paraId="19DF1725" w14:textId="77777777" w:rsidR="004B4EAF" w:rsidRDefault="00000000">
            <w:r>
              <w:t>Tropical Doctor</w:t>
            </w:r>
          </w:p>
        </w:tc>
        <w:tc>
          <w:tcPr>
            <w:tcW w:w="1234" w:type="dxa"/>
          </w:tcPr>
          <w:p w14:paraId="1E87A143" w14:textId="77777777" w:rsidR="004B4EAF" w:rsidRDefault="00000000">
            <w:r>
              <w:t>Doğan, Ahmet; Ali, Ahmed Mohamed; Ali, Mukhtar Abdullahi; Abdullahi, İsmail Mohamoud</w:t>
            </w:r>
          </w:p>
        </w:tc>
        <w:tc>
          <w:tcPr>
            <w:tcW w:w="1234" w:type="dxa"/>
          </w:tcPr>
          <w:p w14:paraId="5442515E" w14:textId="77777777" w:rsidR="004B4EAF" w:rsidRDefault="004B4EAF"/>
        </w:tc>
        <w:tc>
          <w:tcPr>
            <w:tcW w:w="1234" w:type="dxa"/>
          </w:tcPr>
          <w:p w14:paraId="0F386EAD" w14:textId="77777777" w:rsidR="004B4EAF" w:rsidRDefault="00000000">
            <w:r>
              <w:t>10.1177/00494755231201664</w:t>
            </w:r>
          </w:p>
        </w:tc>
        <w:tc>
          <w:tcPr>
            <w:tcW w:w="1234" w:type="dxa"/>
          </w:tcPr>
          <w:p w14:paraId="02FA8911" w14:textId="77777777" w:rsidR="004B4EAF" w:rsidRDefault="00000000">
            <w:r>
              <w:t>https://lstmed.idm.oclc.org/login?url=https://search.ebscohost.com/login.aspx?direct=true&amp;AuthType=sso&amp;db=ccm&amp;AN=174794453&amp;site=ehost-live&amp;scope=site</w:t>
            </w:r>
          </w:p>
        </w:tc>
      </w:tr>
      <w:tr w:rsidR="004B4EAF" w14:paraId="6976128C" w14:textId="77777777">
        <w:tc>
          <w:tcPr>
            <w:tcW w:w="1234" w:type="dxa"/>
          </w:tcPr>
          <w:p w14:paraId="35CDA466" w14:textId="77777777" w:rsidR="004B4EAF" w:rsidRDefault="00000000">
            <w:r>
              <w:t>2012</w:t>
            </w:r>
          </w:p>
        </w:tc>
        <w:tc>
          <w:tcPr>
            <w:tcW w:w="1234" w:type="dxa"/>
          </w:tcPr>
          <w:p w14:paraId="2D28A656" w14:textId="77777777" w:rsidR="004B4EAF" w:rsidRDefault="00000000">
            <w:r>
              <w:t>Dengue and US military operations from the Spanish-</w:t>
            </w:r>
            <w:r>
              <w:lastRenderedPageBreak/>
              <w:t>American War through today</w:t>
            </w:r>
          </w:p>
        </w:tc>
        <w:tc>
          <w:tcPr>
            <w:tcW w:w="1234" w:type="dxa"/>
          </w:tcPr>
          <w:p w14:paraId="0B81FD73" w14:textId="77777777" w:rsidR="004B4EAF" w:rsidRDefault="00000000">
            <w:r>
              <w:lastRenderedPageBreak/>
              <w:t>Emerging Infectious Diseases</w:t>
            </w:r>
          </w:p>
        </w:tc>
        <w:tc>
          <w:tcPr>
            <w:tcW w:w="1234" w:type="dxa"/>
          </w:tcPr>
          <w:p w14:paraId="14E4CDD7" w14:textId="77777777" w:rsidR="004B4EAF" w:rsidRDefault="00000000">
            <w:r>
              <w:t xml:space="preserve">Gibbons, R. V.; Streitz, M.; Babina, T.; Fried, J. R.; Gibbons, </w:t>
            </w:r>
            <w:r>
              <w:lastRenderedPageBreak/>
              <w:t>Robert V.; Streitz, Matthew; Babina, Tatyana; Fried, Jessica R.</w:t>
            </w:r>
          </w:p>
        </w:tc>
        <w:tc>
          <w:tcPr>
            <w:tcW w:w="1234" w:type="dxa"/>
          </w:tcPr>
          <w:p w14:paraId="28B97943" w14:textId="77777777" w:rsidR="004B4EAF" w:rsidRDefault="00000000">
            <w:r>
              <w:lastRenderedPageBreak/>
              <w:t>Dengue -- History</w:t>
            </w:r>
          </w:p>
        </w:tc>
        <w:tc>
          <w:tcPr>
            <w:tcW w:w="1234" w:type="dxa"/>
          </w:tcPr>
          <w:p w14:paraId="6E6DD61B" w14:textId="77777777" w:rsidR="004B4EAF" w:rsidRDefault="00000000">
            <w:r>
              <w:t>10.3201/eid1804.110134</w:t>
            </w:r>
          </w:p>
        </w:tc>
        <w:tc>
          <w:tcPr>
            <w:tcW w:w="1234" w:type="dxa"/>
          </w:tcPr>
          <w:p w14:paraId="06BBB0B0" w14:textId="77777777" w:rsidR="004B4EAF" w:rsidRDefault="00000000">
            <w:r>
              <w:t>https://lstmed.idm.oclc.org/login?url=https://search.ebscohost.com/login.aspx?direct=true&amp;AuthType=sso&amp;db=ccm&amp;AN=104546548&amp;site=ehost-live&amp;scope=site</w:t>
            </w:r>
          </w:p>
        </w:tc>
      </w:tr>
      <w:tr w:rsidR="004B4EAF" w14:paraId="5F218895" w14:textId="77777777">
        <w:tc>
          <w:tcPr>
            <w:tcW w:w="1234" w:type="dxa"/>
          </w:tcPr>
          <w:p w14:paraId="71B2710E" w14:textId="77777777" w:rsidR="004B4EAF" w:rsidRDefault="00000000">
            <w:r>
              <w:t>2015</w:t>
            </w:r>
          </w:p>
        </w:tc>
        <w:tc>
          <w:tcPr>
            <w:tcW w:w="1234" w:type="dxa"/>
          </w:tcPr>
          <w:p w14:paraId="65A80B03" w14:textId="77777777" w:rsidR="004B4EAF" w:rsidRDefault="00000000">
            <w:r>
              <w:t>Exploring Somali women’s reproductive health knowledge and experiences: results from focus group discussions in Mogadishu</w:t>
            </w:r>
          </w:p>
        </w:tc>
        <w:tc>
          <w:tcPr>
            <w:tcW w:w="1234" w:type="dxa"/>
          </w:tcPr>
          <w:p w14:paraId="7ABB65B3" w14:textId="77777777" w:rsidR="004B4EAF" w:rsidRDefault="00000000">
            <w:r>
              <w:t>Reproductive Health Matters</w:t>
            </w:r>
          </w:p>
        </w:tc>
        <w:tc>
          <w:tcPr>
            <w:tcW w:w="1234" w:type="dxa"/>
          </w:tcPr>
          <w:p w14:paraId="02398EA6" w14:textId="77777777" w:rsidR="004B4EAF" w:rsidRDefault="00000000">
            <w:r>
              <w:t>Gure, Faduma; Yusuf, Marian; Foster, Angel M.</w:t>
            </w:r>
          </w:p>
        </w:tc>
        <w:tc>
          <w:tcPr>
            <w:tcW w:w="1234" w:type="dxa"/>
          </w:tcPr>
          <w:p w14:paraId="75222B20" w14:textId="77777777" w:rsidR="004B4EAF" w:rsidRDefault="00000000">
            <w:r>
              <w:t>Reproductive Health</w:t>
            </w:r>
          </w:p>
        </w:tc>
        <w:tc>
          <w:tcPr>
            <w:tcW w:w="1234" w:type="dxa"/>
          </w:tcPr>
          <w:p w14:paraId="3ADD6D01" w14:textId="77777777" w:rsidR="004B4EAF" w:rsidRDefault="00000000">
            <w:r>
              <w:t>10.1016/j.rhm.2015.11.018</w:t>
            </w:r>
          </w:p>
        </w:tc>
        <w:tc>
          <w:tcPr>
            <w:tcW w:w="1234" w:type="dxa"/>
          </w:tcPr>
          <w:p w14:paraId="5BAB8BDD" w14:textId="77777777" w:rsidR="004B4EAF" w:rsidRDefault="00000000">
            <w:r>
              <w:t>https://lstmed.idm.oclc.org/login?url=https://search.ebscohost.com/login.aspx?direct=true&amp;AuthType=sso&amp;db=ccm&amp;AN=111893128&amp;site=ehost-live&amp;scope=site</w:t>
            </w:r>
          </w:p>
        </w:tc>
      </w:tr>
      <w:tr w:rsidR="004B4EAF" w14:paraId="7546D671" w14:textId="77777777">
        <w:tc>
          <w:tcPr>
            <w:tcW w:w="1234" w:type="dxa"/>
          </w:tcPr>
          <w:p w14:paraId="24819A2A" w14:textId="77777777" w:rsidR="004B4EAF" w:rsidRDefault="00000000">
            <w:r>
              <w:t>2</w:t>
            </w:r>
            <w:r>
              <w:lastRenderedPageBreak/>
              <w:t>021</w:t>
            </w:r>
          </w:p>
        </w:tc>
        <w:tc>
          <w:tcPr>
            <w:tcW w:w="1234" w:type="dxa"/>
          </w:tcPr>
          <w:p w14:paraId="1B041587" w14:textId="77777777" w:rsidR="004B4EAF" w:rsidRDefault="00000000">
            <w:r>
              <w:lastRenderedPageBreak/>
              <w:t>Spectru</w:t>
            </w:r>
            <w:r>
              <w:lastRenderedPageBreak/>
              <w:t>m and Prevalence of Thyroid Diseases at a Tertiary Referral Hospital in Mogadishu, Somalia: A Retrospective Study of 976 Cases</w:t>
            </w:r>
          </w:p>
        </w:tc>
        <w:tc>
          <w:tcPr>
            <w:tcW w:w="1234" w:type="dxa"/>
          </w:tcPr>
          <w:p w14:paraId="06BA8E79" w14:textId="77777777" w:rsidR="004B4EAF" w:rsidRDefault="00000000">
            <w:r>
              <w:lastRenderedPageBreak/>
              <w:t>Interna</w:t>
            </w:r>
            <w:r>
              <w:lastRenderedPageBreak/>
              <w:t>tional Journal of Endocrinology</w:t>
            </w:r>
          </w:p>
        </w:tc>
        <w:tc>
          <w:tcPr>
            <w:tcW w:w="1234" w:type="dxa"/>
          </w:tcPr>
          <w:p w14:paraId="3DF874CD" w14:textId="77777777" w:rsidR="004B4EAF" w:rsidRDefault="00000000">
            <w:r>
              <w:lastRenderedPageBreak/>
              <w:t>Hassan</w:t>
            </w:r>
            <w:r>
              <w:lastRenderedPageBreak/>
              <w:t>-Kadle, Mohamed A.; Adani, Abdulkamil Abdullahi; Eker, Hasan Huseyin; Keles, Esra; Muse Osman, Marian; Mahdi Ahmed, Hussein; Görçin Karaketir, Şeyma</w:t>
            </w:r>
          </w:p>
        </w:tc>
        <w:tc>
          <w:tcPr>
            <w:tcW w:w="1234" w:type="dxa"/>
          </w:tcPr>
          <w:p w14:paraId="7FA5A2D4" w14:textId="77777777" w:rsidR="004B4EAF" w:rsidRDefault="004B4EAF"/>
        </w:tc>
        <w:tc>
          <w:tcPr>
            <w:tcW w:w="1234" w:type="dxa"/>
          </w:tcPr>
          <w:p w14:paraId="10648E5D" w14:textId="77777777" w:rsidR="004B4EAF" w:rsidRDefault="00000000">
            <w:r>
              <w:t>10.1155/2021/71</w:t>
            </w:r>
            <w:r>
              <w:lastRenderedPageBreak/>
              <w:t>54250</w:t>
            </w:r>
          </w:p>
        </w:tc>
        <w:tc>
          <w:tcPr>
            <w:tcW w:w="1234" w:type="dxa"/>
          </w:tcPr>
          <w:p w14:paraId="7CB6361C" w14:textId="77777777" w:rsidR="004B4EAF" w:rsidRDefault="00000000">
            <w:r>
              <w:lastRenderedPageBreak/>
              <w:t>https://lstmed.idm.oclc.org/login?url=https://search.ebscohost.com/l</w:t>
            </w:r>
            <w:r>
              <w:lastRenderedPageBreak/>
              <w:t>ogin.aspx?direct=true&amp;AuthType=sso&amp;db=ccm&amp;AN=154309963&amp;site=ehost-live&amp;scope=site</w:t>
            </w:r>
          </w:p>
        </w:tc>
      </w:tr>
      <w:tr w:rsidR="004B4EAF" w14:paraId="313E4694" w14:textId="77777777">
        <w:tc>
          <w:tcPr>
            <w:tcW w:w="1234" w:type="dxa"/>
          </w:tcPr>
          <w:p w14:paraId="399D9A12" w14:textId="77777777" w:rsidR="004B4EAF" w:rsidRDefault="00000000">
            <w:r>
              <w:lastRenderedPageBreak/>
              <w:t>2009</w:t>
            </w:r>
          </w:p>
        </w:tc>
        <w:tc>
          <w:tcPr>
            <w:tcW w:w="1234" w:type="dxa"/>
          </w:tcPr>
          <w:p w14:paraId="6E2C8977" w14:textId="77777777" w:rsidR="004B4EAF" w:rsidRDefault="00000000">
            <w:r>
              <w:t>Appendectomy to remember</w:t>
            </w:r>
          </w:p>
        </w:tc>
        <w:tc>
          <w:tcPr>
            <w:tcW w:w="1234" w:type="dxa"/>
          </w:tcPr>
          <w:p w14:paraId="3DA28DC5" w14:textId="77777777" w:rsidR="004B4EAF" w:rsidRDefault="00000000">
            <w:r>
              <w:t>Journal of Travel Medicine</w:t>
            </w:r>
          </w:p>
        </w:tc>
        <w:tc>
          <w:tcPr>
            <w:tcW w:w="1234" w:type="dxa"/>
          </w:tcPr>
          <w:p w14:paraId="20259BDB" w14:textId="77777777" w:rsidR="004B4EAF" w:rsidRDefault="00000000">
            <w:r>
              <w:t>Jama, S.; Manivel, J. C.; Abd Alla, M. D.; Stauffe</w:t>
            </w:r>
            <w:r>
              <w:lastRenderedPageBreak/>
              <w:t>r, W. M.</w:t>
            </w:r>
          </w:p>
        </w:tc>
        <w:tc>
          <w:tcPr>
            <w:tcW w:w="1234" w:type="dxa"/>
          </w:tcPr>
          <w:p w14:paraId="5DD8D981" w14:textId="77777777" w:rsidR="004B4EAF" w:rsidRDefault="00000000">
            <w:r>
              <w:lastRenderedPageBreak/>
              <w:t>Appendicitis</w:t>
            </w:r>
          </w:p>
        </w:tc>
        <w:tc>
          <w:tcPr>
            <w:tcW w:w="1234" w:type="dxa"/>
          </w:tcPr>
          <w:p w14:paraId="631D0580" w14:textId="77777777" w:rsidR="004B4EAF" w:rsidRDefault="00000000">
            <w:r>
              <w:t>10.1111/j.1708-8305.2009.00306.x</w:t>
            </w:r>
          </w:p>
        </w:tc>
        <w:tc>
          <w:tcPr>
            <w:tcW w:w="1234" w:type="dxa"/>
          </w:tcPr>
          <w:p w14:paraId="6B68DEF5" w14:textId="77777777" w:rsidR="004B4EAF" w:rsidRDefault="00000000">
            <w:r>
              <w:t>https://lstmed.idm.oclc.org/login?url=https://search.ebscohost.com/login.aspx?direct=true&amp;AuthType=sso&amp;db=ccm&amp;AN=105222532&amp;site=ehost-live&amp;scope=site</w:t>
            </w:r>
          </w:p>
        </w:tc>
      </w:tr>
      <w:tr w:rsidR="004B4EAF" w14:paraId="64CDB0BC" w14:textId="77777777">
        <w:tc>
          <w:tcPr>
            <w:tcW w:w="1234" w:type="dxa"/>
          </w:tcPr>
          <w:p w14:paraId="3D26730F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0718D162" w14:textId="77777777" w:rsidR="004B4EAF" w:rsidRDefault="00000000">
            <w:r>
              <w:t>Retrospective study on the dengue fever outbreak in Puntland State, Somalia</w:t>
            </w:r>
          </w:p>
        </w:tc>
        <w:tc>
          <w:tcPr>
            <w:tcW w:w="1234" w:type="dxa"/>
          </w:tcPr>
          <w:p w14:paraId="5E25424A" w14:textId="77777777" w:rsidR="004B4EAF" w:rsidRDefault="00000000">
            <w:r>
              <w:t>BMC Infectious Diseases</w:t>
            </w:r>
          </w:p>
        </w:tc>
        <w:tc>
          <w:tcPr>
            <w:tcW w:w="1234" w:type="dxa"/>
          </w:tcPr>
          <w:p w14:paraId="566CF8BB" w14:textId="77777777" w:rsidR="004B4EAF" w:rsidRDefault="00000000">
            <w:r>
              <w:t>Jama, Saaid Said; Abshir, Said Nuriye; Jama, Jibril Said; Abdi, Mohamed Mohamud</w:t>
            </w:r>
          </w:p>
        </w:tc>
        <w:tc>
          <w:tcPr>
            <w:tcW w:w="1234" w:type="dxa"/>
          </w:tcPr>
          <w:p w14:paraId="2D8F14B2" w14:textId="77777777" w:rsidR="004B4EAF" w:rsidRDefault="004B4EAF"/>
        </w:tc>
        <w:tc>
          <w:tcPr>
            <w:tcW w:w="1234" w:type="dxa"/>
          </w:tcPr>
          <w:p w14:paraId="6519C6AE" w14:textId="77777777" w:rsidR="004B4EAF" w:rsidRDefault="00000000">
            <w:r>
              <w:t>10.1186/s12879-024-09552-1</w:t>
            </w:r>
          </w:p>
        </w:tc>
        <w:tc>
          <w:tcPr>
            <w:tcW w:w="1234" w:type="dxa"/>
          </w:tcPr>
          <w:p w14:paraId="28E7EF22" w14:textId="77777777" w:rsidR="004B4EAF" w:rsidRDefault="00000000">
            <w:r>
              <w:t>https://lstmed.idm.oclc.org/login?url=https://search.ebscohost.com/login.aspx?direct=true&amp;AuthType=sso&amp;db=ccm&amp;AN=178621402&amp;site=ehost-live&amp;scope=site</w:t>
            </w:r>
          </w:p>
        </w:tc>
      </w:tr>
      <w:tr w:rsidR="004B4EAF" w14:paraId="62137B53" w14:textId="77777777">
        <w:tc>
          <w:tcPr>
            <w:tcW w:w="1234" w:type="dxa"/>
          </w:tcPr>
          <w:p w14:paraId="4201FDC7" w14:textId="77777777" w:rsidR="004B4EAF" w:rsidRDefault="00000000">
            <w:r>
              <w:t>2021</w:t>
            </w:r>
          </w:p>
        </w:tc>
        <w:tc>
          <w:tcPr>
            <w:tcW w:w="1234" w:type="dxa"/>
          </w:tcPr>
          <w:p w14:paraId="6171A132" w14:textId="77777777" w:rsidR="004B4EAF" w:rsidRDefault="00000000">
            <w:r>
              <w:t xml:space="preserve">Clinical characteristics of acute liver failure associated with hepatitis A infection in children in Mogadishu, </w:t>
            </w:r>
            <w:r>
              <w:lastRenderedPageBreak/>
              <w:t>Somalia: a hospital-based retrospective study</w:t>
            </w:r>
          </w:p>
        </w:tc>
        <w:tc>
          <w:tcPr>
            <w:tcW w:w="1234" w:type="dxa"/>
          </w:tcPr>
          <w:p w14:paraId="5F41D633" w14:textId="77777777" w:rsidR="004B4EAF" w:rsidRDefault="00000000">
            <w:r>
              <w:lastRenderedPageBreak/>
              <w:t>BMC Infectious Diseases</w:t>
            </w:r>
          </w:p>
        </w:tc>
        <w:tc>
          <w:tcPr>
            <w:tcW w:w="1234" w:type="dxa"/>
          </w:tcPr>
          <w:p w14:paraId="7BC356F6" w14:textId="77777777" w:rsidR="004B4EAF" w:rsidRDefault="00000000">
            <w:r>
              <w:t xml:space="preserve">Keles, Esra; Hassan-Kadle, Mohamed A.; Osman, Marian Muse; Eker, Hasan Huseyin; Abusoglu, Zeynep; Baydili, </w:t>
            </w:r>
            <w:r>
              <w:lastRenderedPageBreak/>
              <w:t>Kursad Nuri; Osman, Aamir Muse</w:t>
            </w:r>
          </w:p>
        </w:tc>
        <w:tc>
          <w:tcPr>
            <w:tcW w:w="1234" w:type="dxa"/>
          </w:tcPr>
          <w:p w14:paraId="0FEC25EA" w14:textId="77777777" w:rsidR="004B4EAF" w:rsidRDefault="00000000">
            <w:r>
              <w:lastRenderedPageBreak/>
              <w:t>Liver Failure, Acute -- Epidemiology</w:t>
            </w:r>
          </w:p>
        </w:tc>
        <w:tc>
          <w:tcPr>
            <w:tcW w:w="1234" w:type="dxa"/>
          </w:tcPr>
          <w:p w14:paraId="71772FF0" w14:textId="77777777" w:rsidR="004B4EAF" w:rsidRDefault="00000000">
            <w:r>
              <w:t>10.1186/s12879-021-06594-7</w:t>
            </w:r>
          </w:p>
        </w:tc>
        <w:tc>
          <w:tcPr>
            <w:tcW w:w="1234" w:type="dxa"/>
          </w:tcPr>
          <w:p w14:paraId="0476F14B" w14:textId="77777777" w:rsidR="004B4EAF" w:rsidRDefault="00000000">
            <w:r>
              <w:t>https://lstmed.idm.oclc.org/login?url=https://search.ebscohost.com/login.aspx?direct=true&amp;AuthType=sso&amp;db=ccm&amp;AN=152168241&amp;site=ehost-live&amp;scope=site</w:t>
            </w:r>
          </w:p>
        </w:tc>
      </w:tr>
      <w:tr w:rsidR="004B4EAF" w14:paraId="1F15343E" w14:textId="77777777">
        <w:tc>
          <w:tcPr>
            <w:tcW w:w="1234" w:type="dxa"/>
          </w:tcPr>
          <w:p w14:paraId="206EF805" w14:textId="77777777" w:rsidR="004B4EAF" w:rsidRDefault="00000000">
            <w:r>
              <w:t>2005</w:t>
            </w:r>
          </w:p>
        </w:tc>
        <w:tc>
          <w:tcPr>
            <w:tcW w:w="1234" w:type="dxa"/>
          </w:tcPr>
          <w:p w14:paraId="5C2D9BA0" w14:textId="77777777" w:rsidR="004B4EAF" w:rsidRDefault="00000000">
            <w:r>
              <w:t>Trematodes in two travellers</w:t>
            </w:r>
          </w:p>
        </w:tc>
        <w:tc>
          <w:tcPr>
            <w:tcW w:w="1234" w:type="dxa"/>
          </w:tcPr>
          <w:p w14:paraId="5CB831B9" w14:textId="77777777" w:rsidR="004B4EAF" w:rsidRDefault="00000000">
            <w:r>
              <w:t>Journal of the Royal Society of Medicine</w:t>
            </w:r>
          </w:p>
        </w:tc>
        <w:tc>
          <w:tcPr>
            <w:tcW w:w="1234" w:type="dxa"/>
          </w:tcPr>
          <w:p w14:paraId="215875ED" w14:textId="77777777" w:rsidR="004B4EAF" w:rsidRPr="005440C3" w:rsidRDefault="00000000">
            <w:pPr>
              <w:rPr>
                <w:lang w:val="nb-NO"/>
              </w:rPr>
            </w:pPr>
            <w:r w:rsidRPr="005440C3">
              <w:rPr>
                <w:lang w:val="nb-NO"/>
              </w:rPr>
              <w:t>Kumari, S. B.; Allan, P. S.; Kumari, S. B.; Allan, P. S.</w:t>
            </w:r>
          </w:p>
        </w:tc>
        <w:tc>
          <w:tcPr>
            <w:tcW w:w="1234" w:type="dxa"/>
          </w:tcPr>
          <w:p w14:paraId="59B0D844" w14:textId="77777777" w:rsidR="004B4EAF" w:rsidRDefault="00000000">
            <w:r>
              <w:t>Schistosomiasis</w:t>
            </w:r>
          </w:p>
        </w:tc>
        <w:tc>
          <w:tcPr>
            <w:tcW w:w="1234" w:type="dxa"/>
          </w:tcPr>
          <w:p w14:paraId="70659A5E" w14:textId="77777777" w:rsidR="004B4EAF" w:rsidRDefault="00000000">
            <w:r>
              <w:t>10.1258/jrsm.98.1.25</w:t>
            </w:r>
          </w:p>
        </w:tc>
        <w:tc>
          <w:tcPr>
            <w:tcW w:w="1234" w:type="dxa"/>
          </w:tcPr>
          <w:p w14:paraId="04DFF70C" w14:textId="77777777" w:rsidR="004B4EAF" w:rsidRDefault="00000000">
            <w:r>
              <w:t>https://lstmed.idm.oclc.org/login?url=https://search.ebscohost.com/login.aspx?direct=true&amp;AuthType=sso&amp;db=ccm&amp;AN=106586659&amp;site=ehost-live&amp;scope=site</w:t>
            </w:r>
          </w:p>
        </w:tc>
      </w:tr>
      <w:tr w:rsidR="004B4EAF" w14:paraId="65CCA701" w14:textId="77777777">
        <w:tc>
          <w:tcPr>
            <w:tcW w:w="1234" w:type="dxa"/>
          </w:tcPr>
          <w:p w14:paraId="0B8200CC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15655686" w14:textId="77777777" w:rsidR="004B4EAF" w:rsidRDefault="00000000">
            <w:r>
              <w:t>Mycetoma in Middle East, A 112 Years Review...5th Iranian Congress in Medical Mycology, Tehran, Iran, Dec 4-</w:t>
            </w:r>
            <w:r>
              <w:lastRenderedPageBreak/>
              <w:t>6, 2018</w:t>
            </w:r>
          </w:p>
        </w:tc>
        <w:tc>
          <w:tcPr>
            <w:tcW w:w="1234" w:type="dxa"/>
          </w:tcPr>
          <w:p w14:paraId="6BB4FFEF" w14:textId="77777777" w:rsidR="004B4EAF" w:rsidRDefault="00000000">
            <w:r>
              <w:lastRenderedPageBreak/>
              <w:t>Current Medical Mycology</w:t>
            </w:r>
          </w:p>
        </w:tc>
        <w:tc>
          <w:tcPr>
            <w:tcW w:w="1234" w:type="dxa"/>
          </w:tcPr>
          <w:p w14:paraId="19CB68F1" w14:textId="77777777" w:rsidR="004B4EAF" w:rsidRDefault="00000000">
            <w:r>
              <w:t>Mahmoudabadi, Ali Zarei; Taghipour, Simin; Gharaghani, Maral; Kiasat, Neda</w:t>
            </w:r>
          </w:p>
        </w:tc>
        <w:tc>
          <w:tcPr>
            <w:tcW w:w="1234" w:type="dxa"/>
          </w:tcPr>
          <w:p w14:paraId="2B85956E" w14:textId="77777777" w:rsidR="004B4EAF" w:rsidRDefault="00000000">
            <w:r>
              <w:t>Mycoses -- Epidemiology -- Middle East</w:t>
            </w:r>
          </w:p>
        </w:tc>
        <w:tc>
          <w:tcPr>
            <w:tcW w:w="1234" w:type="dxa"/>
          </w:tcPr>
          <w:p w14:paraId="3EC2796C" w14:textId="77777777" w:rsidR="004B4EAF" w:rsidRDefault="00000000">
            <w:r>
              <w:t>10.18502/cmm.4.S1.2018.178</w:t>
            </w:r>
          </w:p>
        </w:tc>
        <w:tc>
          <w:tcPr>
            <w:tcW w:w="1234" w:type="dxa"/>
          </w:tcPr>
          <w:p w14:paraId="45B9039E" w14:textId="77777777" w:rsidR="004B4EAF" w:rsidRDefault="00000000">
            <w:r>
              <w:t>https://lstmed.idm.oclc.org/login?url=https://search.ebscohost.com/login.aspx?direct=true&amp;AuthType=sso&amp;db=ccm&amp;AN=133659351&amp;site=ehost-live&amp;scope=site</w:t>
            </w:r>
          </w:p>
        </w:tc>
      </w:tr>
      <w:tr w:rsidR="004B4EAF" w14:paraId="2BD4FA2C" w14:textId="77777777">
        <w:tc>
          <w:tcPr>
            <w:tcW w:w="1234" w:type="dxa"/>
          </w:tcPr>
          <w:p w14:paraId="772FACB3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7B0138F9" w14:textId="77777777" w:rsidR="004B4EAF" w:rsidRDefault="00000000">
            <w:r>
              <w:t>Mycetoma in Middle East, A 112 Years Review...5th Iranian Congress in Medical Mycology, Tehran, Iran, Dec 4-6, 2018</w:t>
            </w:r>
          </w:p>
        </w:tc>
        <w:tc>
          <w:tcPr>
            <w:tcW w:w="1234" w:type="dxa"/>
          </w:tcPr>
          <w:p w14:paraId="78F3A283" w14:textId="77777777" w:rsidR="004B4EAF" w:rsidRDefault="00000000">
            <w:r>
              <w:t>Current Medical Mycology</w:t>
            </w:r>
          </w:p>
        </w:tc>
        <w:tc>
          <w:tcPr>
            <w:tcW w:w="1234" w:type="dxa"/>
          </w:tcPr>
          <w:p w14:paraId="35AE77BF" w14:textId="77777777" w:rsidR="004B4EAF" w:rsidRDefault="00000000">
            <w:r>
              <w:t>Mahmoudabadi, Ali Zarei; Taghipour, Simin; Gharaghani, Maral; Kiasat, Neda</w:t>
            </w:r>
          </w:p>
        </w:tc>
        <w:tc>
          <w:tcPr>
            <w:tcW w:w="1234" w:type="dxa"/>
          </w:tcPr>
          <w:p w14:paraId="0134B37B" w14:textId="77777777" w:rsidR="004B4EAF" w:rsidRDefault="00000000">
            <w:r>
              <w:t>Mycoses -- Epidemiology -- Middle East</w:t>
            </w:r>
          </w:p>
        </w:tc>
        <w:tc>
          <w:tcPr>
            <w:tcW w:w="1234" w:type="dxa"/>
          </w:tcPr>
          <w:p w14:paraId="5DD62809" w14:textId="77777777" w:rsidR="004B4EAF" w:rsidRDefault="00000000">
            <w:r>
              <w:t>10.18502/cmm.4.S1.2018.178</w:t>
            </w:r>
          </w:p>
        </w:tc>
        <w:tc>
          <w:tcPr>
            <w:tcW w:w="1234" w:type="dxa"/>
          </w:tcPr>
          <w:p w14:paraId="7BCABD81" w14:textId="77777777" w:rsidR="004B4EAF" w:rsidRDefault="00000000">
            <w:r>
              <w:t>https://lstmed.idm.oclc.org/login?url=https://search.ebscohost.com/login.aspx?direct=true&amp;AuthType=sso&amp;db=ccm&amp;AN=133659351&amp;site=ehost-live&amp;scope=site</w:t>
            </w:r>
          </w:p>
        </w:tc>
      </w:tr>
      <w:tr w:rsidR="004B4EAF" w14:paraId="7717BBEB" w14:textId="77777777">
        <w:tc>
          <w:tcPr>
            <w:tcW w:w="1234" w:type="dxa"/>
          </w:tcPr>
          <w:p w14:paraId="248E2AA6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7D06F2C6" w14:textId="77777777" w:rsidR="004B4EAF" w:rsidRDefault="00000000">
            <w:r>
              <w:t xml:space="preserve">Infectious and dermatological diseases among arriving migrants on the Italian </w:t>
            </w:r>
            <w:r>
              <w:lastRenderedPageBreak/>
              <w:t>coasts</w:t>
            </w:r>
          </w:p>
        </w:tc>
        <w:tc>
          <w:tcPr>
            <w:tcW w:w="1234" w:type="dxa"/>
          </w:tcPr>
          <w:p w14:paraId="0E9C9948" w14:textId="77777777" w:rsidR="004B4EAF" w:rsidRDefault="00000000">
            <w:r>
              <w:lastRenderedPageBreak/>
              <w:t>European Journal of Public Health</w:t>
            </w:r>
          </w:p>
        </w:tc>
        <w:tc>
          <w:tcPr>
            <w:tcW w:w="1234" w:type="dxa"/>
          </w:tcPr>
          <w:p w14:paraId="28B122AB" w14:textId="77777777" w:rsidR="004B4EAF" w:rsidRDefault="00000000">
            <w:r>
              <w:t>Meco, Eugenia Di; Napoli, Anteo Di; Amato, Loredana Maria; Fortino, Antoni</w:t>
            </w:r>
            <w:r>
              <w:lastRenderedPageBreak/>
              <w:t>o; Costanzo, Gianfranco; Rossi, Alessandra; Mirisola, Concetta; Petrelli, Alessio; Team, The Inmp</w:t>
            </w:r>
          </w:p>
        </w:tc>
        <w:tc>
          <w:tcPr>
            <w:tcW w:w="1234" w:type="dxa"/>
          </w:tcPr>
          <w:p w14:paraId="2E8BC6D9" w14:textId="77777777" w:rsidR="004B4EAF" w:rsidRDefault="00000000">
            <w:r>
              <w:lastRenderedPageBreak/>
              <w:t>Communicable Diseases -- Diagnosis</w:t>
            </w:r>
          </w:p>
        </w:tc>
        <w:tc>
          <w:tcPr>
            <w:tcW w:w="1234" w:type="dxa"/>
          </w:tcPr>
          <w:p w14:paraId="43584CAC" w14:textId="77777777" w:rsidR="004B4EAF" w:rsidRDefault="00000000">
            <w:r>
              <w:t>10.1093/eurpub/cky126</w:t>
            </w:r>
          </w:p>
        </w:tc>
        <w:tc>
          <w:tcPr>
            <w:tcW w:w="1234" w:type="dxa"/>
          </w:tcPr>
          <w:p w14:paraId="2D823428" w14:textId="77777777" w:rsidR="004B4EAF" w:rsidRDefault="00000000">
            <w:r>
              <w:t>https://lstmed.idm.oclc.org/login?url=https://search.ebscohost.com/login.aspx?direct=true&amp;AuthType=sso&amp;db=ccm&amp;AN=131920514&amp;site=ehost-live&amp;scope=site</w:t>
            </w:r>
          </w:p>
        </w:tc>
      </w:tr>
      <w:tr w:rsidR="004B4EAF" w14:paraId="46C21863" w14:textId="77777777">
        <w:tc>
          <w:tcPr>
            <w:tcW w:w="1234" w:type="dxa"/>
          </w:tcPr>
          <w:p w14:paraId="64911AF5" w14:textId="77777777" w:rsidR="004B4EAF" w:rsidRDefault="00000000">
            <w:r>
              <w:t>2018</w:t>
            </w:r>
          </w:p>
        </w:tc>
        <w:tc>
          <w:tcPr>
            <w:tcW w:w="1234" w:type="dxa"/>
          </w:tcPr>
          <w:p w14:paraId="2DC41B1F" w14:textId="77777777" w:rsidR="004B4EAF" w:rsidRDefault="00000000">
            <w:r>
              <w:t>Infectious and dermatological diseases among arriving migrants on the Italian coasts</w:t>
            </w:r>
          </w:p>
        </w:tc>
        <w:tc>
          <w:tcPr>
            <w:tcW w:w="1234" w:type="dxa"/>
          </w:tcPr>
          <w:p w14:paraId="5751403D" w14:textId="77777777" w:rsidR="004B4EAF" w:rsidRDefault="00000000">
            <w:r>
              <w:t>European Journal of Public Health</w:t>
            </w:r>
          </w:p>
        </w:tc>
        <w:tc>
          <w:tcPr>
            <w:tcW w:w="1234" w:type="dxa"/>
          </w:tcPr>
          <w:p w14:paraId="631A450A" w14:textId="77777777" w:rsidR="004B4EAF" w:rsidRDefault="00000000">
            <w:r>
              <w:t xml:space="preserve">Meco, Eugenia Di; Napoli, Anteo Di; Amato, Loredana Maria; Fortino, Antonio; Costanzo, </w:t>
            </w:r>
            <w:r>
              <w:lastRenderedPageBreak/>
              <w:t>Gianfranco; Rossi, Alessandra; Mirisola, Concetta; Petrelli, Alessio; Team, The Inmp</w:t>
            </w:r>
          </w:p>
        </w:tc>
        <w:tc>
          <w:tcPr>
            <w:tcW w:w="1234" w:type="dxa"/>
          </w:tcPr>
          <w:p w14:paraId="01D78B85" w14:textId="77777777" w:rsidR="004B4EAF" w:rsidRDefault="00000000">
            <w:r>
              <w:lastRenderedPageBreak/>
              <w:t>Communicable Diseases -- Diagnosis</w:t>
            </w:r>
          </w:p>
        </w:tc>
        <w:tc>
          <w:tcPr>
            <w:tcW w:w="1234" w:type="dxa"/>
          </w:tcPr>
          <w:p w14:paraId="45101C99" w14:textId="77777777" w:rsidR="004B4EAF" w:rsidRDefault="00000000">
            <w:r>
              <w:t>10.1093/eurpub/cky126</w:t>
            </w:r>
          </w:p>
        </w:tc>
        <w:tc>
          <w:tcPr>
            <w:tcW w:w="1234" w:type="dxa"/>
          </w:tcPr>
          <w:p w14:paraId="1625E4AA" w14:textId="77777777" w:rsidR="004B4EAF" w:rsidRDefault="00000000">
            <w:r>
              <w:t>https://lstmed.idm.oclc.org/login?url=https://search.ebscohost.com/login.aspx?direct=true&amp;AuthType=sso&amp;db=ccm&amp;AN=131920475&amp;site=ehost-live&amp;scope=site</w:t>
            </w:r>
          </w:p>
        </w:tc>
      </w:tr>
      <w:tr w:rsidR="004B4EAF" w14:paraId="39158AB0" w14:textId="77777777">
        <w:tc>
          <w:tcPr>
            <w:tcW w:w="1234" w:type="dxa"/>
          </w:tcPr>
          <w:p w14:paraId="1F2E6482" w14:textId="77777777" w:rsidR="004B4EAF" w:rsidRDefault="00000000">
            <w:r>
              <w:t>1999</w:t>
            </w:r>
          </w:p>
        </w:tc>
        <w:tc>
          <w:tcPr>
            <w:tcW w:w="1234" w:type="dxa"/>
          </w:tcPr>
          <w:p w14:paraId="51D2A133" w14:textId="77777777" w:rsidR="004B4EAF" w:rsidRDefault="00000000">
            <w:r>
              <w:t>Epidemics and public health in early colonial Somaliland</w:t>
            </w:r>
          </w:p>
        </w:tc>
        <w:tc>
          <w:tcPr>
            <w:tcW w:w="1234" w:type="dxa"/>
          </w:tcPr>
          <w:p w14:paraId="187EF06E" w14:textId="77777777" w:rsidR="004B4EAF" w:rsidRDefault="00000000">
            <w:r>
              <w:t>Social Science &amp; Medicine</w:t>
            </w:r>
          </w:p>
        </w:tc>
        <w:tc>
          <w:tcPr>
            <w:tcW w:w="1234" w:type="dxa"/>
          </w:tcPr>
          <w:p w14:paraId="58DA69B3" w14:textId="77777777" w:rsidR="004B4EAF" w:rsidRDefault="00000000">
            <w:r>
              <w:t>Mohamed, J.</w:t>
            </w:r>
          </w:p>
        </w:tc>
        <w:tc>
          <w:tcPr>
            <w:tcW w:w="1234" w:type="dxa"/>
          </w:tcPr>
          <w:p w14:paraId="4E15EBA4" w14:textId="77777777" w:rsidR="004B4EAF" w:rsidRDefault="00000000">
            <w:r>
              <w:t>Disease Outbreaks -- History -- Somalia</w:t>
            </w:r>
          </w:p>
        </w:tc>
        <w:tc>
          <w:tcPr>
            <w:tcW w:w="1234" w:type="dxa"/>
          </w:tcPr>
          <w:p w14:paraId="39FDD6D5" w14:textId="77777777" w:rsidR="004B4EAF" w:rsidRDefault="00000000">
            <w:r>
              <w:t>10.1016/s0277-9536(98)00364-5</w:t>
            </w:r>
          </w:p>
        </w:tc>
        <w:tc>
          <w:tcPr>
            <w:tcW w:w="1234" w:type="dxa"/>
          </w:tcPr>
          <w:p w14:paraId="5A278491" w14:textId="77777777" w:rsidR="004B4EAF" w:rsidRDefault="00000000">
            <w:r>
              <w:t>https://lstmed.idm.oclc.org/login?url=https://search.ebscohost.com/login.aspx?direct=true&amp;AuthType=sso&amp;db=ccm&amp;AN=107115102&amp;site=ehost-live&amp;scope=site</w:t>
            </w:r>
          </w:p>
        </w:tc>
      </w:tr>
      <w:tr w:rsidR="004B4EAF" w14:paraId="3ACFDEF2" w14:textId="77777777">
        <w:tc>
          <w:tcPr>
            <w:tcW w:w="1234" w:type="dxa"/>
          </w:tcPr>
          <w:p w14:paraId="0A765DE1" w14:textId="77777777" w:rsidR="004B4EAF" w:rsidRDefault="00000000">
            <w:r>
              <w:t>2024</w:t>
            </w:r>
          </w:p>
        </w:tc>
        <w:tc>
          <w:tcPr>
            <w:tcW w:w="1234" w:type="dxa"/>
          </w:tcPr>
          <w:p w14:paraId="79FC2F57" w14:textId="77777777" w:rsidR="004B4EAF" w:rsidRDefault="00000000">
            <w:r>
              <w:t xml:space="preserve">Epidemiological investigation of dengue fever outbreak and </w:t>
            </w:r>
            <w:r>
              <w:lastRenderedPageBreak/>
              <w:t>its socioeconomic determinants in Banadir region, Somalia</w:t>
            </w:r>
          </w:p>
        </w:tc>
        <w:tc>
          <w:tcPr>
            <w:tcW w:w="1234" w:type="dxa"/>
          </w:tcPr>
          <w:p w14:paraId="5AB11C0F" w14:textId="77777777" w:rsidR="004B4EAF" w:rsidRDefault="00000000">
            <w:r>
              <w:lastRenderedPageBreak/>
              <w:t>BMC Infectious Diseases</w:t>
            </w:r>
          </w:p>
        </w:tc>
        <w:tc>
          <w:tcPr>
            <w:tcW w:w="1234" w:type="dxa"/>
          </w:tcPr>
          <w:p w14:paraId="578E443D" w14:textId="77777777" w:rsidR="004B4EAF" w:rsidRDefault="00000000">
            <w:r>
              <w:t xml:space="preserve">Mohamed, Mohamed Abdelrahman; Hassan, Nuralein Yusuf; </w:t>
            </w:r>
            <w:r>
              <w:lastRenderedPageBreak/>
              <w:t>Osman, Marian Muse; Gedi, Saido; Maalin, Bisma Abdullahi Ali; Sultan, Kasim Mahdi; Garba, Bashiru; Osman, Ali Abdirahman; Osman, Abdinasir Yusuf; Ahmed, Abdifatah Diriye</w:t>
            </w:r>
          </w:p>
        </w:tc>
        <w:tc>
          <w:tcPr>
            <w:tcW w:w="1234" w:type="dxa"/>
          </w:tcPr>
          <w:p w14:paraId="07DCBB5E" w14:textId="77777777" w:rsidR="004B4EAF" w:rsidRDefault="004B4EAF"/>
        </w:tc>
        <w:tc>
          <w:tcPr>
            <w:tcW w:w="1234" w:type="dxa"/>
          </w:tcPr>
          <w:p w14:paraId="3A0CCB82" w14:textId="77777777" w:rsidR="004B4EAF" w:rsidRDefault="00000000">
            <w:r>
              <w:t>10.1186/s12879-024-09276-2</w:t>
            </w:r>
          </w:p>
        </w:tc>
        <w:tc>
          <w:tcPr>
            <w:tcW w:w="1234" w:type="dxa"/>
          </w:tcPr>
          <w:p w14:paraId="17E80336" w14:textId="77777777" w:rsidR="004B4EAF" w:rsidRDefault="00000000">
            <w:r>
              <w:t>https://lstmed.idm.oclc.org/login?url=https://search.ebscohost.com/login.aspx?direct=true&amp;AuthType=sso&amp;db=ccm&amp;AN=176562327&amp;site=ehost-live&amp;scope=site</w:t>
            </w:r>
          </w:p>
        </w:tc>
      </w:tr>
      <w:tr w:rsidR="004B4EAF" w14:paraId="54A68202" w14:textId="77777777">
        <w:tc>
          <w:tcPr>
            <w:tcW w:w="1234" w:type="dxa"/>
          </w:tcPr>
          <w:p w14:paraId="53A8C9D2" w14:textId="77777777" w:rsidR="004B4EAF" w:rsidRDefault="00000000">
            <w:r>
              <w:t>2004</w:t>
            </w:r>
          </w:p>
        </w:tc>
        <w:tc>
          <w:tcPr>
            <w:tcW w:w="1234" w:type="dxa"/>
          </w:tcPr>
          <w:p w14:paraId="0D536A50" w14:textId="77777777" w:rsidR="004B4EAF" w:rsidRDefault="00000000">
            <w:r>
              <w:t xml:space="preserve">Schistosomiasis -- an unusual cause of </w:t>
            </w:r>
            <w:r>
              <w:lastRenderedPageBreak/>
              <w:t>ureteral obstruction: a case history and perspective</w:t>
            </w:r>
          </w:p>
        </w:tc>
        <w:tc>
          <w:tcPr>
            <w:tcW w:w="1234" w:type="dxa"/>
          </w:tcPr>
          <w:p w14:paraId="54223D8D" w14:textId="77777777" w:rsidR="004B4EAF" w:rsidRDefault="00000000">
            <w:r>
              <w:lastRenderedPageBreak/>
              <w:t>Clinical Medicine &amp; Research</w:t>
            </w:r>
          </w:p>
        </w:tc>
        <w:tc>
          <w:tcPr>
            <w:tcW w:w="1234" w:type="dxa"/>
          </w:tcPr>
          <w:p w14:paraId="40A036CB" w14:textId="77777777" w:rsidR="004B4EAF" w:rsidRDefault="00000000">
            <w:r>
              <w:t>Neal, P. M.</w:t>
            </w:r>
          </w:p>
        </w:tc>
        <w:tc>
          <w:tcPr>
            <w:tcW w:w="1234" w:type="dxa"/>
          </w:tcPr>
          <w:p w14:paraId="5D62EB27" w14:textId="77777777" w:rsidR="004B4EAF" w:rsidRDefault="00000000">
            <w:r>
              <w:t>Schistosomiasis -- Complications</w:t>
            </w:r>
          </w:p>
        </w:tc>
        <w:tc>
          <w:tcPr>
            <w:tcW w:w="1234" w:type="dxa"/>
          </w:tcPr>
          <w:p w14:paraId="36E4161A" w14:textId="77777777" w:rsidR="004B4EAF" w:rsidRDefault="00000000">
            <w:r>
              <w:t>10.3121/cmr.2.4.216</w:t>
            </w:r>
          </w:p>
        </w:tc>
        <w:tc>
          <w:tcPr>
            <w:tcW w:w="1234" w:type="dxa"/>
          </w:tcPr>
          <w:p w14:paraId="6730C29A" w14:textId="77777777" w:rsidR="004B4EAF" w:rsidRDefault="00000000">
            <w:r>
              <w:t>https://lstmed.idm.oclc.org/login?url=https://search.ebscohost.com/login.aspx?direct=true&amp;AuthType=sso&amp;db=ccm&amp;AN=106489952&amp;site=ehost-live&amp;scope=site</w:t>
            </w:r>
          </w:p>
        </w:tc>
      </w:tr>
      <w:tr w:rsidR="004B4EAF" w14:paraId="3EBC690B" w14:textId="77777777">
        <w:tc>
          <w:tcPr>
            <w:tcW w:w="1234" w:type="dxa"/>
          </w:tcPr>
          <w:p w14:paraId="12D66E6E" w14:textId="77777777" w:rsidR="004B4EAF" w:rsidRDefault="00000000">
            <w:r>
              <w:t>2023</w:t>
            </w:r>
          </w:p>
        </w:tc>
        <w:tc>
          <w:tcPr>
            <w:tcW w:w="1234" w:type="dxa"/>
          </w:tcPr>
          <w:p w14:paraId="4757346C" w14:textId="77777777" w:rsidR="004B4EAF" w:rsidRDefault="00000000">
            <w:r>
              <w:t xml:space="preserve">National and Regional Fraction of Cancer Incidence and Death Attributable to Current Tobacco and Water-Pipe Smoking in the Eastern Mediterranean </w:t>
            </w:r>
            <w:r>
              <w:lastRenderedPageBreak/>
              <w:t>Countries in 2020</w:t>
            </w:r>
          </w:p>
        </w:tc>
        <w:tc>
          <w:tcPr>
            <w:tcW w:w="1234" w:type="dxa"/>
          </w:tcPr>
          <w:p w14:paraId="7782F17E" w14:textId="77777777" w:rsidR="004B4EAF" w:rsidRDefault="00000000">
            <w:r>
              <w:lastRenderedPageBreak/>
              <w:t>Nicotine &amp; Tobacco Research</w:t>
            </w:r>
          </w:p>
        </w:tc>
        <w:tc>
          <w:tcPr>
            <w:tcW w:w="1234" w:type="dxa"/>
          </w:tcPr>
          <w:p w14:paraId="75775BF1" w14:textId="77777777" w:rsidR="004B4EAF" w:rsidRDefault="00000000">
            <w:r>
              <w:t xml:space="preserve">Nemati, Saeed; Naji, Parnian; Abdi, Sepideh; Lotfi, Fereshte; Saeedi, Elnaz; Mehravar, Sepideh A.; Fattahi, Pedram; Sheikh, Mahdi; Rajabpour, Mojtaba Vand; </w:t>
            </w:r>
            <w:r>
              <w:lastRenderedPageBreak/>
              <w:t>Eftekharzadeh, Anita; Zendehdel, Kazem; Vand Rajabpour, Mojtaba</w:t>
            </w:r>
          </w:p>
        </w:tc>
        <w:tc>
          <w:tcPr>
            <w:tcW w:w="1234" w:type="dxa"/>
          </w:tcPr>
          <w:p w14:paraId="7F0F1F6A" w14:textId="77777777" w:rsidR="004B4EAF" w:rsidRDefault="00000000">
            <w:r>
              <w:lastRenderedPageBreak/>
              <w:t>Neoplasms -- Epidemiology</w:t>
            </w:r>
          </w:p>
        </w:tc>
        <w:tc>
          <w:tcPr>
            <w:tcW w:w="1234" w:type="dxa"/>
          </w:tcPr>
          <w:p w14:paraId="023510E2" w14:textId="77777777" w:rsidR="004B4EAF" w:rsidRDefault="00000000">
            <w:r>
              <w:t>10.1093/ntr/ntac179</w:t>
            </w:r>
          </w:p>
        </w:tc>
        <w:tc>
          <w:tcPr>
            <w:tcW w:w="1234" w:type="dxa"/>
          </w:tcPr>
          <w:p w14:paraId="48D56CD1" w14:textId="77777777" w:rsidR="004B4EAF" w:rsidRDefault="00000000">
            <w:r>
              <w:t>https://lstmed.idm.oclc.org/login?url=https://search.ebscohost.com/login.aspx?direct=true&amp;AuthType=sso&amp;db=ccm&amp;AN=160560553&amp;site=ehost-live&amp;scope=site</w:t>
            </w:r>
          </w:p>
        </w:tc>
      </w:tr>
      <w:tr w:rsidR="004B4EAF" w14:paraId="4E7D58EC" w14:textId="77777777">
        <w:tc>
          <w:tcPr>
            <w:tcW w:w="1234" w:type="dxa"/>
          </w:tcPr>
          <w:p w14:paraId="5D1690AE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45B93A34" w14:textId="77777777" w:rsidR="004B4EAF" w:rsidRDefault="00000000">
            <w:r>
              <w:t>Louse-borne relapsing fever - report of four cases in Switzerland, June-December 2015</w:t>
            </w:r>
          </w:p>
        </w:tc>
        <w:tc>
          <w:tcPr>
            <w:tcW w:w="1234" w:type="dxa"/>
          </w:tcPr>
          <w:p w14:paraId="6DFAB24E" w14:textId="77777777" w:rsidR="004B4EAF" w:rsidRDefault="00000000">
            <w:r>
              <w:t>BMC Infectious Diseases</w:t>
            </w:r>
          </w:p>
        </w:tc>
        <w:tc>
          <w:tcPr>
            <w:tcW w:w="1234" w:type="dxa"/>
          </w:tcPr>
          <w:p w14:paraId="45975D3C" w14:textId="77777777" w:rsidR="004B4EAF" w:rsidRDefault="00000000">
            <w:r>
              <w:t>Osthoff, Michael; Schibli, Adrian; Fadini, Davide; Lardelli, Pietro; Goldenberger, Daniel</w:t>
            </w:r>
          </w:p>
        </w:tc>
        <w:tc>
          <w:tcPr>
            <w:tcW w:w="1234" w:type="dxa"/>
          </w:tcPr>
          <w:p w14:paraId="5AE0AD39" w14:textId="77777777" w:rsidR="004B4EAF" w:rsidRDefault="00000000">
            <w:r>
              <w:t>Lice Infestations -- Microbiology</w:t>
            </w:r>
          </w:p>
        </w:tc>
        <w:tc>
          <w:tcPr>
            <w:tcW w:w="1234" w:type="dxa"/>
          </w:tcPr>
          <w:p w14:paraId="78624928" w14:textId="77777777" w:rsidR="004B4EAF" w:rsidRDefault="00000000">
            <w:r>
              <w:t>10.1186/s12879-016-1541-z</w:t>
            </w:r>
          </w:p>
        </w:tc>
        <w:tc>
          <w:tcPr>
            <w:tcW w:w="1234" w:type="dxa"/>
          </w:tcPr>
          <w:p w14:paraId="6D9D817C" w14:textId="77777777" w:rsidR="004B4EAF" w:rsidRDefault="00000000">
            <w:r>
              <w:t>https://lstmed.idm.oclc.org/login?url=https://search.ebscohost.com/login.aspx?direct=true&amp;AuthType=sso&amp;db=ccm&amp;AN=115435710&amp;site=ehost-live&amp;scope=site</w:t>
            </w:r>
          </w:p>
        </w:tc>
      </w:tr>
      <w:tr w:rsidR="004B4EAF" w14:paraId="42A19B2C" w14:textId="77777777">
        <w:tc>
          <w:tcPr>
            <w:tcW w:w="1234" w:type="dxa"/>
          </w:tcPr>
          <w:p w14:paraId="39C93EB6" w14:textId="77777777" w:rsidR="004B4EAF" w:rsidRDefault="00000000">
            <w:r>
              <w:t>2011</w:t>
            </w:r>
          </w:p>
        </w:tc>
        <w:tc>
          <w:tcPr>
            <w:tcW w:w="1234" w:type="dxa"/>
          </w:tcPr>
          <w:p w14:paraId="787791F2" w14:textId="77777777" w:rsidR="004B4EAF" w:rsidRDefault="00000000">
            <w:r>
              <w:t xml:space="preserve">Clinical issues in refugee healthcare : The </w:t>
            </w:r>
            <w:r>
              <w:lastRenderedPageBreak/>
              <w:t>Somali Bantu population</w:t>
            </w:r>
          </w:p>
        </w:tc>
        <w:tc>
          <w:tcPr>
            <w:tcW w:w="1234" w:type="dxa"/>
          </w:tcPr>
          <w:p w14:paraId="1E26FC35" w14:textId="77777777" w:rsidR="004B4EAF" w:rsidRDefault="00000000">
            <w:r>
              <w:lastRenderedPageBreak/>
              <w:t>Nurse Practitioner</w:t>
            </w:r>
          </w:p>
        </w:tc>
        <w:tc>
          <w:tcPr>
            <w:tcW w:w="1234" w:type="dxa"/>
          </w:tcPr>
          <w:p w14:paraId="58A64A81" w14:textId="77777777" w:rsidR="004B4EAF" w:rsidRDefault="00000000">
            <w:r>
              <w:t>Parve, Julie; Kaul, Teri</w:t>
            </w:r>
          </w:p>
        </w:tc>
        <w:tc>
          <w:tcPr>
            <w:tcW w:w="1234" w:type="dxa"/>
          </w:tcPr>
          <w:p w14:paraId="7E851B1D" w14:textId="77777777" w:rsidR="004B4EAF" w:rsidRDefault="00000000">
            <w:r>
              <w:t>Cultural Competence</w:t>
            </w:r>
          </w:p>
        </w:tc>
        <w:tc>
          <w:tcPr>
            <w:tcW w:w="1234" w:type="dxa"/>
          </w:tcPr>
          <w:p w14:paraId="536E2916" w14:textId="77777777" w:rsidR="004B4EAF" w:rsidRDefault="00000000">
            <w:r>
              <w:t>10.1097/01.NPR.0000398777.52008.3f</w:t>
            </w:r>
          </w:p>
        </w:tc>
        <w:tc>
          <w:tcPr>
            <w:tcW w:w="1234" w:type="dxa"/>
          </w:tcPr>
          <w:p w14:paraId="442B0D14" w14:textId="77777777" w:rsidR="004B4EAF" w:rsidRDefault="00000000">
            <w:r>
              <w:t>https://lstmed.idm.oclc.org/login?url=https://search.ebscohost.com/login.aspx?direct=true&amp;AuthType=sso&amp;db=ccm&amp;AN=108244483&amp;site=ehost-live&amp;scope=site</w:t>
            </w:r>
          </w:p>
        </w:tc>
      </w:tr>
      <w:tr w:rsidR="004B4EAF" w14:paraId="40AC853D" w14:textId="77777777">
        <w:tc>
          <w:tcPr>
            <w:tcW w:w="1234" w:type="dxa"/>
          </w:tcPr>
          <w:p w14:paraId="4CCAB7D5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17FB3FD9" w14:textId="77777777" w:rsidR="004B4EAF" w:rsidRDefault="00000000">
            <w:r>
              <w:t>Substance use, affective symptoms, and suicidal ideation among Russian, Somali, and Kurdish migrants in Finland</w:t>
            </w:r>
          </w:p>
        </w:tc>
        <w:tc>
          <w:tcPr>
            <w:tcW w:w="1234" w:type="dxa"/>
          </w:tcPr>
          <w:p w14:paraId="1CCD16AA" w14:textId="77777777" w:rsidR="004B4EAF" w:rsidRDefault="00000000">
            <w:r>
              <w:t>Transcultural Psychiatry</w:t>
            </w:r>
          </w:p>
        </w:tc>
        <w:tc>
          <w:tcPr>
            <w:tcW w:w="1234" w:type="dxa"/>
          </w:tcPr>
          <w:p w14:paraId="02EB3F65" w14:textId="77777777" w:rsidR="004B4EAF" w:rsidRDefault="00000000">
            <w:r>
              <w:t>Salama, Essi; Castaneda, Anu E.; Suvisaari, Jaana; Rask, Shadia; Laatikainen, Tiina; Niemelä, Solja</w:t>
            </w:r>
          </w:p>
        </w:tc>
        <w:tc>
          <w:tcPr>
            <w:tcW w:w="1234" w:type="dxa"/>
          </w:tcPr>
          <w:p w14:paraId="15EBABAF" w14:textId="77777777" w:rsidR="004B4EAF" w:rsidRDefault="00000000">
            <w:r>
              <w:t>Migrants -- Psychosocial Factors -- Finland</w:t>
            </w:r>
          </w:p>
        </w:tc>
        <w:tc>
          <w:tcPr>
            <w:tcW w:w="1234" w:type="dxa"/>
          </w:tcPr>
          <w:p w14:paraId="0D260F94" w14:textId="77777777" w:rsidR="004B4EAF" w:rsidRDefault="00000000">
            <w:r>
              <w:t>10.1177/1363461520906028</w:t>
            </w:r>
          </w:p>
        </w:tc>
        <w:tc>
          <w:tcPr>
            <w:tcW w:w="1234" w:type="dxa"/>
          </w:tcPr>
          <w:p w14:paraId="08305153" w14:textId="77777777" w:rsidR="004B4EAF" w:rsidRDefault="00000000">
            <w:r>
              <w:t>https://lstmed.idm.oclc.org/login?url=https://search.ebscohost.com/login.aspx?direct=true&amp;AuthType=sso&amp;db=ccm&amp;AN=155344933&amp;site=ehost-live&amp;scope=site</w:t>
            </w:r>
          </w:p>
        </w:tc>
      </w:tr>
      <w:tr w:rsidR="004B4EAF" w14:paraId="046A206A" w14:textId="77777777">
        <w:tc>
          <w:tcPr>
            <w:tcW w:w="1234" w:type="dxa"/>
          </w:tcPr>
          <w:p w14:paraId="358055D2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176918E8" w14:textId="77777777" w:rsidR="004B4EAF" w:rsidRDefault="00000000">
            <w:r>
              <w:t>HIV/AIDS among pastoralists and refugees in north-</w:t>
            </w:r>
            <w:r>
              <w:lastRenderedPageBreak/>
              <w:t>east Africa: a neglected problem</w:t>
            </w:r>
          </w:p>
        </w:tc>
        <w:tc>
          <w:tcPr>
            <w:tcW w:w="1234" w:type="dxa"/>
          </w:tcPr>
          <w:p w14:paraId="35ED37ED" w14:textId="77777777" w:rsidR="004B4EAF" w:rsidRDefault="00000000">
            <w:r>
              <w:lastRenderedPageBreak/>
              <w:t>African Journal of AIDS Research (AJAR)</w:t>
            </w:r>
          </w:p>
        </w:tc>
        <w:tc>
          <w:tcPr>
            <w:tcW w:w="1234" w:type="dxa"/>
          </w:tcPr>
          <w:p w14:paraId="6887490D" w14:textId="77777777" w:rsidR="004B4EAF" w:rsidRDefault="00000000">
            <w:r>
              <w:t xml:space="preserve">Serbessa, Mirgissa Kaba; Mariam, Damen Haile; Kassa, </w:t>
            </w:r>
            <w:r>
              <w:lastRenderedPageBreak/>
              <w:t>Afework; Alwan, Fathia; Kloos, Helmut</w:t>
            </w:r>
          </w:p>
        </w:tc>
        <w:tc>
          <w:tcPr>
            <w:tcW w:w="1234" w:type="dxa"/>
          </w:tcPr>
          <w:p w14:paraId="290A5C47" w14:textId="77777777" w:rsidR="004B4EAF" w:rsidRDefault="00000000">
            <w:r>
              <w:lastRenderedPageBreak/>
              <w:t>HIV Infections -- Epidemiology -- Africa, Eastern</w:t>
            </w:r>
          </w:p>
        </w:tc>
        <w:tc>
          <w:tcPr>
            <w:tcW w:w="1234" w:type="dxa"/>
          </w:tcPr>
          <w:p w14:paraId="0D82E07F" w14:textId="77777777" w:rsidR="004B4EAF" w:rsidRDefault="00000000">
            <w:r>
              <w:t>10.2989/16085906.2016.1148060</w:t>
            </w:r>
          </w:p>
        </w:tc>
        <w:tc>
          <w:tcPr>
            <w:tcW w:w="1234" w:type="dxa"/>
          </w:tcPr>
          <w:p w14:paraId="70EB0D4C" w14:textId="77777777" w:rsidR="004B4EAF" w:rsidRDefault="00000000">
            <w:r>
              <w:t>https://lstmed.idm.oclc.org/login?url=https://search.ebscohost.com/login.aspx?direct=true&amp;AuthType=sso&amp;db=ccm&amp;AN=114016402&amp;site=ehost-live&amp;scope=site</w:t>
            </w:r>
          </w:p>
        </w:tc>
      </w:tr>
      <w:tr w:rsidR="004B4EAF" w14:paraId="4DE12675" w14:textId="77777777">
        <w:tc>
          <w:tcPr>
            <w:tcW w:w="1234" w:type="dxa"/>
          </w:tcPr>
          <w:p w14:paraId="766A2319" w14:textId="77777777" w:rsidR="004B4EAF" w:rsidRDefault="00000000">
            <w:r>
              <w:t>2006</w:t>
            </w:r>
          </w:p>
        </w:tc>
        <w:tc>
          <w:tcPr>
            <w:tcW w:w="1234" w:type="dxa"/>
          </w:tcPr>
          <w:p w14:paraId="60D176CF" w14:textId="77777777" w:rsidR="004B4EAF" w:rsidRDefault="00000000">
            <w:r>
              <w:t>Hematuria in children due to schistosomiasis in a nonendemic setting</w:t>
            </w:r>
          </w:p>
        </w:tc>
        <w:tc>
          <w:tcPr>
            <w:tcW w:w="1234" w:type="dxa"/>
          </w:tcPr>
          <w:p w14:paraId="5EC7BF49" w14:textId="77777777" w:rsidR="004B4EAF" w:rsidRDefault="00000000">
            <w:r>
              <w:t>Clinical Pediatrics</w:t>
            </w:r>
          </w:p>
        </w:tc>
        <w:tc>
          <w:tcPr>
            <w:tcW w:w="1234" w:type="dxa"/>
          </w:tcPr>
          <w:p w14:paraId="3002366D" w14:textId="77777777" w:rsidR="004B4EAF" w:rsidRDefault="00000000">
            <w:r>
              <w:t>Summer, A. P.; Stauffer, W.; Maroushek, S. R.; Nevins, T. E.</w:t>
            </w:r>
          </w:p>
        </w:tc>
        <w:tc>
          <w:tcPr>
            <w:tcW w:w="1234" w:type="dxa"/>
          </w:tcPr>
          <w:p w14:paraId="5FEEC472" w14:textId="77777777" w:rsidR="004B4EAF" w:rsidRDefault="00000000">
            <w:r>
              <w:t>Hematuria -- Etiology</w:t>
            </w:r>
          </w:p>
        </w:tc>
        <w:tc>
          <w:tcPr>
            <w:tcW w:w="1234" w:type="dxa"/>
          </w:tcPr>
          <w:p w14:paraId="65F322E0" w14:textId="77777777" w:rsidR="004B4EAF" w:rsidRDefault="00000000">
            <w:r>
              <w:t>10.1177/000992280604500210</w:t>
            </w:r>
          </w:p>
        </w:tc>
        <w:tc>
          <w:tcPr>
            <w:tcW w:w="1234" w:type="dxa"/>
          </w:tcPr>
          <w:p w14:paraId="3B8DE6EF" w14:textId="77777777" w:rsidR="004B4EAF" w:rsidRDefault="00000000">
            <w:r>
              <w:t>https://lstmed.idm.oclc.org/login?url=https://search.ebscohost.com/login.aspx?direct=true&amp;AuthType=sso&amp;db=ccm&amp;AN=106103818&amp;site=ehost-live&amp;scope=site</w:t>
            </w:r>
          </w:p>
        </w:tc>
      </w:tr>
      <w:tr w:rsidR="004B4EAF" w14:paraId="196AB678" w14:textId="77777777">
        <w:tc>
          <w:tcPr>
            <w:tcW w:w="1234" w:type="dxa"/>
          </w:tcPr>
          <w:p w14:paraId="518D22DB" w14:textId="77777777" w:rsidR="004B4EAF" w:rsidRDefault="00000000">
            <w:r>
              <w:t>2022</w:t>
            </w:r>
          </w:p>
        </w:tc>
        <w:tc>
          <w:tcPr>
            <w:tcW w:w="1234" w:type="dxa"/>
          </w:tcPr>
          <w:p w14:paraId="2E7F08EC" w14:textId="77777777" w:rsidR="004B4EAF" w:rsidRDefault="00000000">
            <w:r>
              <w:t xml:space="preserve">Spatial variation and associated factors of deworming among children aged 24 to 59 months in </w:t>
            </w:r>
            <w:r>
              <w:lastRenderedPageBreak/>
              <w:t>Ethiopia: spatial and multilevel logistic analysis</w:t>
            </w:r>
          </w:p>
        </w:tc>
        <w:tc>
          <w:tcPr>
            <w:tcW w:w="1234" w:type="dxa"/>
          </w:tcPr>
          <w:p w14:paraId="5A8605A6" w14:textId="77777777" w:rsidR="004B4EAF" w:rsidRDefault="00000000">
            <w:r>
              <w:lastRenderedPageBreak/>
              <w:t>BMC Public Health</w:t>
            </w:r>
          </w:p>
        </w:tc>
        <w:tc>
          <w:tcPr>
            <w:tcW w:w="1234" w:type="dxa"/>
          </w:tcPr>
          <w:p w14:paraId="629388D2" w14:textId="77777777" w:rsidR="004B4EAF" w:rsidRDefault="00000000">
            <w:r>
              <w:t>Tareke, Abiyu Abadi</w:t>
            </w:r>
          </w:p>
        </w:tc>
        <w:tc>
          <w:tcPr>
            <w:tcW w:w="1234" w:type="dxa"/>
          </w:tcPr>
          <w:p w14:paraId="50F4C01F" w14:textId="77777777" w:rsidR="004B4EAF" w:rsidRDefault="00000000">
            <w:r>
              <w:t>Diarrhea</w:t>
            </w:r>
          </w:p>
        </w:tc>
        <w:tc>
          <w:tcPr>
            <w:tcW w:w="1234" w:type="dxa"/>
          </w:tcPr>
          <w:p w14:paraId="587B4B50" w14:textId="77777777" w:rsidR="004B4EAF" w:rsidRDefault="00000000">
            <w:r>
              <w:t>10.1186/s12889-022-13156-2</w:t>
            </w:r>
          </w:p>
        </w:tc>
        <w:tc>
          <w:tcPr>
            <w:tcW w:w="1234" w:type="dxa"/>
          </w:tcPr>
          <w:p w14:paraId="0D05250A" w14:textId="77777777" w:rsidR="004B4EAF" w:rsidRDefault="00000000">
            <w:r>
              <w:t>https://lstmed.idm.oclc.org/login?url=https://search.ebscohost.com/login.aspx?direct=true&amp;AuthType=sso&amp;db=ccm&amp;AN=156219838&amp;site=ehost-live&amp;scope=site</w:t>
            </w:r>
          </w:p>
        </w:tc>
      </w:tr>
      <w:tr w:rsidR="004B4EAF" w14:paraId="27378681" w14:textId="77777777">
        <w:tc>
          <w:tcPr>
            <w:tcW w:w="1234" w:type="dxa"/>
          </w:tcPr>
          <w:p w14:paraId="2DE6D829" w14:textId="77777777" w:rsidR="004B4EAF" w:rsidRDefault="00000000">
            <w:r>
              <w:t>2016</w:t>
            </w:r>
          </w:p>
        </w:tc>
        <w:tc>
          <w:tcPr>
            <w:tcW w:w="1234" w:type="dxa"/>
          </w:tcPr>
          <w:p w14:paraId="0BFF6A13" w14:textId="77777777" w:rsidR="004B4EAF" w:rsidRDefault="00000000">
            <w:r>
              <w:t>Recent Chikungunya Virus Infection in 2 Travelers Returning from Mogadishu, Somalia, to Italy, 2016</w:t>
            </w:r>
          </w:p>
        </w:tc>
        <w:tc>
          <w:tcPr>
            <w:tcW w:w="1234" w:type="dxa"/>
          </w:tcPr>
          <w:p w14:paraId="609511D3" w14:textId="77777777" w:rsidR="004B4EAF" w:rsidRDefault="00000000">
            <w:r>
              <w:t>Emerging Infectious Diseases</w:t>
            </w:r>
          </w:p>
        </w:tc>
        <w:tc>
          <w:tcPr>
            <w:tcW w:w="1234" w:type="dxa"/>
          </w:tcPr>
          <w:p w14:paraId="51D9AAF6" w14:textId="77777777" w:rsidR="004B4EAF" w:rsidRDefault="00000000">
            <w:r>
              <w:t xml:space="preserve">Zammarchi, Lorenzo; Fortuna, Claudia; Venturi, Giulietta; Rinaldi, Francesca; Capobianco, Teresa; Remoli, Maria Elena; Rossolini, Gian Maria; </w:t>
            </w:r>
            <w:r>
              <w:lastRenderedPageBreak/>
              <w:t>Rezza, Giovanni; Bartoloni, Alessandro</w:t>
            </w:r>
          </w:p>
        </w:tc>
        <w:tc>
          <w:tcPr>
            <w:tcW w:w="1234" w:type="dxa"/>
          </w:tcPr>
          <w:p w14:paraId="26807B02" w14:textId="77777777" w:rsidR="004B4EAF" w:rsidRDefault="004B4EAF"/>
        </w:tc>
        <w:tc>
          <w:tcPr>
            <w:tcW w:w="1234" w:type="dxa"/>
          </w:tcPr>
          <w:p w14:paraId="29FBB4D3" w14:textId="77777777" w:rsidR="004B4EAF" w:rsidRDefault="00000000">
            <w:r>
              <w:t>10.3201/eid2211.161225</w:t>
            </w:r>
          </w:p>
        </w:tc>
        <w:tc>
          <w:tcPr>
            <w:tcW w:w="1234" w:type="dxa"/>
          </w:tcPr>
          <w:p w14:paraId="3854C5DD" w14:textId="77777777" w:rsidR="004B4EAF" w:rsidRDefault="00000000">
            <w:r>
              <w:t>https://lstmed.idm.oclc.org/login?url=https://search.ebscohost.com/login.aspx?direct=true&amp;AuthType=sso&amp;db=ccm&amp;AN=119048608&amp;site=ehost-live&amp;scope=site</w:t>
            </w:r>
          </w:p>
        </w:tc>
      </w:tr>
    </w:tbl>
    <w:p w14:paraId="182FC6D3" w14:textId="77777777" w:rsidR="004B4EAF" w:rsidRDefault="004B4EAF"/>
    <w:sectPr w:rsidR="004B4EAF" w:rsidSect="005440C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0736618">
    <w:abstractNumId w:val="8"/>
  </w:num>
  <w:num w:numId="2" w16cid:durableId="1109668909">
    <w:abstractNumId w:val="6"/>
  </w:num>
  <w:num w:numId="3" w16cid:durableId="572739412">
    <w:abstractNumId w:val="5"/>
  </w:num>
  <w:num w:numId="4" w16cid:durableId="1061250064">
    <w:abstractNumId w:val="4"/>
  </w:num>
  <w:num w:numId="5" w16cid:durableId="1184635544">
    <w:abstractNumId w:val="7"/>
  </w:num>
  <w:num w:numId="6" w16cid:durableId="753358373">
    <w:abstractNumId w:val="3"/>
  </w:num>
  <w:num w:numId="7" w16cid:durableId="1777554946">
    <w:abstractNumId w:val="2"/>
  </w:num>
  <w:num w:numId="8" w16cid:durableId="1692953462">
    <w:abstractNumId w:val="1"/>
  </w:num>
  <w:num w:numId="9" w16cid:durableId="198076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4EAF"/>
    <w:rsid w:val="005440C3"/>
    <w:rsid w:val="007B1A29"/>
    <w:rsid w:val="00AA1D8D"/>
    <w:rsid w:val="00B47730"/>
    <w:rsid w:val="00B67528"/>
    <w:rsid w:val="00CB0664"/>
    <w:rsid w:val="00FC693F"/>
    <w:rsid w:val="00FE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4121C6"/>
  <w14:defaultImageDpi w14:val="300"/>
  <w15:docId w15:val="{0438B985-9B4B-9E44-B502-DE1227DF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5440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135</Pages>
  <Words>17210</Words>
  <Characters>98102</Characters>
  <Application>Microsoft Office Word</Application>
  <DocSecurity>0</DocSecurity>
  <Lines>817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Fardawsa Ahmed</cp:lastModifiedBy>
  <cp:revision>2</cp:revision>
  <dcterms:created xsi:type="dcterms:W3CDTF">2025-10-14T16:27:00Z</dcterms:created>
  <dcterms:modified xsi:type="dcterms:W3CDTF">2025-10-14T16:27:00Z</dcterms:modified>
  <cp:category/>
</cp:coreProperties>
</file>