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DD0CC" w14:textId="77777777" w:rsidR="009645C5" w:rsidRPr="00D77C58" w:rsidRDefault="00064A4B">
      <w:pPr>
        <w:pStyle w:val="Heading1"/>
      </w:pPr>
      <w:r w:rsidRPr="00D77C58">
        <w:t>STROBE Checklist (Cohort Study) – Manuscript Mapping</w:t>
      </w:r>
    </w:p>
    <w:tbl>
      <w:tblPr>
        <w:tblW w:w="9630" w:type="dxa"/>
        <w:tblLook w:val="04A0" w:firstRow="1" w:lastRow="0" w:firstColumn="1" w:lastColumn="0" w:noHBand="0" w:noVBand="1"/>
      </w:tblPr>
      <w:tblGrid>
        <w:gridCol w:w="1986"/>
        <w:gridCol w:w="984"/>
        <w:gridCol w:w="3690"/>
        <w:gridCol w:w="2970"/>
      </w:tblGrid>
      <w:tr w:rsidR="009645C5" w:rsidRPr="00D77C58" w14:paraId="60A19544" w14:textId="77777777" w:rsidTr="00DC767F">
        <w:tc>
          <w:tcPr>
            <w:tcW w:w="1986" w:type="dxa"/>
          </w:tcPr>
          <w:p w14:paraId="1235AB28" w14:textId="6F23559F" w:rsidR="009645C5" w:rsidRPr="00D77C58" w:rsidRDefault="00722322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r w:rsidR="00064A4B" w:rsidRPr="00D77C58">
              <w:rPr>
                <w:b/>
                <w:bCs/>
              </w:rPr>
              <w:t>Section</w:t>
            </w:r>
          </w:p>
        </w:tc>
        <w:tc>
          <w:tcPr>
            <w:tcW w:w="984" w:type="dxa"/>
          </w:tcPr>
          <w:p w14:paraId="2FF3C6E5" w14:textId="3998B171" w:rsidR="009645C5" w:rsidRPr="00D77C58" w:rsidRDefault="00722322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r w:rsidR="00064A4B" w:rsidRPr="00D77C58">
              <w:rPr>
                <w:b/>
                <w:bCs/>
              </w:rPr>
              <w:t>Item</w:t>
            </w:r>
          </w:p>
        </w:tc>
        <w:tc>
          <w:tcPr>
            <w:tcW w:w="3690" w:type="dxa"/>
          </w:tcPr>
          <w:p w14:paraId="3621FCDC" w14:textId="31DC1F7B" w:rsidR="009645C5" w:rsidRPr="00D77C58" w:rsidRDefault="00722322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r w:rsidR="00064A4B" w:rsidRPr="00D77C58">
              <w:rPr>
                <w:b/>
                <w:bCs/>
              </w:rPr>
              <w:t>Recommendation</w:t>
            </w:r>
          </w:p>
        </w:tc>
        <w:tc>
          <w:tcPr>
            <w:tcW w:w="2970" w:type="dxa"/>
          </w:tcPr>
          <w:p w14:paraId="50EE4A34" w14:textId="5F445611" w:rsidR="009645C5" w:rsidRPr="00D77C58" w:rsidRDefault="00722322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r w:rsidR="00C4127B">
              <w:rPr>
                <w:b/>
                <w:bCs/>
              </w:rPr>
              <w:t>Section (Page Number)</w:t>
            </w:r>
          </w:p>
        </w:tc>
      </w:tr>
      <w:tr w:rsidR="009645C5" w:rsidRPr="00D77C58" w14:paraId="5D6FB7F9" w14:textId="77777777" w:rsidTr="00DC767F">
        <w:tc>
          <w:tcPr>
            <w:tcW w:w="1986" w:type="dxa"/>
          </w:tcPr>
          <w:p w14:paraId="31E82C84" w14:textId="77777777" w:rsidR="009645C5" w:rsidRPr="00D77C58" w:rsidRDefault="00064A4B">
            <w:r w:rsidRPr="00D77C58">
              <w:t>Title/Abstract</w:t>
            </w:r>
          </w:p>
        </w:tc>
        <w:tc>
          <w:tcPr>
            <w:tcW w:w="984" w:type="dxa"/>
          </w:tcPr>
          <w:p w14:paraId="3300A37D" w14:textId="77777777" w:rsidR="009645C5" w:rsidRPr="00D77C58" w:rsidRDefault="00064A4B">
            <w:r w:rsidRPr="00D77C58">
              <w:t>1a</w:t>
            </w:r>
          </w:p>
        </w:tc>
        <w:tc>
          <w:tcPr>
            <w:tcW w:w="3690" w:type="dxa"/>
          </w:tcPr>
          <w:p w14:paraId="3A8CBC97" w14:textId="77777777" w:rsidR="009645C5" w:rsidRPr="00D77C58" w:rsidRDefault="00064A4B">
            <w:r w:rsidRPr="00D77C58">
              <w:t>Indicate the study’s design with a commonly used term in the title/abstract</w:t>
            </w:r>
          </w:p>
        </w:tc>
        <w:tc>
          <w:tcPr>
            <w:tcW w:w="2970" w:type="dxa"/>
          </w:tcPr>
          <w:p w14:paraId="442BBFF3" w14:textId="35AD5BC2" w:rsidR="009645C5" w:rsidRPr="00D77C58" w:rsidRDefault="00064A4B">
            <w:r w:rsidRPr="00D77C58">
              <w:t>Title</w:t>
            </w:r>
            <w:r w:rsidR="00D81942" w:rsidRPr="00D77C58">
              <w:t xml:space="preserve"> </w:t>
            </w:r>
            <w:r w:rsidR="00C4127B">
              <w:t>P</w:t>
            </w:r>
            <w:r w:rsidR="00D81942" w:rsidRPr="00D77C58">
              <w:t>age</w:t>
            </w:r>
            <w:r w:rsidR="00722322">
              <w:t xml:space="preserve"> (1)</w:t>
            </w:r>
          </w:p>
        </w:tc>
      </w:tr>
      <w:tr w:rsidR="009645C5" w:rsidRPr="00D77C58" w14:paraId="32B881BA" w14:textId="77777777" w:rsidTr="00DC767F">
        <w:tc>
          <w:tcPr>
            <w:tcW w:w="1986" w:type="dxa"/>
          </w:tcPr>
          <w:p w14:paraId="21F1BE79" w14:textId="77777777" w:rsidR="009645C5" w:rsidRPr="00D77C58" w:rsidRDefault="00064A4B">
            <w:r w:rsidRPr="00D77C58">
              <w:t>Title/Abstract</w:t>
            </w:r>
          </w:p>
        </w:tc>
        <w:tc>
          <w:tcPr>
            <w:tcW w:w="984" w:type="dxa"/>
          </w:tcPr>
          <w:p w14:paraId="5224FAD4" w14:textId="77777777" w:rsidR="009645C5" w:rsidRPr="00D77C58" w:rsidRDefault="00064A4B">
            <w:r w:rsidRPr="00D77C58">
              <w:t>1b</w:t>
            </w:r>
          </w:p>
        </w:tc>
        <w:tc>
          <w:tcPr>
            <w:tcW w:w="3690" w:type="dxa"/>
          </w:tcPr>
          <w:p w14:paraId="6FB76CCE" w14:textId="77777777" w:rsidR="009645C5" w:rsidRPr="00D77C58" w:rsidRDefault="00064A4B">
            <w:r w:rsidRPr="00D77C58">
              <w:t>Informative and balanced summary</w:t>
            </w:r>
          </w:p>
        </w:tc>
        <w:tc>
          <w:tcPr>
            <w:tcW w:w="2970" w:type="dxa"/>
          </w:tcPr>
          <w:p w14:paraId="6AD61A36" w14:textId="5BA6B087" w:rsidR="009645C5" w:rsidRPr="00D77C58" w:rsidRDefault="00064A4B">
            <w:r w:rsidRPr="00D77C58">
              <w:t>Abstract</w:t>
            </w:r>
            <w:r w:rsidR="00A02C29" w:rsidRPr="00D77C58">
              <w:t xml:space="preserve"> </w:t>
            </w:r>
            <w:r w:rsidR="0051200D">
              <w:t>(2)</w:t>
            </w:r>
          </w:p>
        </w:tc>
      </w:tr>
      <w:tr w:rsidR="009645C5" w:rsidRPr="00D77C58" w14:paraId="2E2F35D3" w14:textId="77777777" w:rsidTr="00DC767F">
        <w:tc>
          <w:tcPr>
            <w:tcW w:w="1986" w:type="dxa"/>
          </w:tcPr>
          <w:p w14:paraId="6B559D00" w14:textId="77777777" w:rsidR="009645C5" w:rsidRPr="00D77C58" w:rsidRDefault="00064A4B">
            <w:r w:rsidRPr="00D77C58">
              <w:t>Introduction</w:t>
            </w:r>
          </w:p>
        </w:tc>
        <w:tc>
          <w:tcPr>
            <w:tcW w:w="984" w:type="dxa"/>
          </w:tcPr>
          <w:p w14:paraId="4E75006F" w14:textId="77777777" w:rsidR="009645C5" w:rsidRPr="00D77C58" w:rsidRDefault="00064A4B">
            <w:r w:rsidRPr="00D77C58">
              <w:t>2</w:t>
            </w:r>
          </w:p>
        </w:tc>
        <w:tc>
          <w:tcPr>
            <w:tcW w:w="3690" w:type="dxa"/>
          </w:tcPr>
          <w:p w14:paraId="799E90D7" w14:textId="77777777" w:rsidR="009645C5" w:rsidRPr="00D77C58" w:rsidRDefault="00064A4B">
            <w:r w:rsidRPr="00D77C58">
              <w:t>Background/rationale</w:t>
            </w:r>
          </w:p>
        </w:tc>
        <w:tc>
          <w:tcPr>
            <w:tcW w:w="2970" w:type="dxa"/>
          </w:tcPr>
          <w:p w14:paraId="5327853C" w14:textId="023AA232" w:rsidR="009645C5" w:rsidRPr="00D77C58" w:rsidRDefault="00064A4B">
            <w:r w:rsidRPr="00D77C58">
              <w:t>Introduction</w:t>
            </w:r>
            <w:r w:rsidR="00A02C29" w:rsidRPr="00D77C58">
              <w:t xml:space="preserve"> </w:t>
            </w:r>
            <w:r w:rsidR="003D601D">
              <w:t>(</w:t>
            </w:r>
            <w:r w:rsidR="00E22D1F">
              <w:t>3)</w:t>
            </w:r>
            <w:r w:rsidR="00A02C29" w:rsidRPr="00D77C58">
              <w:t xml:space="preserve"> </w:t>
            </w:r>
          </w:p>
        </w:tc>
      </w:tr>
      <w:tr w:rsidR="009645C5" w:rsidRPr="00D77C58" w14:paraId="08F44785" w14:textId="77777777" w:rsidTr="00DC767F">
        <w:tc>
          <w:tcPr>
            <w:tcW w:w="1986" w:type="dxa"/>
          </w:tcPr>
          <w:p w14:paraId="6430B020" w14:textId="77777777" w:rsidR="009645C5" w:rsidRPr="00D77C58" w:rsidRDefault="00064A4B">
            <w:r w:rsidRPr="00D77C58">
              <w:t>Introduction</w:t>
            </w:r>
          </w:p>
        </w:tc>
        <w:tc>
          <w:tcPr>
            <w:tcW w:w="984" w:type="dxa"/>
          </w:tcPr>
          <w:p w14:paraId="3AE1989D" w14:textId="77777777" w:rsidR="009645C5" w:rsidRPr="00D77C58" w:rsidRDefault="00064A4B">
            <w:r w:rsidRPr="00D77C58">
              <w:t>3</w:t>
            </w:r>
          </w:p>
        </w:tc>
        <w:tc>
          <w:tcPr>
            <w:tcW w:w="3690" w:type="dxa"/>
          </w:tcPr>
          <w:p w14:paraId="7BA88278" w14:textId="77777777" w:rsidR="009645C5" w:rsidRPr="00D77C58" w:rsidRDefault="00064A4B">
            <w:r w:rsidRPr="00D77C58">
              <w:t>Objectives/hypotheses</w:t>
            </w:r>
          </w:p>
        </w:tc>
        <w:tc>
          <w:tcPr>
            <w:tcW w:w="2970" w:type="dxa"/>
          </w:tcPr>
          <w:p w14:paraId="0AA221B8" w14:textId="4C71CE60" w:rsidR="009645C5" w:rsidRPr="00D77C58" w:rsidRDefault="00A02C29">
            <w:r w:rsidRPr="00D77C58">
              <w:t>Abstract</w:t>
            </w:r>
            <w:r w:rsidR="00E22D1F">
              <w:t xml:space="preserve"> (2)</w:t>
            </w:r>
            <w:r w:rsidRPr="00D77C58">
              <w:t xml:space="preserve"> &amp; </w:t>
            </w:r>
            <w:r w:rsidR="00064A4B" w:rsidRPr="00D77C58">
              <w:t>Introduction</w:t>
            </w:r>
            <w:r w:rsidR="009A4E99">
              <w:t xml:space="preserve"> (3)</w:t>
            </w:r>
          </w:p>
        </w:tc>
      </w:tr>
      <w:tr w:rsidR="009645C5" w:rsidRPr="00D77C58" w14:paraId="730922AD" w14:textId="77777777" w:rsidTr="00DC767F">
        <w:tc>
          <w:tcPr>
            <w:tcW w:w="1986" w:type="dxa"/>
          </w:tcPr>
          <w:p w14:paraId="1E686B39" w14:textId="77777777" w:rsidR="009645C5" w:rsidRPr="00D77C58" w:rsidRDefault="00064A4B">
            <w:r w:rsidRPr="00D77C58">
              <w:t>Methods</w:t>
            </w:r>
          </w:p>
        </w:tc>
        <w:tc>
          <w:tcPr>
            <w:tcW w:w="984" w:type="dxa"/>
          </w:tcPr>
          <w:p w14:paraId="26E61C23" w14:textId="77777777" w:rsidR="009645C5" w:rsidRPr="00D77C58" w:rsidRDefault="00064A4B">
            <w:r w:rsidRPr="00D77C58">
              <w:t>4</w:t>
            </w:r>
          </w:p>
        </w:tc>
        <w:tc>
          <w:tcPr>
            <w:tcW w:w="3690" w:type="dxa"/>
          </w:tcPr>
          <w:p w14:paraId="64D2278E" w14:textId="77777777" w:rsidR="009645C5" w:rsidRPr="00D77C58" w:rsidRDefault="00064A4B">
            <w:r w:rsidRPr="00D77C58">
              <w:t>Key elements of study design</w:t>
            </w:r>
          </w:p>
        </w:tc>
        <w:tc>
          <w:tcPr>
            <w:tcW w:w="2970" w:type="dxa"/>
          </w:tcPr>
          <w:p w14:paraId="6D445F4E" w14:textId="0673837D" w:rsidR="009645C5" w:rsidRPr="00D77C58" w:rsidRDefault="00064A4B">
            <w:r w:rsidRPr="00D77C58">
              <w:t>Methods</w:t>
            </w:r>
            <w:r w:rsidR="00B526C7">
              <w:t xml:space="preserve"> </w:t>
            </w:r>
            <w:r w:rsidR="00762798">
              <w:t>(4)</w:t>
            </w:r>
          </w:p>
        </w:tc>
      </w:tr>
      <w:tr w:rsidR="009645C5" w:rsidRPr="00D77C58" w14:paraId="1F3334C2" w14:textId="77777777" w:rsidTr="00DC767F">
        <w:tc>
          <w:tcPr>
            <w:tcW w:w="1986" w:type="dxa"/>
          </w:tcPr>
          <w:p w14:paraId="4084440E" w14:textId="77777777" w:rsidR="009645C5" w:rsidRPr="00D77C58" w:rsidRDefault="00064A4B">
            <w:r w:rsidRPr="00D77C58">
              <w:t>Methods</w:t>
            </w:r>
          </w:p>
        </w:tc>
        <w:tc>
          <w:tcPr>
            <w:tcW w:w="984" w:type="dxa"/>
          </w:tcPr>
          <w:p w14:paraId="2D3394A5" w14:textId="77777777" w:rsidR="009645C5" w:rsidRPr="00D77C58" w:rsidRDefault="00064A4B">
            <w:r w:rsidRPr="00D77C58">
              <w:t>5</w:t>
            </w:r>
          </w:p>
        </w:tc>
        <w:tc>
          <w:tcPr>
            <w:tcW w:w="3690" w:type="dxa"/>
          </w:tcPr>
          <w:p w14:paraId="2EDA4354" w14:textId="77777777" w:rsidR="009645C5" w:rsidRPr="00D77C58" w:rsidRDefault="00064A4B">
            <w:r w:rsidRPr="00D77C58">
              <w:t>Setting, locations, dates</w:t>
            </w:r>
          </w:p>
        </w:tc>
        <w:tc>
          <w:tcPr>
            <w:tcW w:w="2970" w:type="dxa"/>
          </w:tcPr>
          <w:p w14:paraId="0655A8A3" w14:textId="70561227" w:rsidR="009645C5" w:rsidRPr="00D77C58" w:rsidRDefault="00064A4B">
            <w:r w:rsidRPr="00D77C58">
              <w:t>Methods</w:t>
            </w:r>
            <w:r w:rsidR="00F1574F">
              <w:t xml:space="preserve"> (4)</w:t>
            </w:r>
            <w:r w:rsidR="005671C5" w:rsidRPr="00D77C58">
              <w:t xml:space="preserve">, </w:t>
            </w:r>
            <w:r w:rsidRPr="00D77C58">
              <w:t>Procedure</w:t>
            </w:r>
            <w:r w:rsidR="00A04DFD">
              <w:t xml:space="preserve">, (7), &amp; </w:t>
            </w:r>
            <w:r w:rsidRPr="00D77C58">
              <w:t>Timeline</w:t>
            </w:r>
            <w:r w:rsidR="00875F55">
              <w:t xml:space="preserve"> (7-8)</w:t>
            </w:r>
          </w:p>
        </w:tc>
      </w:tr>
      <w:tr w:rsidR="009645C5" w:rsidRPr="00D77C58" w14:paraId="7338B0CD" w14:textId="77777777" w:rsidTr="00DC767F">
        <w:tc>
          <w:tcPr>
            <w:tcW w:w="1986" w:type="dxa"/>
          </w:tcPr>
          <w:p w14:paraId="0A7BAB28" w14:textId="77777777" w:rsidR="009645C5" w:rsidRPr="00D77C58" w:rsidRDefault="00064A4B">
            <w:r w:rsidRPr="00D77C58">
              <w:t>Methods</w:t>
            </w:r>
          </w:p>
        </w:tc>
        <w:tc>
          <w:tcPr>
            <w:tcW w:w="984" w:type="dxa"/>
          </w:tcPr>
          <w:p w14:paraId="4561C53E" w14:textId="77777777" w:rsidR="009645C5" w:rsidRPr="00D77C58" w:rsidRDefault="00064A4B">
            <w:r w:rsidRPr="00D77C58">
              <w:t>6a</w:t>
            </w:r>
          </w:p>
        </w:tc>
        <w:tc>
          <w:tcPr>
            <w:tcW w:w="3690" w:type="dxa"/>
          </w:tcPr>
          <w:p w14:paraId="52D8BFB4" w14:textId="77777777" w:rsidR="009645C5" w:rsidRPr="00D77C58" w:rsidRDefault="00064A4B">
            <w:r w:rsidRPr="00D77C58">
              <w:t>Eligibility criteria and selection</w:t>
            </w:r>
          </w:p>
        </w:tc>
        <w:tc>
          <w:tcPr>
            <w:tcW w:w="2970" w:type="dxa"/>
          </w:tcPr>
          <w:p w14:paraId="603F309C" w14:textId="0F30001C" w:rsidR="009645C5" w:rsidRPr="00D77C58" w:rsidRDefault="00064A4B">
            <w:r w:rsidRPr="00D77C58">
              <w:t>Methods</w:t>
            </w:r>
            <w:r w:rsidR="005A622F">
              <w:t xml:space="preserve"> (4)</w:t>
            </w:r>
          </w:p>
        </w:tc>
      </w:tr>
      <w:tr w:rsidR="009645C5" w:rsidRPr="00D77C58" w14:paraId="163A98D5" w14:textId="77777777" w:rsidTr="00DC767F">
        <w:tc>
          <w:tcPr>
            <w:tcW w:w="1986" w:type="dxa"/>
          </w:tcPr>
          <w:p w14:paraId="60E3AA66" w14:textId="77777777" w:rsidR="009645C5" w:rsidRPr="00D77C58" w:rsidRDefault="00064A4B">
            <w:r w:rsidRPr="00D77C58">
              <w:t>Methods</w:t>
            </w:r>
          </w:p>
        </w:tc>
        <w:tc>
          <w:tcPr>
            <w:tcW w:w="984" w:type="dxa"/>
          </w:tcPr>
          <w:p w14:paraId="190CE3B3" w14:textId="77777777" w:rsidR="009645C5" w:rsidRPr="00D77C58" w:rsidRDefault="00064A4B">
            <w:r w:rsidRPr="00D77C58">
              <w:t>6b</w:t>
            </w:r>
          </w:p>
        </w:tc>
        <w:tc>
          <w:tcPr>
            <w:tcW w:w="3690" w:type="dxa"/>
          </w:tcPr>
          <w:p w14:paraId="1E87F8EF" w14:textId="77777777" w:rsidR="009645C5" w:rsidRPr="00D77C58" w:rsidRDefault="00064A4B">
            <w:r w:rsidRPr="00D77C58">
              <w:t>Matching criteria and numbers</w:t>
            </w:r>
          </w:p>
        </w:tc>
        <w:tc>
          <w:tcPr>
            <w:tcW w:w="2970" w:type="dxa"/>
          </w:tcPr>
          <w:p w14:paraId="6165B76C" w14:textId="5135C91C" w:rsidR="009645C5" w:rsidRPr="00D77C58" w:rsidRDefault="00064A4B">
            <w:r w:rsidRPr="00D77C58">
              <w:t>Methods</w:t>
            </w:r>
            <w:r w:rsidR="00E933CC">
              <w:t xml:space="preserve"> (4)</w:t>
            </w:r>
            <w:r w:rsidR="005671C5" w:rsidRPr="00D77C58">
              <w:t>,</w:t>
            </w:r>
            <w:r w:rsidRPr="00D77C58">
              <w:t xml:space="preserve"> Recruitment</w:t>
            </w:r>
            <w:r w:rsidR="00B82F1F">
              <w:t xml:space="preserve"> (7-8),</w:t>
            </w:r>
            <w:r w:rsidR="005671C5" w:rsidRPr="00D77C58">
              <w:t xml:space="preserve"> &amp;</w:t>
            </w:r>
            <w:r w:rsidRPr="00D77C58">
              <w:t xml:space="preserve"> Table 1</w:t>
            </w:r>
            <w:r w:rsidR="00DC767F">
              <w:t xml:space="preserve"> (14)</w:t>
            </w:r>
          </w:p>
        </w:tc>
      </w:tr>
      <w:tr w:rsidR="009645C5" w:rsidRPr="00D77C58" w14:paraId="591693AD" w14:textId="77777777" w:rsidTr="00DC767F">
        <w:tc>
          <w:tcPr>
            <w:tcW w:w="1986" w:type="dxa"/>
          </w:tcPr>
          <w:p w14:paraId="6105DAC0" w14:textId="77777777" w:rsidR="009645C5" w:rsidRPr="00D77C58" w:rsidRDefault="00064A4B">
            <w:r w:rsidRPr="00D77C58">
              <w:t>Methods</w:t>
            </w:r>
          </w:p>
        </w:tc>
        <w:tc>
          <w:tcPr>
            <w:tcW w:w="984" w:type="dxa"/>
          </w:tcPr>
          <w:p w14:paraId="38A5DA82" w14:textId="77777777" w:rsidR="009645C5" w:rsidRPr="00D77C58" w:rsidRDefault="00064A4B">
            <w:r w:rsidRPr="00D77C58">
              <w:t>7</w:t>
            </w:r>
          </w:p>
        </w:tc>
        <w:tc>
          <w:tcPr>
            <w:tcW w:w="3690" w:type="dxa"/>
          </w:tcPr>
          <w:p w14:paraId="4DBC7023" w14:textId="77777777" w:rsidR="009645C5" w:rsidRPr="00D77C58" w:rsidRDefault="00064A4B">
            <w:r w:rsidRPr="00D77C58">
              <w:t>Define outcomes/exposures/confounders</w:t>
            </w:r>
          </w:p>
        </w:tc>
        <w:tc>
          <w:tcPr>
            <w:tcW w:w="2970" w:type="dxa"/>
          </w:tcPr>
          <w:p w14:paraId="5126D06C" w14:textId="6B9CCA8D" w:rsidR="009645C5" w:rsidRPr="00D77C58" w:rsidRDefault="00064A4B">
            <w:r w:rsidRPr="00D77C58">
              <w:t>Methods</w:t>
            </w:r>
            <w:r w:rsidR="00B25F30">
              <w:t xml:space="preserve"> (4)</w:t>
            </w:r>
            <w:r w:rsidR="005671C5" w:rsidRPr="00D77C58">
              <w:t xml:space="preserve">, </w:t>
            </w:r>
            <w:r w:rsidRPr="00D77C58">
              <w:t>Measures</w:t>
            </w:r>
            <w:r w:rsidR="005671C5" w:rsidRPr="00D77C58">
              <w:t xml:space="preserve"> </w:t>
            </w:r>
            <w:r w:rsidR="000C7C9C">
              <w:t xml:space="preserve">(8), </w:t>
            </w:r>
            <w:r w:rsidRPr="00D77C58">
              <w:t>Primary Outcome</w:t>
            </w:r>
            <w:r w:rsidR="00423F5F">
              <w:t xml:space="preserve"> (9)</w:t>
            </w:r>
            <w:r w:rsidR="005671C5" w:rsidRPr="00D77C58">
              <w:t xml:space="preserve"> &amp; </w:t>
            </w:r>
            <w:r w:rsidRPr="00D77C58">
              <w:t>Analytical Plan</w:t>
            </w:r>
            <w:r w:rsidR="00692CDE">
              <w:t xml:space="preserve"> (1</w:t>
            </w:r>
            <w:r w:rsidR="000133D7">
              <w:t>2</w:t>
            </w:r>
            <w:r w:rsidR="00692CDE">
              <w:t>)</w:t>
            </w:r>
          </w:p>
        </w:tc>
      </w:tr>
      <w:tr w:rsidR="009645C5" w:rsidRPr="00D77C58" w14:paraId="70D8CE54" w14:textId="77777777" w:rsidTr="00DC767F">
        <w:tc>
          <w:tcPr>
            <w:tcW w:w="1986" w:type="dxa"/>
          </w:tcPr>
          <w:p w14:paraId="522C48E3" w14:textId="77777777" w:rsidR="009645C5" w:rsidRPr="00D77C58" w:rsidRDefault="00064A4B">
            <w:r w:rsidRPr="00D77C58">
              <w:t>Methods</w:t>
            </w:r>
          </w:p>
        </w:tc>
        <w:tc>
          <w:tcPr>
            <w:tcW w:w="984" w:type="dxa"/>
          </w:tcPr>
          <w:p w14:paraId="07F4FBAB" w14:textId="77777777" w:rsidR="009645C5" w:rsidRPr="00D77C58" w:rsidRDefault="00064A4B">
            <w:r w:rsidRPr="00D77C58">
              <w:t>8</w:t>
            </w:r>
          </w:p>
        </w:tc>
        <w:tc>
          <w:tcPr>
            <w:tcW w:w="3690" w:type="dxa"/>
          </w:tcPr>
          <w:p w14:paraId="5C67825F" w14:textId="77777777" w:rsidR="009645C5" w:rsidRPr="00D77C58" w:rsidRDefault="00064A4B">
            <w:r w:rsidRPr="00D77C58">
              <w:t>Data sources/measurement</w:t>
            </w:r>
          </w:p>
        </w:tc>
        <w:tc>
          <w:tcPr>
            <w:tcW w:w="2970" w:type="dxa"/>
          </w:tcPr>
          <w:p w14:paraId="0A0159A5" w14:textId="6D3B46CF" w:rsidR="009645C5" w:rsidRPr="00D77C58" w:rsidRDefault="00064A4B">
            <w:r w:rsidRPr="00D77C58">
              <w:t>Methods</w:t>
            </w:r>
            <w:r w:rsidR="00F552FB">
              <w:t xml:space="preserve"> (4)</w:t>
            </w:r>
            <w:r w:rsidR="005671C5" w:rsidRPr="00D77C58">
              <w:t xml:space="preserve">, </w:t>
            </w:r>
            <w:r w:rsidRPr="00D77C58">
              <w:t>Measures</w:t>
            </w:r>
            <w:r w:rsidR="000C7271">
              <w:t xml:space="preserve"> (8)</w:t>
            </w:r>
            <w:r w:rsidR="00F552FB">
              <w:t>,</w:t>
            </w:r>
            <w:r w:rsidR="005671C5" w:rsidRPr="00D77C58">
              <w:t xml:space="preserve"> &amp; </w:t>
            </w:r>
            <w:r w:rsidR="00D74111" w:rsidRPr="00D77C58">
              <w:t>Primary Outcome</w:t>
            </w:r>
            <w:r w:rsidR="00D74111">
              <w:t xml:space="preserve"> </w:t>
            </w:r>
            <w:r w:rsidR="002E117F">
              <w:t>(9)</w:t>
            </w:r>
          </w:p>
        </w:tc>
      </w:tr>
      <w:tr w:rsidR="009645C5" w:rsidRPr="00D77C58" w14:paraId="4F586464" w14:textId="77777777" w:rsidTr="00DC767F">
        <w:tc>
          <w:tcPr>
            <w:tcW w:w="1986" w:type="dxa"/>
          </w:tcPr>
          <w:p w14:paraId="48705FFB" w14:textId="77777777" w:rsidR="009645C5" w:rsidRPr="00D77C58" w:rsidRDefault="00064A4B">
            <w:r w:rsidRPr="00D77C58">
              <w:t>Methods</w:t>
            </w:r>
          </w:p>
        </w:tc>
        <w:tc>
          <w:tcPr>
            <w:tcW w:w="984" w:type="dxa"/>
          </w:tcPr>
          <w:p w14:paraId="1A1EF694" w14:textId="77777777" w:rsidR="009645C5" w:rsidRPr="00D77C58" w:rsidRDefault="00064A4B">
            <w:r w:rsidRPr="00D77C58">
              <w:t>9</w:t>
            </w:r>
          </w:p>
        </w:tc>
        <w:tc>
          <w:tcPr>
            <w:tcW w:w="3690" w:type="dxa"/>
          </w:tcPr>
          <w:p w14:paraId="30E64FCD" w14:textId="77777777" w:rsidR="009645C5" w:rsidRPr="00D77C58" w:rsidRDefault="00064A4B">
            <w:r w:rsidRPr="00D77C58">
              <w:t>Address bias</w:t>
            </w:r>
          </w:p>
        </w:tc>
        <w:tc>
          <w:tcPr>
            <w:tcW w:w="2970" w:type="dxa"/>
          </w:tcPr>
          <w:p w14:paraId="0E90429E" w14:textId="45E7E134" w:rsidR="009645C5" w:rsidRPr="00D77C58" w:rsidRDefault="00064A4B">
            <w:r w:rsidRPr="00D77C58">
              <w:t>Methods</w:t>
            </w:r>
            <w:r w:rsidR="00A61691">
              <w:t xml:space="preserve"> (4)</w:t>
            </w:r>
            <w:r w:rsidR="005671C5" w:rsidRPr="00D77C58">
              <w:t xml:space="preserve">, </w:t>
            </w:r>
            <w:r w:rsidRPr="00D77C58">
              <w:t xml:space="preserve">Discussion </w:t>
            </w:r>
            <w:r w:rsidR="00B60976">
              <w:t>(20)</w:t>
            </w:r>
          </w:p>
        </w:tc>
      </w:tr>
      <w:tr w:rsidR="009645C5" w:rsidRPr="00D77C58" w14:paraId="43DFC7A6" w14:textId="77777777" w:rsidTr="00DC767F">
        <w:tc>
          <w:tcPr>
            <w:tcW w:w="1986" w:type="dxa"/>
          </w:tcPr>
          <w:p w14:paraId="0D1024A0" w14:textId="77777777" w:rsidR="009645C5" w:rsidRPr="00D77C58" w:rsidRDefault="00064A4B">
            <w:r w:rsidRPr="00D77C58">
              <w:t>Methods</w:t>
            </w:r>
          </w:p>
        </w:tc>
        <w:tc>
          <w:tcPr>
            <w:tcW w:w="984" w:type="dxa"/>
          </w:tcPr>
          <w:p w14:paraId="3F59CEDD" w14:textId="77777777" w:rsidR="009645C5" w:rsidRPr="00D77C58" w:rsidRDefault="00064A4B">
            <w:r w:rsidRPr="00D77C58">
              <w:t>10</w:t>
            </w:r>
          </w:p>
        </w:tc>
        <w:tc>
          <w:tcPr>
            <w:tcW w:w="3690" w:type="dxa"/>
          </w:tcPr>
          <w:p w14:paraId="7361CBB9" w14:textId="77777777" w:rsidR="009645C5" w:rsidRPr="00D77C58" w:rsidRDefault="00064A4B">
            <w:r w:rsidRPr="00D77C58">
              <w:t>Study size</w:t>
            </w:r>
          </w:p>
        </w:tc>
        <w:tc>
          <w:tcPr>
            <w:tcW w:w="2970" w:type="dxa"/>
          </w:tcPr>
          <w:p w14:paraId="09D17770" w14:textId="120BC347" w:rsidR="009645C5" w:rsidRPr="00D77C58" w:rsidRDefault="00064A4B">
            <w:r w:rsidRPr="00D77C58">
              <w:t>Methods</w:t>
            </w:r>
            <w:r w:rsidR="00A61691">
              <w:t xml:space="preserve"> (4-6)</w:t>
            </w:r>
            <w:r w:rsidR="005671C5" w:rsidRPr="00D77C58">
              <w:t xml:space="preserve">, </w:t>
            </w:r>
            <w:r w:rsidRPr="00D77C58">
              <w:t xml:space="preserve">Analytical Plan </w:t>
            </w:r>
            <w:r w:rsidR="00A61691">
              <w:t>(1</w:t>
            </w:r>
            <w:r w:rsidR="000133D7">
              <w:t>2</w:t>
            </w:r>
            <w:r w:rsidR="00A61691">
              <w:t>)</w:t>
            </w:r>
          </w:p>
        </w:tc>
      </w:tr>
      <w:tr w:rsidR="009645C5" w:rsidRPr="00D77C58" w14:paraId="4CAF4832" w14:textId="77777777" w:rsidTr="00DC767F">
        <w:tc>
          <w:tcPr>
            <w:tcW w:w="1986" w:type="dxa"/>
          </w:tcPr>
          <w:p w14:paraId="7AFAFB7A" w14:textId="77777777" w:rsidR="009645C5" w:rsidRPr="00D77C58" w:rsidRDefault="00064A4B">
            <w:r w:rsidRPr="00D77C58">
              <w:t>Methods</w:t>
            </w:r>
          </w:p>
        </w:tc>
        <w:tc>
          <w:tcPr>
            <w:tcW w:w="984" w:type="dxa"/>
          </w:tcPr>
          <w:p w14:paraId="098E5ECD" w14:textId="77777777" w:rsidR="009645C5" w:rsidRPr="00D77C58" w:rsidRDefault="00064A4B">
            <w:r w:rsidRPr="00D77C58">
              <w:t>11</w:t>
            </w:r>
          </w:p>
        </w:tc>
        <w:tc>
          <w:tcPr>
            <w:tcW w:w="3690" w:type="dxa"/>
          </w:tcPr>
          <w:p w14:paraId="35D78C1B" w14:textId="77777777" w:rsidR="009645C5" w:rsidRPr="00D77C58" w:rsidRDefault="00064A4B">
            <w:r w:rsidRPr="00D77C58">
              <w:t>Quantitative variables</w:t>
            </w:r>
          </w:p>
        </w:tc>
        <w:tc>
          <w:tcPr>
            <w:tcW w:w="2970" w:type="dxa"/>
          </w:tcPr>
          <w:p w14:paraId="2926B30A" w14:textId="21342301" w:rsidR="009645C5" w:rsidRPr="00D77C58" w:rsidRDefault="00064A4B">
            <w:r w:rsidRPr="00D77C58">
              <w:t>Methods</w:t>
            </w:r>
            <w:r w:rsidR="0090242A">
              <w:t xml:space="preserve"> (8)</w:t>
            </w:r>
            <w:r w:rsidR="005671C5" w:rsidRPr="00D77C58">
              <w:t>,</w:t>
            </w:r>
            <w:r w:rsidRPr="00D77C58">
              <w:t xml:space="preserve"> Analytical Plan</w:t>
            </w:r>
            <w:r w:rsidR="0033518C">
              <w:t xml:space="preserve"> (12)</w:t>
            </w:r>
          </w:p>
        </w:tc>
      </w:tr>
      <w:tr w:rsidR="009645C5" w:rsidRPr="00D77C58" w14:paraId="3EA8DD3A" w14:textId="77777777" w:rsidTr="00DC767F">
        <w:tc>
          <w:tcPr>
            <w:tcW w:w="1986" w:type="dxa"/>
          </w:tcPr>
          <w:p w14:paraId="7B717D87" w14:textId="77777777" w:rsidR="009645C5" w:rsidRPr="00D77C58" w:rsidRDefault="00064A4B">
            <w:r w:rsidRPr="00D77C58">
              <w:t>Methods</w:t>
            </w:r>
          </w:p>
        </w:tc>
        <w:tc>
          <w:tcPr>
            <w:tcW w:w="984" w:type="dxa"/>
          </w:tcPr>
          <w:p w14:paraId="4BE99C4D" w14:textId="77777777" w:rsidR="009645C5" w:rsidRPr="00D77C58" w:rsidRDefault="00064A4B">
            <w:r w:rsidRPr="00D77C58">
              <w:t>12a</w:t>
            </w:r>
          </w:p>
        </w:tc>
        <w:tc>
          <w:tcPr>
            <w:tcW w:w="3690" w:type="dxa"/>
          </w:tcPr>
          <w:p w14:paraId="5C1E2457" w14:textId="77777777" w:rsidR="009645C5" w:rsidRPr="00D77C58" w:rsidRDefault="00064A4B">
            <w:r w:rsidRPr="00D77C58">
              <w:t>Statistical methods</w:t>
            </w:r>
          </w:p>
        </w:tc>
        <w:tc>
          <w:tcPr>
            <w:tcW w:w="2970" w:type="dxa"/>
          </w:tcPr>
          <w:p w14:paraId="0B650CCD" w14:textId="19BB6B5D" w:rsidR="009645C5" w:rsidRPr="00D77C58" w:rsidRDefault="00064A4B">
            <w:r w:rsidRPr="00D77C58">
              <w:t>Methods</w:t>
            </w:r>
            <w:r w:rsidR="005671C5" w:rsidRPr="00D77C58">
              <w:t>,</w:t>
            </w:r>
            <w:r w:rsidRPr="00D77C58">
              <w:t xml:space="preserve"> Analytical Plan</w:t>
            </w:r>
            <w:r w:rsidR="009E61BC">
              <w:t xml:space="preserve"> (12)</w:t>
            </w:r>
          </w:p>
        </w:tc>
      </w:tr>
      <w:tr w:rsidR="009645C5" w:rsidRPr="00D77C58" w14:paraId="2C56284A" w14:textId="77777777" w:rsidTr="00DC767F">
        <w:tc>
          <w:tcPr>
            <w:tcW w:w="1986" w:type="dxa"/>
          </w:tcPr>
          <w:p w14:paraId="6F3BE238" w14:textId="77777777" w:rsidR="009645C5" w:rsidRPr="00D77C58" w:rsidRDefault="00064A4B">
            <w:r w:rsidRPr="00D77C58">
              <w:t>Methods</w:t>
            </w:r>
          </w:p>
        </w:tc>
        <w:tc>
          <w:tcPr>
            <w:tcW w:w="984" w:type="dxa"/>
          </w:tcPr>
          <w:p w14:paraId="67626A9D" w14:textId="77777777" w:rsidR="009645C5" w:rsidRPr="00D77C58" w:rsidRDefault="00064A4B">
            <w:r w:rsidRPr="00D77C58">
              <w:t>12c</w:t>
            </w:r>
          </w:p>
        </w:tc>
        <w:tc>
          <w:tcPr>
            <w:tcW w:w="3690" w:type="dxa"/>
          </w:tcPr>
          <w:p w14:paraId="45A0F502" w14:textId="77777777" w:rsidR="009645C5" w:rsidRPr="00D77C58" w:rsidRDefault="00064A4B">
            <w:r w:rsidRPr="00D77C58">
              <w:t>Missing data handling</w:t>
            </w:r>
          </w:p>
        </w:tc>
        <w:tc>
          <w:tcPr>
            <w:tcW w:w="2970" w:type="dxa"/>
          </w:tcPr>
          <w:p w14:paraId="4AE41DC0" w14:textId="59E22DD4" w:rsidR="009645C5" w:rsidRPr="00D77C58" w:rsidRDefault="005671C5">
            <w:r w:rsidRPr="00D77C58">
              <w:t>Analytical Plan</w:t>
            </w:r>
            <w:r w:rsidR="006457C4">
              <w:t xml:space="preserve"> (12),</w:t>
            </w:r>
            <w:r w:rsidRPr="00D77C58">
              <w:t xml:space="preserve"> </w:t>
            </w:r>
            <w:r w:rsidR="00064A4B" w:rsidRPr="00D77C58">
              <w:t xml:space="preserve">Results </w:t>
            </w:r>
            <w:r w:rsidR="00C3012A">
              <w:t>(13)</w:t>
            </w:r>
          </w:p>
        </w:tc>
      </w:tr>
      <w:tr w:rsidR="009645C5" w:rsidRPr="00D77C58" w14:paraId="7D1F486A" w14:textId="77777777" w:rsidTr="00DC767F">
        <w:tc>
          <w:tcPr>
            <w:tcW w:w="1986" w:type="dxa"/>
          </w:tcPr>
          <w:p w14:paraId="00547B0C" w14:textId="77777777" w:rsidR="009645C5" w:rsidRPr="00D77C58" w:rsidRDefault="00064A4B">
            <w:r w:rsidRPr="00D77C58">
              <w:lastRenderedPageBreak/>
              <w:t>Methods</w:t>
            </w:r>
          </w:p>
        </w:tc>
        <w:tc>
          <w:tcPr>
            <w:tcW w:w="984" w:type="dxa"/>
          </w:tcPr>
          <w:p w14:paraId="44013EDF" w14:textId="77777777" w:rsidR="009645C5" w:rsidRPr="00D77C58" w:rsidRDefault="00064A4B">
            <w:r w:rsidRPr="00D77C58">
              <w:t>12e</w:t>
            </w:r>
          </w:p>
        </w:tc>
        <w:tc>
          <w:tcPr>
            <w:tcW w:w="3690" w:type="dxa"/>
          </w:tcPr>
          <w:p w14:paraId="7ED5BDBC" w14:textId="77777777" w:rsidR="009645C5" w:rsidRPr="00D77C58" w:rsidRDefault="00064A4B">
            <w:r w:rsidRPr="00D77C58">
              <w:t>Sensitivity analyses</w:t>
            </w:r>
          </w:p>
        </w:tc>
        <w:tc>
          <w:tcPr>
            <w:tcW w:w="2970" w:type="dxa"/>
          </w:tcPr>
          <w:p w14:paraId="68DCE3E2" w14:textId="22D2E8CB" w:rsidR="009645C5" w:rsidRPr="00D77C58" w:rsidRDefault="00B908FB">
            <w:r w:rsidRPr="00D77C58">
              <w:t>N/A</w:t>
            </w:r>
            <w:r w:rsidR="002074D2" w:rsidRPr="00D77C58">
              <w:t xml:space="preserve"> due to</w:t>
            </w:r>
            <w:r w:rsidR="00636FCA" w:rsidRPr="00D77C58">
              <w:t xml:space="preserve"> lack of model significance</w:t>
            </w:r>
          </w:p>
        </w:tc>
      </w:tr>
      <w:tr w:rsidR="009645C5" w:rsidRPr="00D77C58" w14:paraId="60EAE2B7" w14:textId="77777777" w:rsidTr="00DC767F">
        <w:tc>
          <w:tcPr>
            <w:tcW w:w="1986" w:type="dxa"/>
          </w:tcPr>
          <w:p w14:paraId="3429F941" w14:textId="77777777" w:rsidR="009645C5" w:rsidRPr="00D77C58" w:rsidRDefault="00064A4B">
            <w:r w:rsidRPr="00D77C58">
              <w:t>Results</w:t>
            </w:r>
          </w:p>
        </w:tc>
        <w:tc>
          <w:tcPr>
            <w:tcW w:w="984" w:type="dxa"/>
          </w:tcPr>
          <w:p w14:paraId="494BF812" w14:textId="77777777" w:rsidR="009645C5" w:rsidRPr="00D77C58" w:rsidRDefault="00064A4B">
            <w:r w:rsidRPr="00D77C58">
              <w:t>13a</w:t>
            </w:r>
          </w:p>
        </w:tc>
        <w:tc>
          <w:tcPr>
            <w:tcW w:w="3690" w:type="dxa"/>
          </w:tcPr>
          <w:p w14:paraId="0278B2FE" w14:textId="77777777" w:rsidR="009645C5" w:rsidRPr="00D77C58" w:rsidRDefault="00064A4B">
            <w:r w:rsidRPr="00D77C58">
              <w:t>Numbers at each stage</w:t>
            </w:r>
          </w:p>
        </w:tc>
        <w:tc>
          <w:tcPr>
            <w:tcW w:w="2970" w:type="dxa"/>
          </w:tcPr>
          <w:p w14:paraId="6B7775B0" w14:textId="25F026A6" w:rsidR="009645C5" w:rsidRPr="00D77C58" w:rsidRDefault="00A02C29">
            <w:r w:rsidRPr="00D77C58">
              <w:t>Results</w:t>
            </w:r>
            <w:r w:rsidR="00B44AAD">
              <w:t xml:space="preserve"> (12-13)</w:t>
            </w:r>
            <w:r w:rsidR="005671C5" w:rsidRPr="00D77C58">
              <w:t xml:space="preserve">, </w:t>
            </w:r>
            <w:r w:rsidR="00064A4B" w:rsidRPr="00D77C58">
              <w:t>Figure</w:t>
            </w:r>
            <w:r w:rsidR="0083712F">
              <w:t xml:space="preserve"> 1 (5), &amp; Figure 2 (6)</w:t>
            </w:r>
          </w:p>
        </w:tc>
      </w:tr>
      <w:tr w:rsidR="009645C5" w:rsidRPr="00D77C58" w14:paraId="28836E05" w14:textId="77777777" w:rsidTr="00DC767F">
        <w:tc>
          <w:tcPr>
            <w:tcW w:w="1986" w:type="dxa"/>
          </w:tcPr>
          <w:p w14:paraId="2E08681D" w14:textId="77777777" w:rsidR="009645C5" w:rsidRPr="00D77C58" w:rsidRDefault="00064A4B">
            <w:r w:rsidRPr="00D77C58">
              <w:t>Results</w:t>
            </w:r>
          </w:p>
        </w:tc>
        <w:tc>
          <w:tcPr>
            <w:tcW w:w="984" w:type="dxa"/>
          </w:tcPr>
          <w:p w14:paraId="138EEE04" w14:textId="77777777" w:rsidR="009645C5" w:rsidRPr="00D77C58" w:rsidRDefault="00064A4B">
            <w:r w:rsidRPr="00D77C58">
              <w:t>13b</w:t>
            </w:r>
          </w:p>
        </w:tc>
        <w:tc>
          <w:tcPr>
            <w:tcW w:w="3690" w:type="dxa"/>
          </w:tcPr>
          <w:p w14:paraId="6D4DBBE2" w14:textId="77777777" w:rsidR="009645C5" w:rsidRPr="00D77C58" w:rsidRDefault="00064A4B">
            <w:r w:rsidRPr="00D77C58">
              <w:t>Reasons for non-participation</w:t>
            </w:r>
          </w:p>
        </w:tc>
        <w:tc>
          <w:tcPr>
            <w:tcW w:w="2970" w:type="dxa"/>
          </w:tcPr>
          <w:p w14:paraId="5A2DC24A" w14:textId="61F661A2" w:rsidR="009645C5" w:rsidRPr="00D77C58" w:rsidRDefault="00064A4B">
            <w:r w:rsidRPr="00D77C58">
              <w:t>Results</w:t>
            </w:r>
            <w:r w:rsidR="00B91AE2">
              <w:t xml:space="preserve"> (12-13)</w:t>
            </w:r>
            <w:r w:rsidR="005671C5" w:rsidRPr="00D77C58">
              <w:t xml:space="preserve">, </w:t>
            </w:r>
            <w:r w:rsidR="00DB0579">
              <w:t>Table 2</w:t>
            </w:r>
            <w:r w:rsidR="0046059C">
              <w:t xml:space="preserve"> (15)</w:t>
            </w:r>
          </w:p>
        </w:tc>
      </w:tr>
      <w:tr w:rsidR="009645C5" w:rsidRPr="00D77C58" w14:paraId="55B71E3B" w14:textId="77777777" w:rsidTr="00DC767F">
        <w:tc>
          <w:tcPr>
            <w:tcW w:w="1986" w:type="dxa"/>
          </w:tcPr>
          <w:p w14:paraId="55208730" w14:textId="77777777" w:rsidR="009645C5" w:rsidRPr="00D77C58" w:rsidRDefault="00064A4B">
            <w:r w:rsidRPr="00D77C58">
              <w:t>Results</w:t>
            </w:r>
          </w:p>
        </w:tc>
        <w:tc>
          <w:tcPr>
            <w:tcW w:w="984" w:type="dxa"/>
          </w:tcPr>
          <w:p w14:paraId="5BEF2051" w14:textId="77777777" w:rsidR="009645C5" w:rsidRPr="00D77C58" w:rsidRDefault="00064A4B">
            <w:r w:rsidRPr="00D77C58">
              <w:t>14a</w:t>
            </w:r>
          </w:p>
        </w:tc>
        <w:tc>
          <w:tcPr>
            <w:tcW w:w="3690" w:type="dxa"/>
          </w:tcPr>
          <w:p w14:paraId="7FB7A222" w14:textId="77777777" w:rsidR="009645C5" w:rsidRPr="00D77C58" w:rsidRDefault="00064A4B">
            <w:r w:rsidRPr="00D77C58">
              <w:t>Participant characteristics</w:t>
            </w:r>
          </w:p>
        </w:tc>
        <w:tc>
          <w:tcPr>
            <w:tcW w:w="2970" w:type="dxa"/>
          </w:tcPr>
          <w:p w14:paraId="42D3E2F8" w14:textId="7B63E3DB" w:rsidR="009645C5" w:rsidRPr="00D77C58" w:rsidRDefault="00064A4B">
            <w:r w:rsidRPr="00D77C58">
              <w:t>Results</w:t>
            </w:r>
            <w:r w:rsidR="00880E0F">
              <w:t xml:space="preserve"> (12-13)</w:t>
            </w:r>
            <w:r w:rsidR="005671C5" w:rsidRPr="00D77C58">
              <w:t>, Table 1</w:t>
            </w:r>
            <w:r w:rsidR="00613F51">
              <w:t xml:space="preserve"> (14-15)</w:t>
            </w:r>
          </w:p>
        </w:tc>
      </w:tr>
      <w:tr w:rsidR="009645C5" w:rsidRPr="00D77C58" w14:paraId="492FA4C8" w14:textId="77777777" w:rsidTr="00DC767F">
        <w:tc>
          <w:tcPr>
            <w:tcW w:w="1986" w:type="dxa"/>
          </w:tcPr>
          <w:p w14:paraId="6D0FAAFA" w14:textId="77777777" w:rsidR="009645C5" w:rsidRPr="00D77C58" w:rsidRDefault="00064A4B">
            <w:r w:rsidRPr="00D77C58">
              <w:t>Results</w:t>
            </w:r>
          </w:p>
        </w:tc>
        <w:tc>
          <w:tcPr>
            <w:tcW w:w="984" w:type="dxa"/>
          </w:tcPr>
          <w:p w14:paraId="0D1F2818" w14:textId="77777777" w:rsidR="009645C5" w:rsidRPr="00D77C58" w:rsidRDefault="00064A4B">
            <w:r w:rsidRPr="00D77C58">
              <w:t>14b</w:t>
            </w:r>
          </w:p>
        </w:tc>
        <w:tc>
          <w:tcPr>
            <w:tcW w:w="3690" w:type="dxa"/>
          </w:tcPr>
          <w:p w14:paraId="7F51CA27" w14:textId="77777777" w:rsidR="009645C5" w:rsidRPr="00D77C58" w:rsidRDefault="00064A4B">
            <w:r w:rsidRPr="00D77C58">
              <w:t>Missing data per variable</w:t>
            </w:r>
          </w:p>
        </w:tc>
        <w:tc>
          <w:tcPr>
            <w:tcW w:w="2970" w:type="dxa"/>
          </w:tcPr>
          <w:p w14:paraId="7FC52529" w14:textId="0D8FFE5A" w:rsidR="009645C5" w:rsidRPr="00D77C58" w:rsidRDefault="005671C5">
            <w:r w:rsidRPr="00D77C58">
              <w:t>Results</w:t>
            </w:r>
            <w:r w:rsidR="006E0243">
              <w:t xml:space="preserve"> (13)</w:t>
            </w:r>
            <w:r w:rsidRPr="00D77C58">
              <w:t>, Table 1</w:t>
            </w:r>
            <w:r w:rsidR="00613F51">
              <w:t xml:space="preserve"> </w:t>
            </w:r>
            <w:r w:rsidR="00613F51">
              <w:t>(14-15)</w:t>
            </w:r>
          </w:p>
        </w:tc>
      </w:tr>
      <w:tr w:rsidR="009645C5" w:rsidRPr="00D77C58" w14:paraId="638E572E" w14:textId="77777777" w:rsidTr="00DC767F">
        <w:tc>
          <w:tcPr>
            <w:tcW w:w="1986" w:type="dxa"/>
          </w:tcPr>
          <w:p w14:paraId="43D1757B" w14:textId="77777777" w:rsidR="009645C5" w:rsidRPr="00D77C58" w:rsidRDefault="00064A4B">
            <w:r w:rsidRPr="00D77C58">
              <w:t>Results</w:t>
            </w:r>
          </w:p>
        </w:tc>
        <w:tc>
          <w:tcPr>
            <w:tcW w:w="984" w:type="dxa"/>
          </w:tcPr>
          <w:p w14:paraId="5594CDF1" w14:textId="77777777" w:rsidR="009645C5" w:rsidRPr="00D77C58" w:rsidRDefault="00064A4B">
            <w:r w:rsidRPr="00D77C58">
              <w:t>15</w:t>
            </w:r>
          </w:p>
        </w:tc>
        <w:tc>
          <w:tcPr>
            <w:tcW w:w="3690" w:type="dxa"/>
          </w:tcPr>
          <w:p w14:paraId="48AD83B9" w14:textId="77777777" w:rsidR="009645C5" w:rsidRPr="00D77C58" w:rsidRDefault="00064A4B">
            <w:r w:rsidRPr="00D77C58">
              <w:t>Outcome data</w:t>
            </w:r>
          </w:p>
        </w:tc>
        <w:tc>
          <w:tcPr>
            <w:tcW w:w="2970" w:type="dxa"/>
          </w:tcPr>
          <w:p w14:paraId="43A31CA2" w14:textId="3645A6A9" w:rsidR="009645C5" w:rsidRPr="00D77C58" w:rsidRDefault="00064A4B">
            <w:r w:rsidRPr="00D77C58">
              <w:t>Results</w:t>
            </w:r>
            <w:r w:rsidR="005671C5" w:rsidRPr="00D77C58">
              <w:t>, Table 3</w:t>
            </w:r>
            <w:r w:rsidR="00EA753F">
              <w:t xml:space="preserve"> (16)</w:t>
            </w:r>
          </w:p>
        </w:tc>
      </w:tr>
      <w:tr w:rsidR="009645C5" w:rsidRPr="00D77C58" w14:paraId="31A587C5" w14:textId="77777777" w:rsidTr="00DC767F">
        <w:tc>
          <w:tcPr>
            <w:tcW w:w="1986" w:type="dxa"/>
          </w:tcPr>
          <w:p w14:paraId="66B361DD" w14:textId="77777777" w:rsidR="009645C5" w:rsidRPr="00D77C58" w:rsidRDefault="00064A4B">
            <w:r w:rsidRPr="00D77C58">
              <w:t>Results</w:t>
            </w:r>
          </w:p>
        </w:tc>
        <w:tc>
          <w:tcPr>
            <w:tcW w:w="984" w:type="dxa"/>
          </w:tcPr>
          <w:p w14:paraId="0ABE598B" w14:textId="77777777" w:rsidR="009645C5" w:rsidRPr="00D77C58" w:rsidRDefault="00064A4B">
            <w:r w:rsidRPr="00D77C58">
              <w:t>16a</w:t>
            </w:r>
          </w:p>
        </w:tc>
        <w:tc>
          <w:tcPr>
            <w:tcW w:w="3690" w:type="dxa"/>
          </w:tcPr>
          <w:p w14:paraId="437DDF72" w14:textId="77777777" w:rsidR="009645C5" w:rsidRPr="00D77C58" w:rsidRDefault="00064A4B">
            <w:r w:rsidRPr="00D77C58">
              <w:t>Main results (unadjusted/adjusted if applicable)</w:t>
            </w:r>
          </w:p>
        </w:tc>
        <w:tc>
          <w:tcPr>
            <w:tcW w:w="2970" w:type="dxa"/>
          </w:tcPr>
          <w:p w14:paraId="4EF1E9DC" w14:textId="540393EC" w:rsidR="009645C5" w:rsidRPr="00D77C58" w:rsidRDefault="005671C5">
            <w:r w:rsidRPr="00D77C58">
              <w:t xml:space="preserve">Results, Table 3 </w:t>
            </w:r>
            <w:r w:rsidR="00EA753F">
              <w:t>(16)</w:t>
            </w:r>
          </w:p>
        </w:tc>
      </w:tr>
      <w:tr w:rsidR="009645C5" w:rsidRPr="00D77C58" w14:paraId="44F96F4B" w14:textId="77777777" w:rsidTr="00DC767F">
        <w:tc>
          <w:tcPr>
            <w:tcW w:w="1986" w:type="dxa"/>
          </w:tcPr>
          <w:p w14:paraId="36566B28" w14:textId="77777777" w:rsidR="009645C5" w:rsidRPr="00D77C58" w:rsidRDefault="00064A4B">
            <w:r w:rsidRPr="00D77C58">
              <w:t>Discussion</w:t>
            </w:r>
          </w:p>
        </w:tc>
        <w:tc>
          <w:tcPr>
            <w:tcW w:w="984" w:type="dxa"/>
          </w:tcPr>
          <w:p w14:paraId="2C59A829" w14:textId="77777777" w:rsidR="009645C5" w:rsidRPr="00D77C58" w:rsidRDefault="00064A4B">
            <w:r w:rsidRPr="00D77C58">
              <w:t>18</w:t>
            </w:r>
          </w:p>
        </w:tc>
        <w:tc>
          <w:tcPr>
            <w:tcW w:w="3690" w:type="dxa"/>
          </w:tcPr>
          <w:p w14:paraId="06950371" w14:textId="77777777" w:rsidR="009645C5" w:rsidRPr="00D77C58" w:rsidRDefault="00064A4B">
            <w:r w:rsidRPr="00D77C58">
              <w:t>Key results</w:t>
            </w:r>
          </w:p>
        </w:tc>
        <w:tc>
          <w:tcPr>
            <w:tcW w:w="2970" w:type="dxa"/>
          </w:tcPr>
          <w:p w14:paraId="1DB1B1A9" w14:textId="6D0B7E9A" w:rsidR="009645C5" w:rsidRPr="00D77C58" w:rsidRDefault="00064A4B">
            <w:r w:rsidRPr="00D77C58">
              <w:t>Discussion</w:t>
            </w:r>
            <w:r w:rsidR="00324548">
              <w:t xml:space="preserve"> (18-20)</w:t>
            </w:r>
          </w:p>
        </w:tc>
      </w:tr>
      <w:tr w:rsidR="009645C5" w:rsidRPr="00D77C58" w14:paraId="748C0635" w14:textId="77777777" w:rsidTr="00DC767F">
        <w:tc>
          <w:tcPr>
            <w:tcW w:w="1986" w:type="dxa"/>
          </w:tcPr>
          <w:p w14:paraId="302F745A" w14:textId="77777777" w:rsidR="009645C5" w:rsidRPr="00D77C58" w:rsidRDefault="00064A4B">
            <w:r w:rsidRPr="00D77C58">
              <w:t>Discussion</w:t>
            </w:r>
          </w:p>
        </w:tc>
        <w:tc>
          <w:tcPr>
            <w:tcW w:w="984" w:type="dxa"/>
          </w:tcPr>
          <w:p w14:paraId="278F6DF3" w14:textId="77777777" w:rsidR="009645C5" w:rsidRPr="00D77C58" w:rsidRDefault="00064A4B">
            <w:r w:rsidRPr="00D77C58">
              <w:t>19</w:t>
            </w:r>
          </w:p>
        </w:tc>
        <w:tc>
          <w:tcPr>
            <w:tcW w:w="3690" w:type="dxa"/>
          </w:tcPr>
          <w:p w14:paraId="4479C12B" w14:textId="77777777" w:rsidR="009645C5" w:rsidRPr="00D77C58" w:rsidRDefault="00064A4B">
            <w:r w:rsidRPr="00D77C58">
              <w:t>Limitations</w:t>
            </w:r>
          </w:p>
        </w:tc>
        <w:tc>
          <w:tcPr>
            <w:tcW w:w="2970" w:type="dxa"/>
          </w:tcPr>
          <w:p w14:paraId="0DF469D0" w14:textId="465C9372" w:rsidR="009645C5" w:rsidRPr="00D77C58" w:rsidRDefault="00064A4B">
            <w:r w:rsidRPr="00D77C58">
              <w:t>Discussion</w:t>
            </w:r>
            <w:r w:rsidR="00F44AAC">
              <w:t xml:space="preserve"> (19-20)</w:t>
            </w:r>
          </w:p>
        </w:tc>
      </w:tr>
      <w:tr w:rsidR="009645C5" w:rsidRPr="00D77C58" w14:paraId="15A0EEC1" w14:textId="77777777" w:rsidTr="00DC767F">
        <w:tc>
          <w:tcPr>
            <w:tcW w:w="1986" w:type="dxa"/>
          </w:tcPr>
          <w:p w14:paraId="3AD7218E" w14:textId="77777777" w:rsidR="009645C5" w:rsidRPr="00D77C58" w:rsidRDefault="00064A4B">
            <w:r w:rsidRPr="00D77C58">
              <w:t>Discussion</w:t>
            </w:r>
          </w:p>
        </w:tc>
        <w:tc>
          <w:tcPr>
            <w:tcW w:w="984" w:type="dxa"/>
          </w:tcPr>
          <w:p w14:paraId="6A2F19A1" w14:textId="77777777" w:rsidR="009645C5" w:rsidRPr="00D77C58" w:rsidRDefault="00064A4B">
            <w:r w:rsidRPr="00D77C58">
              <w:t>20</w:t>
            </w:r>
          </w:p>
        </w:tc>
        <w:tc>
          <w:tcPr>
            <w:tcW w:w="3690" w:type="dxa"/>
          </w:tcPr>
          <w:p w14:paraId="2BF7158C" w14:textId="77777777" w:rsidR="009645C5" w:rsidRPr="00D77C58" w:rsidRDefault="00064A4B">
            <w:r w:rsidRPr="00D77C58">
              <w:t>Interpretation</w:t>
            </w:r>
          </w:p>
        </w:tc>
        <w:tc>
          <w:tcPr>
            <w:tcW w:w="2970" w:type="dxa"/>
          </w:tcPr>
          <w:p w14:paraId="41027074" w14:textId="2F0D8FD6" w:rsidR="009645C5" w:rsidRPr="00D77C58" w:rsidRDefault="00064A4B">
            <w:r w:rsidRPr="00D77C58">
              <w:t>Discussion</w:t>
            </w:r>
            <w:r w:rsidR="005511BB">
              <w:t xml:space="preserve"> (19-20)</w:t>
            </w:r>
          </w:p>
        </w:tc>
      </w:tr>
      <w:tr w:rsidR="009645C5" w:rsidRPr="00D77C58" w14:paraId="27046BEA" w14:textId="77777777" w:rsidTr="00DC767F">
        <w:tc>
          <w:tcPr>
            <w:tcW w:w="1986" w:type="dxa"/>
          </w:tcPr>
          <w:p w14:paraId="59F42912" w14:textId="77777777" w:rsidR="009645C5" w:rsidRPr="00D77C58" w:rsidRDefault="00064A4B">
            <w:r w:rsidRPr="00D77C58">
              <w:t>Discussion</w:t>
            </w:r>
          </w:p>
        </w:tc>
        <w:tc>
          <w:tcPr>
            <w:tcW w:w="984" w:type="dxa"/>
          </w:tcPr>
          <w:p w14:paraId="06D871E8" w14:textId="77777777" w:rsidR="009645C5" w:rsidRPr="00D77C58" w:rsidRDefault="00064A4B">
            <w:r w:rsidRPr="00D77C58">
              <w:t>21</w:t>
            </w:r>
          </w:p>
        </w:tc>
        <w:tc>
          <w:tcPr>
            <w:tcW w:w="3690" w:type="dxa"/>
          </w:tcPr>
          <w:p w14:paraId="38968701" w14:textId="63730E3E" w:rsidR="009645C5" w:rsidRPr="00D77C58" w:rsidRDefault="00064A4B">
            <w:r w:rsidRPr="00D77C58">
              <w:t>Generali</w:t>
            </w:r>
            <w:r w:rsidR="005511BB">
              <w:t>z</w:t>
            </w:r>
            <w:r w:rsidRPr="00D77C58">
              <w:t>ability</w:t>
            </w:r>
          </w:p>
        </w:tc>
        <w:tc>
          <w:tcPr>
            <w:tcW w:w="2970" w:type="dxa"/>
          </w:tcPr>
          <w:p w14:paraId="01C61446" w14:textId="207ABB46" w:rsidR="009645C5" w:rsidRPr="00D77C58" w:rsidRDefault="00064A4B">
            <w:r w:rsidRPr="00D77C58">
              <w:t>Discussion</w:t>
            </w:r>
            <w:r w:rsidR="0002093B">
              <w:t xml:space="preserve"> (20)</w:t>
            </w:r>
          </w:p>
        </w:tc>
      </w:tr>
      <w:tr w:rsidR="009645C5" w14:paraId="249B6144" w14:textId="77777777" w:rsidTr="00DC767F">
        <w:tc>
          <w:tcPr>
            <w:tcW w:w="1986" w:type="dxa"/>
          </w:tcPr>
          <w:p w14:paraId="6FACC979" w14:textId="77777777" w:rsidR="009645C5" w:rsidRPr="00D77C58" w:rsidRDefault="00064A4B">
            <w:r w:rsidRPr="00D77C58">
              <w:t>Other</w:t>
            </w:r>
          </w:p>
        </w:tc>
        <w:tc>
          <w:tcPr>
            <w:tcW w:w="984" w:type="dxa"/>
          </w:tcPr>
          <w:p w14:paraId="52BA1327" w14:textId="77777777" w:rsidR="009645C5" w:rsidRPr="00D77C58" w:rsidRDefault="00064A4B">
            <w:r w:rsidRPr="00D77C58">
              <w:t>22</w:t>
            </w:r>
          </w:p>
        </w:tc>
        <w:tc>
          <w:tcPr>
            <w:tcW w:w="3690" w:type="dxa"/>
          </w:tcPr>
          <w:p w14:paraId="477DA419" w14:textId="77777777" w:rsidR="009645C5" w:rsidRPr="00D77C58" w:rsidRDefault="00064A4B">
            <w:r w:rsidRPr="00D77C58">
              <w:t>Funding</w:t>
            </w:r>
          </w:p>
        </w:tc>
        <w:tc>
          <w:tcPr>
            <w:tcW w:w="2970" w:type="dxa"/>
          </w:tcPr>
          <w:p w14:paraId="3A0D2042" w14:textId="0D3828E8" w:rsidR="009645C5" w:rsidRDefault="005671C5">
            <w:r w:rsidRPr="00D77C58">
              <w:t>Funding Statement</w:t>
            </w:r>
            <w:r w:rsidR="00C4127B">
              <w:t xml:space="preserve"> (21)</w:t>
            </w:r>
          </w:p>
        </w:tc>
      </w:tr>
    </w:tbl>
    <w:p w14:paraId="77EF26A5" w14:textId="77777777" w:rsidR="00064A4B" w:rsidRDefault="00064A4B"/>
    <w:sectPr w:rsidR="00064A4B" w:rsidSect="00A02C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9684670">
    <w:abstractNumId w:val="8"/>
  </w:num>
  <w:num w:numId="2" w16cid:durableId="1609923784">
    <w:abstractNumId w:val="6"/>
  </w:num>
  <w:num w:numId="3" w16cid:durableId="1268855899">
    <w:abstractNumId w:val="5"/>
  </w:num>
  <w:num w:numId="4" w16cid:durableId="1916890414">
    <w:abstractNumId w:val="4"/>
  </w:num>
  <w:num w:numId="5" w16cid:durableId="466247154">
    <w:abstractNumId w:val="7"/>
  </w:num>
  <w:num w:numId="6" w16cid:durableId="701440216">
    <w:abstractNumId w:val="3"/>
  </w:num>
  <w:num w:numId="7" w16cid:durableId="1118569649">
    <w:abstractNumId w:val="2"/>
  </w:num>
  <w:num w:numId="8" w16cid:durableId="139351662">
    <w:abstractNumId w:val="1"/>
  </w:num>
  <w:num w:numId="9" w16cid:durableId="575433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3D7"/>
    <w:rsid w:val="0002093B"/>
    <w:rsid w:val="00034616"/>
    <w:rsid w:val="0006063C"/>
    <w:rsid w:val="00064A4B"/>
    <w:rsid w:val="000C7271"/>
    <w:rsid w:val="000C7C9C"/>
    <w:rsid w:val="0015074B"/>
    <w:rsid w:val="002074D2"/>
    <w:rsid w:val="0029552A"/>
    <w:rsid w:val="0029639D"/>
    <w:rsid w:val="002E117F"/>
    <w:rsid w:val="00324548"/>
    <w:rsid w:val="00326F90"/>
    <w:rsid w:val="0033518C"/>
    <w:rsid w:val="003D601D"/>
    <w:rsid w:val="00423F5F"/>
    <w:rsid w:val="0046059C"/>
    <w:rsid w:val="0051200D"/>
    <w:rsid w:val="005511BB"/>
    <w:rsid w:val="005671C5"/>
    <w:rsid w:val="005A622F"/>
    <w:rsid w:val="005C37D4"/>
    <w:rsid w:val="00613F51"/>
    <w:rsid w:val="00636FCA"/>
    <w:rsid w:val="006457C4"/>
    <w:rsid w:val="00692CDE"/>
    <w:rsid w:val="006E0243"/>
    <w:rsid w:val="00722322"/>
    <w:rsid w:val="00762798"/>
    <w:rsid w:val="007E1D0F"/>
    <w:rsid w:val="0083712F"/>
    <w:rsid w:val="00875F55"/>
    <w:rsid w:val="00880E0F"/>
    <w:rsid w:val="00882264"/>
    <w:rsid w:val="009014E7"/>
    <w:rsid w:val="0090242A"/>
    <w:rsid w:val="009645C5"/>
    <w:rsid w:val="009A4E99"/>
    <w:rsid w:val="009D52BF"/>
    <w:rsid w:val="009E61BC"/>
    <w:rsid w:val="009F35DD"/>
    <w:rsid w:val="00A02C29"/>
    <w:rsid w:val="00A04DFD"/>
    <w:rsid w:val="00A05454"/>
    <w:rsid w:val="00A61691"/>
    <w:rsid w:val="00A71880"/>
    <w:rsid w:val="00AA1D8D"/>
    <w:rsid w:val="00B25F30"/>
    <w:rsid w:val="00B44AAD"/>
    <w:rsid w:val="00B47730"/>
    <w:rsid w:val="00B526C7"/>
    <w:rsid w:val="00B60976"/>
    <w:rsid w:val="00B82F1F"/>
    <w:rsid w:val="00B908FB"/>
    <w:rsid w:val="00B91AE2"/>
    <w:rsid w:val="00C3012A"/>
    <w:rsid w:val="00C4127B"/>
    <w:rsid w:val="00CB0664"/>
    <w:rsid w:val="00D74111"/>
    <w:rsid w:val="00D77C58"/>
    <w:rsid w:val="00D81942"/>
    <w:rsid w:val="00DB0579"/>
    <w:rsid w:val="00DC767F"/>
    <w:rsid w:val="00E22D1F"/>
    <w:rsid w:val="00E933CC"/>
    <w:rsid w:val="00EA753F"/>
    <w:rsid w:val="00EE2882"/>
    <w:rsid w:val="00F1574F"/>
    <w:rsid w:val="00F44AAC"/>
    <w:rsid w:val="00F552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CBBB15"/>
  <w14:defaultImageDpi w14:val="300"/>
  <w15:docId w15:val="{72CC9892-606E-4393-80EC-1DD28003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02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2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2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2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2C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253</Words>
  <Characters>1687</Characters>
  <Application>Microsoft Office Word</Application>
  <DocSecurity>0</DocSecurity>
  <Lines>153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Katie Kloss</cp:lastModifiedBy>
  <cp:revision>59</cp:revision>
  <dcterms:created xsi:type="dcterms:W3CDTF">2026-03-04T21:36:00Z</dcterms:created>
  <dcterms:modified xsi:type="dcterms:W3CDTF">2026-03-27T17:47:00Z</dcterms:modified>
  <cp:category/>
</cp:coreProperties>
</file>